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One Paris Proposal Inspired Hope for LGBTQ+ Love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viral Eiffel Tower proposal between Gio Benitez and Tommy DiDario became more than a romantic photograph. Years later, the couple’s story still resonates with LGBTQ+ people and families who saw in their happiness a hopeful picture of love, commitment and a future that once felt difficult to imagine.</w:t>
      </w:r>
      <w:r/>
    </w:p>
    <w:p>
      <w:pPr>
        <w:pStyle w:val="Heading2"/>
      </w:pPr>
      <w:r>
        <w:t>A proposal that travelled far beyond Paris</w:t>
      </w:r>
      <w:r/>
    </w:p>
    <w:p>
      <w:r/>
      <w:r>
        <w:t>The strongest image from Gio Benitez and Tommy DiDario’s engagement is wonderfully simple: two men, the Eiffel Tower behind them, and the unmistakable rush of a life-changing yes. The proposal took place in Paris on 17 September 2015, with photographer Pierre Torset capturing the moment.</w:t>
      </w:r>
      <w:r/>
    </w:p>
    <w:p>
      <w:r/>
      <w:r>
        <w:t>As Attitude reported, the picture quickly attracted attention because it was both intimate and highly visible. It looked like a private promise, yet it gave strangers a front-row view of a joyful LGBTQ+ love story.</w:t>
      </w:r>
      <w:r/>
    </w:p>
    <w:p>
      <w:r/>
      <w:r>
        <w:t>That combination mattered. A romantic photograph can be fleeting, but this one became a small piece of cultural reassurance for people who hadn't always seen relationships like theirs reflected openly.</w:t>
      </w:r>
      <w:r/>
    </w:p>
    <w:p>
      <w:pPr>
        <w:pStyle w:val="Heading2"/>
      </w:pPr>
      <w:r>
        <w:t>Why the photograph meant so much to strangers</w:t>
      </w:r>
      <w:r/>
    </w:p>
    <w:p>
      <w:r/>
      <w:r>
        <w:t>In a later episode of Tommy Talk, DiDario recalled hearing from LGBTQ+ people who said the image helped them imagine their own romantic futures. Some parents also contacted him, saying the photograph offered hope for their gay children.</w:t>
      </w:r>
      <w:r/>
    </w:p>
    <w:p>
      <w:r/>
      <w:r>
        <w:t>That response reveals why representation often works most powerfully through ordinary happiness. There was no grand speech or political slogan, just affection, excitement and two people choosing one another beneath a famous landmark.</w:t>
      </w:r>
      <w:r/>
    </w:p>
    <w:p>
      <w:r/>
      <w:r>
        <w:t>E! News covered the engagement at the time, highlighting the romantic Paris setting and the couple's delight. For viewers with few positive examples of openly gay couples, the picture offered something quietly important: proof that love could be public, celebrated and lasting.</w:t>
      </w:r>
      <w:r/>
    </w:p>
    <w:p>
      <w:pPr>
        <w:pStyle w:val="Heading2"/>
      </w:pPr>
      <w:r>
        <w:t>The story didn't end with the viral moment</w:t>
      </w:r>
      <w:r/>
    </w:p>
    <w:p>
      <w:r/>
      <w:r>
        <w:t>Benitez and DiDario married in Miami in April 2016, turning the engagement's promise into a shared life. The photograph captured a beginning, but their marriage gave that image its deeper meaning.</w:t>
      </w:r>
      <w:r/>
    </w:p>
    <w:p>
      <w:r/>
      <w:r>
        <w:t>That distinction is easy to miss in the age of viral posts. Online attention can arrive in a rush and disappear just as quickly, while a relationship continues through the unglamorous, tender business of everyday life.</w:t>
      </w:r>
      <w:r/>
    </w:p>
    <w:p>
      <w:r/>
      <w:r>
        <w:t>According to the Tommy Talk feature carried by iHeart, DiDario reflected on what the engagement taught him about the effect one visible moment can have on others. The message feels especially warm because it isn't only about a spectacular proposal. It's about what came afterwards.</w:t>
      </w:r>
      <w:r/>
    </w:p>
    <w:p>
      <w:pPr>
        <w:pStyle w:val="Heading2"/>
      </w:pPr>
      <w:r>
        <w:t>Representation can begin with one familiar image</w:t>
      </w:r>
      <w:r/>
    </w:p>
    <w:p>
      <w:r/>
      <w:r>
        <w:t>For many LGBTQ+ people, seeing a couple living openly can make an abstract possibility feel personal. A photograph of an engagement might help someone picture coming out, falling in love, getting married or simply being accepted by family.</w:t>
      </w:r>
      <w:r/>
    </w:p>
    <w:p>
      <w:r/>
      <w:r>
        <w:t>Parents, too, may see a wider horizon for their children. That doesn't erase the difficulties many LGBTQ+ people still face, but it can challenge the old assumption that queer lives are somehow destined to be smaller or less joyful.</w:t>
      </w:r>
      <w:r/>
    </w:p>
    <w:p>
      <w:r/>
      <w:r>
        <w:t>The couple's experience also shows why visibility doesn't need to be perfect to be meaningful. It can be soft, spontaneous and a little breathless, like a proposal under the Eiffel Tower. Sometimes the most persuasive image is simply one that looks happy.</w:t>
      </w:r>
      <w:r/>
    </w:p>
    <w:p>
      <w:pPr>
        <w:pStyle w:val="Heading2"/>
      </w:pPr>
      <w:r>
        <w:t>A decade on, the hope still feels fresh</w:t>
      </w:r>
      <w:r/>
    </w:p>
    <w:p>
      <w:r/>
      <w:r>
        <w:t>Nearly 10 years after the proposal, Benitez and DiDario remain husbands, with a life that extends well beyond the photograph. Their story has gained something that viral moments rarely possess: continuity.</w:t>
      </w:r>
      <w:r/>
    </w:p>
    <w:p>
      <w:r/>
      <w:r>
        <w:t>As the couple's later reflections suggest, they were celebrating their own future, not setting out to become symbols. Yet that personal joy travelled further than expected, reaching people who needed a glimpse of what might be possible.</w:t>
      </w:r>
      <w:r/>
    </w:p>
    <w:p>
      <w:r/>
      <w:r>
        <w:t>It's a lovely reminder that visibility doesn't always arrive through a campaign or a headline. Sometimes it appears in a single photograph, catches the light, and helps someone else believe in love.</w:t>
      </w:r>
      <w:r/>
    </w:p>
    <w:p>
      <w:r/>
      <w:r>
        <w:t>A Paris proposal became a lasting picture of possibility for people far beyond the Eiffel Tower.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2">
        <w:r>
          <w:rPr>
            <w:color w:val="0000EE"/>
            <w:u w:val="single"/>
          </w:rPr>
          <w:t>[7]</w:t>
        </w:r>
      </w:hyperlink>
      <w:r>
        <w:t xml:space="preserve">- Paragraph 3: </w:t>
      </w:r>
      <w:hyperlink r:id="rId10">
        <w:r>
          <w:rPr>
            <w:color w:val="0000EE"/>
            <w:u w:val="single"/>
          </w:rPr>
          <w:t>[5]</w:t>
        </w:r>
      </w:hyperlink>
      <w:r>
        <w:t xml:space="preserve">, </w:t>
      </w:r>
      <w:hyperlink r:id="rId11">
        <w:r>
          <w:rPr>
            <w:color w:val="0000EE"/>
            <w:u w:val="single"/>
          </w:rPr>
          <w:t>[6]</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1">
        <w:r>
          <w:rPr>
            <w:color w:val="0000EE"/>
            <w:u w:val="single"/>
          </w:rPr>
          <w:t>[6]</w:t>
        </w:r>
      </w:hyperlink>
      <w:r>
        <w:t xml:space="preserve">- Paragraph 6: </w:t>
      </w:r>
      <w:hyperlink r:id="rId12">
        <w:r>
          <w:rPr>
            <w:color w:val="0000EE"/>
            <w:u w:val="single"/>
          </w:rPr>
          <w:t>[4]</w:t>
        </w:r>
      </w:hyperlink>
      <w:r>
        <w:t xml:space="preserve">, </w:t>
      </w:r>
      <w:hyperlink r:id="rId12">
        <w:r>
          <w:rPr>
            <w:color w:val="0000EE"/>
            <w:u w:val="single"/>
          </w:rPr>
          <w:t>[7]</w:t>
        </w:r>
      </w:hyperlink>
      <w:r>
        <w:t xml:space="preserve">- Paragraph 7: </w:t>
      </w:r>
      <w:hyperlink r:id="rId10">
        <w:r>
          <w:rPr>
            <w:color w:val="0000EE"/>
            <w:u w:val="single"/>
          </w:rPr>
          <w:t>[2]</w:t>
        </w:r>
      </w:hyperlink>
      <w:r>
        <w:t xml:space="preserve">, </w:t>
      </w:r>
      <w:hyperlink r:id="rId10">
        <w:r>
          <w:rPr>
            <w:color w:val="0000EE"/>
            <w:u w:val="single"/>
          </w:rPr>
          <w:t>[5]</w:t>
        </w:r>
      </w:hyperlink>
      <w:r>
        <w:t xml:space="preserve">- Paragraph 8: </w:t>
      </w:r>
      <w:hyperlink r:id="rId11">
        <w:r>
          <w:rPr>
            <w:color w:val="0000EE"/>
            <w:u w:val="single"/>
          </w:rPr>
          <w:t>[3]</w:t>
        </w:r>
      </w:hyperlink>
      <w:r>
        <w:t xml:space="preserve">, </w:t>
      </w:r>
      <w:hyperlink r:id="rId11">
        <w:r>
          <w:rPr>
            <w:color w:val="0000EE"/>
            <w:u w:val="single"/>
          </w:rPr>
          <w:t>[6]</w:t>
        </w:r>
      </w:hyperlink>
      <w:r>
        <w:t xml:space="preserve">- Paragraph 9: </w:t>
      </w:r>
      <w:hyperlink r:id="rId12">
        <w:r>
          <w:rPr>
            <w:color w:val="0000EE"/>
            <w:u w:val="single"/>
          </w:rPr>
          <w:t>[4]</w:t>
        </w:r>
      </w:hyperlink>
      <w:r>
        <w:t xml:space="preserve">, </w:t>
      </w:r>
      <w:hyperlink r:id="rId12">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0">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https://b-gay.com/one-proposal-in-paris-gave-strangers-hope-for-their-own-love-stories/</w:t>
        </w:r>
      </w:hyperlink>
      <w:r>
        <w:t xml:space="preserve"> - Please view link - unable to able to access data</w:t>
      </w:r>
      <w:r/>
    </w:p>
    <w:p>
      <w:pPr>
        <w:pStyle w:val="ListNumber"/>
        <w:spacing w:line="240" w:lineRule="auto"/>
        <w:ind w:left="720"/>
      </w:pPr>
      <w:r/>
      <w:hyperlink r:id="rId10">
        <w:r>
          <w:rPr>
            <w:color w:val="0000EE"/>
            <w:u w:val="single"/>
          </w:rPr>
          <w:t>https://www.attitude.co.uk/news/world/abc-news-reporter-stages-adorable-proposal-under-eiffel-tower-286210/</w:t>
        </w:r>
      </w:hyperlink>
      <w:r>
        <w:t xml:space="preserve"> - In September 2015, ABC News correspondent Gio Benitez proposed to his boyfriend, Tommy DiDario, in Paris. The proposal took place on the Pont de Bir-Hakeim bridge, with the Eiffel Tower in the background. The moment was captured by photographer Pierre Torset and shared on social media, garnering widespread attention. Both Benitez and DiDario shared their joy online, with DiDario expressing his happiness and gratitude for the kind words and well-wishes they received. The proposal was celebrated as a romantic gesture in the city of love.</w:t>
      </w:r>
      <w:r/>
    </w:p>
    <w:p>
      <w:pPr>
        <w:pStyle w:val="ListNumber"/>
        <w:spacing w:line="240" w:lineRule="auto"/>
        <w:ind w:left="720"/>
      </w:pPr>
      <w:r/>
      <w:hyperlink r:id="rId11">
        <w:r>
          <w:rPr>
            <w:color w:val="0000EE"/>
            <w:u w:val="single"/>
          </w:rPr>
          <w:t>https://www.eonline.com/news/697144/abc-news-reporter-gio-benitez-is-engaged-to-boyfriend-tommy-didario-see-the-romantic-pics</w:t>
        </w:r>
      </w:hyperlink>
      <w:r>
        <w:t xml:space="preserve"> - ABC News correspondent Gio Benitez proposed to his boyfriend, Tommy DiDario, in Paris on September 17, 2015. The engagement took place near the Eiffel Tower, with the couple sharing their joy on social media. Benitez expressed his excitement about the proposal, stating that he had never really thought about marriage until meeting DiDario. The romantic moment was captured in photos, which were widely shared and celebrated by fans and followers.</w:t>
      </w:r>
      <w:r/>
    </w:p>
    <w:p>
      <w:pPr>
        <w:pStyle w:val="ListNumber"/>
        <w:spacing w:line="240" w:lineRule="auto"/>
        <w:ind w:left="720"/>
      </w:pPr>
      <w:r/>
      <w:hyperlink r:id="rId12">
        <w:r>
          <w:rPr>
            <w:color w:val="0000EE"/>
            <w:u w:val="single"/>
          </w:rPr>
          <w:t>https://www.iheart.com/content/2026-09-18-1014-elvis-duran-and-the-morni-tommy-talk-what-my-engagement-taught-me-abou/</w:t>
        </w:r>
      </w:hyperlink>
      <w:r>
        <w:t xml:space="preserve"> - In the September 18, 2026 episode of 'Tommy Talk,' Tommy DiDario reflects on his engagement to Gio Benitez in Paris in 2015. He shares how the viral photograph of their proposal led to messages from the LGBTQ+ community, expressing hope and inspiration for their own lives. DiDario discusses the impact of representation and how the experience taught him about love, happiness, and the power of shared joy. The episode highlights the significance of their engagement beyond the personal moment.</w:t>
      </w:r>
      <w:r/>
    </w:p>
    <w:p>
      <w:pPr>
        <w:pStyle w:val="ListNumber"/>
        <w:spacing w:line="240" w:lineRule="auto"/>
        <w:ind w:left="720"/>
      </w:pPr>
      <w:r/>
      <w:hyperlink r:id="rId10">
        <w:r>
          <w:rPr>
            <w:color w:val="0000EE"/>
            <w:u w:val="single"/>
          </w:rPr>
          <w:t>https://www.attitude.co.uk/news/world/abc-news-reporter-stages-adorable-proposal-under-eiffel-tower-286210/</w:t>
        </w:r>
      </w:hyperlink>
      <w:r>
        <w:t xml:space="preserve"> - In September 2015, ABC News correspondent Gio Benitez proposed to his boyfriend, Tommy DiDario, in Paris. The proposal took place on the Pont de Bir-Hakeim bridge, with the Eiffel Tower in the background. The moment was captured by photographer Pierre Torset and shared on social media, garnering widespread attention. Both Benitez and DiDario shared their joy online, with DiDario expressing his happiness and gratitude for the kind words and well-wishes they received. The proposal was celebrated as a romantic gesture in the city of love.</w:t>
      </w:r>
      <w:r/>
    </w:p>
    <w:p>
      <w:pPr>
        <w:pStyle w:val="ListNumber"/>
        <w:spacing w:line="240" w:lineRule="auto"/>
        <w:ind w:left="720"/>
      </w:pPr>
      <w:r/>
      <w:hyperlink r:id="rId11">
        <w:r>
          <w:rPr>
            <w:color w:val="0000EE"/>
            <w:u w:val="single"/>
          </w:rPr>
          <w:t>https://www.eonline.com/news/697144/abc-news-reporter-gio-benitez-is-engaged-to-boyfriend-tommy-didario-see-the-romantic-pics</w:t>
        </w:r>
      </w:hyperlink>
      <w:r>
        <w:t xml:space="preserve"> - ABC News correspondent Gio Benitez proposed to his boyfriend, Tommy DiDario, in Paris on September 17, 2015. The engagement took place near the Eiffel Tower, with the couple sharing their joy on social media. Benitez expressed his excitement about the proposal, stating that he had never really thought about marriage until meeting DiDario. The romantic moment was captured in photos, which were widely shared and celebrated by fans and followers.</w:t>
      </w:r>
      <w:r/>
    </w:p>
    <w:p>
      <w:pPr>
        <w:pStyle w:val="ListNumber"/>
        <w:spacing w:line="240" w:lineRule="auto"/>
        <w:ind w:left="720"/>
      </w:pPr>
      <w:r/>
      <w:hyperlink r:id="rId12">
        <w:r>
          <w:rPr>
            <w:color w:val="0000EE"/>
            <w:u w:val="single"/>
          </w:rPr>
          <w:t>https://www.iheart.com/content/2026-09-18-1014-elvis-duran-and-the-morni-tommy-talk-what-my-engagement-taught-me-abou/</w:t>
        </w:r>
      </w:hyperlink>
      <w:r>
        <w:t xml:space="preserve"> - In the September 18, 2026 episode of 'Tommy Talk,' Tommy DiDario reflects on his engagement to Gio Benitez in Paris in 2015. He shares how the viral photograph of their proposal led to messages from the LGBTQ+ community, expressing hope and inspiration for their own lives. DiDario discusses the impact of representation and how the experience taught him about love, happiness, and the power of shared joy. The episode highlights the significance of their engagement beyond the personal moment.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gay.com/one-proposal-in-paris-gave-strangers-hope-for-their-own-love-stories/" TargetMode="External"/><Relationship Id="rId10" Type="http://schemas.openxmlformats.org/officeDocument/2006/relationships/hyperlink" Target="https://www.attitude.co.uk/news/world/abc-news-reporter-stages-adorable-proposal-under-eiffel-tower-286210/" TargetMode="External"/><Relationship Id="rId11" Type="http://schemas.openxmlformats.org/officeDocument/2006/relationships/hyperlink" Target="https://www.eonline.com/news/697144/abc-news-reporter-gio-benitez-is-engaged-to-boyfriend-tommy-didario-see-the-romantic-pics" TargetMode="External"/><Relationship Id="rId12" Type="http://schemas.openxmlformats.org/officeDocument/2006/relationships/hyperlink" Target="https://www.iheart.com/content/2026-09-18-1014-elvis-duran-and-the-morni-tommy-talk-what-my-engagement-taught-me-abo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