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Fuchsia Fest brings a new LGBTQ+ nightlife tradition to DC</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Partygoers are gathering across Washington, DC, for Fuchsia Fest, a new fall LGBTQ+ festival combining four nightlife events with fundraising for community organisations. The weekend offers dancing, drag-friendly energy and late-night connection beyond Pride season, while organisers hope this first edition can grow into a lasting annual tradition.</w:t>
      </w:r>
      <w:r/>
    </w:p>
    <w:p>
      <w:pPr>
        <w:pStyle w:val="Heading2"/>
      </w:pPr>
      <w:r>
        <w:t>Essential Takeaways</w:t>
      </w:r>
      <w:r/>
      <w:r/>
    </w:p>
    <w:p>
      <w:pPr>
        <w:pStyle w:val="ListBullet"/>
        <w:spacing w:line="240" w:lineRule="auto"/>
        <w:ind w:left="720"/>
      </w:pPr>
      <w:r/>
      <w:r>
        <w:rPr>
          <w:b/>
        </w:rPr>
        <w:t>Four events, one weekend:</w:t>
      </w:r>
      <w:r>
        <w:t xml:space="preserve"> Fuchsia Fest links BRÜT, SheShed Appreciation Party, EAT IT UP! and The Black Out.</w:t>
      </w:r>
      <w:r/>
    </w:p>
    <w:p>
      <w:pPr>
        <w:pStyle w:val="ListBullet"/>
        <w:spacing w:line="240" w:lineRule="auto"/>
        <w:ind w:left="720"/>
      </w:pPr>
      <w:r/>
      <w:r>
        <w:rPr>
          <w:b/>
        </w:rPr>
        <w:t>A fall alternative to Pride:</w:t>
      </w:r>
      <w:r>
        <w:t xml:space="preserve"> Organisers want to create another major LGBTQ+ gathering outside the traditional summer calendar.</w:t>
      </w:r>
      <w:r/>
    </w:p>
    <w:p>
      <w:pPr>
        <w:pStyle w:val="ListBullet"/>
        <w:spacing w:line="240" w:lineRule="auto"/>
        <w:ind w:left="720"/>
      </w:pPr>
      <w:r/>
      <w:r>
        <w:rPr>
          <w:b/>
        </w:rPr>
        <w:t>Nightlife-led launch:</w:t>
      </w:r>
      <w:r>
        <w:t xml:space="preserve"> This first edition focuses on clubs and after-hours events, with daytime programming planned for the future.</w:t>
      </w:r>
      <w:r/>
    </w:p>
    <w:p>
      <w:pPr>
        <w:pStyle w:val="ListBullet"/>
        <w:spacing w:line="240" w:lineRule="auto"/>
        <w:ind w:left="720"/>
      </w:pPr>
      <w:r/>
      <w:r>
        <w:rPr>
          <w:b/>
        </w:rPr>
        <w:t>A charitable thread:</w:t>
      </w:r>
      <w:r>
        <w:t xml:space="preserve"> Donations will support the Cherry Fund and Pride365 Fund.</w:t>
      </w:r>
      <w:r/>
    </w:p>
    <w:p>
      <w:pPr>
        <w:pStyle w:val="ListBullet"/>
        <w:spacing w:line="240" w:lineRule="auto"/>
        <w:ind w:left="720"/>
      </w:pPr>
      <w:r/>
      <w:r>
        <w:rPr>
          <w:b/>
        </w:rPr>
        <w:t>Built for connection:</w:t>
      </w:r>
      <w:r>
        <w:t xml:space="preserve"> More than 1,000 people are expected across venues around the District.</w:t>
      </w:r>
      <w:r/>
      <w:r/>
    </w:p>
    <w:p>
      <w:pPr>
        <w:pStyle w:val="Heading2"/>
      </w:pPr>
      <w:r>
        <w:t>A fresh reason to go out in DC this autumn</w:t>
      </w:r>
      <w:r/>
    </w:p>
    <w:p>
      <w:r/>
      <w:r>
        <w:t>The most striking thing about Fuchsia Fest is its timing. Rather than waiting for Pride season, the new Washington, DC LGBTQ+ festival is giving the community another reason to gather when the air turns crisp and the nightlife calendar starts filling up again.</w:t>
      </w:r>
      <w:r/>
    </w:p>
    <w:p>
      <w:r/>
      <w:r>
        <w:t>The inaugural weekend runs across several venues, turning separate parties into a larger shared experience. According to WTOP, organisers expect more than 1,000 people to attend, suggesting there's a real appetite for an event that feels both celebratory and connected to the wider community.</w:t>
      </w:r>
      <w:r/>
    </w:p>
    <w:p>
      <w:r/>
      <w:r>
        <w:t>For anyone who enjoys a packed dance floor, bright lights and the slightly chaotic pleasure of moving between late-night events, the format has obvious appeal. It's less a single festival site and more a city-wide nightlife trail.</w:t>
      </w:r>
      <w:r/>
    </w:p>
    <w:p>
      <w:pPr>
        <w:pStyle w:val="Heading2"/>
      </w:pPr>
      <w:r>
        <w:t>Four parties give Fuchsia Fest its pulse</w:t>
      </w:r>
      <w:r/>
    </w:p>
    <w:p>
      <w:r/>
      <w:r>
        <w:t>The programme began with BRÜT at ICON DC, featuring DJs including Dan Darlington, Chris Cox of Thunderpuss and Jason James. The event was scheduled to run from 9pm until 3am, setting a suitably energetic tone for the weekend.</w:t>
      </w:r>
      <w:r/>
    </w:p>
    <w:p>
      <w:r/>
      <w:r>
        <w:t>Saturday brings two very different options. Mixxed DC's free SheShed Appreciation Party runs from 10pm to 2am, while EAT IT UP!, presented by Flashy and Glitterati, takes over BERTHA from 10pm until 4am. Pride365's event listings also highlight BRÜT and EAT IT UP! as part of the festival's programme.</w:t>
      </w:r>
      <w:r/>
    </w:p>
    <w:p>
      <w:r/>
      <w:r>
        <w:t>Then comes The Black Out at Flash, an after-hours event running from 4am to 8am on Sunday. That timetable is unapologetically nocturnal, so sensible planning matters: check transport, keep your phone charged and don't underestimate the value of comfortable shoes.</w:t>
      </w:r>
      <w:r/>
    </w:p>
    <w:p>
      <w:pPr>
        <w:pStyle w:val="Heading2"/>
      </w:pPr>
      <w:r>
        <w:t>Why a fall LGBTQ+ festival matters</w:t>
      </w:r>
      <w:r/>
    </w:p>
    <w:p>
      <w:r/>
      <w:r>
        <w:t>Capital Pride has long been a major fixture in Washington's LGBTQ+ calendar, but Fuchsia Fest is designed to add another moment rather than compete with it. Capital Pride Alliance materials reflect the organisation's broader role in supporting visibility, community and year-round engagement.</w:t>
      </w:r>
      <w:r/>
    </w:p>
    <w:p>
      <w:r/>
      <w:r>
        <w:t>That distinction matters. Pride is often associated with one spectacular season, yet LGBTQ+ communities need gathering places, services and support throughout the year. A new autumn weekend can help keep that sense of belonging visible after the flags come down and the summer crowds disperse.</w:t>
      </w:r>
      <w:r/>
    </w:p>
    <w:p>
      <w:r/>
      <w:r>
        <w:t>There's also a practical benefit. By bringing people to several established venues, the festival helps shine a light on the businesses and spaces that make DC's nightlife community feel substantial rather than temporary.</w:t>
      </w:r>
      <w:r/>
    </w:p>
    <w:p>
      <w:pPr>
        <w:pStyle w:val="Heading2"/>
      </w:pPr>
      <w:r>
        <w:t>The dancing comes with a cause</w:t>
      </w:r>
      <w:r/>
    </w:p>
    <w:p>
      <w:r/>
      <w:r>
        <w:t>Fuchsia Fest isn't only about staying out until sunrise. Promoters will make donations to the Cherry Fund and the Pride365 Fund, both of which support LGBTQ+ community needs.</w:t>
      </w:r>
      <w:r/>
    </w:p>
    <w:p>
      <w:r/>
      <w:r>
        <w:t>The Cherry Fund focuses on organisations delivering mental and physical health services, while Pride365 supports groups working throughout the year, including the DC LGBTQ+ Community Center. That gives the weekend a useful second layer: the ticket, drink or night out becomes part of a wider support network.</w:t>
      </w:r>
      <w:r/>
    </w:p>
    <w:p>
      <w:r/>
      <w:r>
        <w:t>The need is especially clear as some government and corporate funding sources have become less reliable. In that environment, community-led fundraising may not solve every problem, but it can provide meaningful help while keeping people engaged.</w:t>
      </w:r>
      <w:r/>
    </w:p>
    <w:p>
      <w:pPr>
        <w:pStyle w:val="Heading2"/>
      </w:pPr>
      <w:r>
        <w:t>Can Fuchsia Fest become a yearly tradition?</w:t>
      </w:r>
      <w:r/>
    </w:p>
    <w:p>
      <w:r/>
      <w:r>
        <w:t>Organiser Ryan Bos has described this first edition as the beginning of something larger. The opening festival is nightlife-heavy, but future versions could include daytime activities, broadening the experience for people who don't want their community calendar to begin at 10pm.</w:t>
      </w:r>
      <w:r/>
    </w:p>
    <w:p>
      <w:r/>
      <w:r>
        <w:t>That evolution could be key. A successful annual event needs more than strong DJs and busy rooms; it needs variety, accessibility and a reason for people to return. DC's existing network of LGBTQ+ venues and organisations gives Fuchsia Fest a promising foundation, while listings from Gay Travel 4 U and local event guides show the wider interest in the city's nightlife scene.</w:t>
      </w:r>
      <w:r/>
    </w:p>
    <w:p>
      <w:r/>
      <w:r>
        <w:t>For now, the festival is planting its flag rather than claiming the whole calendar. And that may be its strength: a lively, slightly experimental first step that gives people somewhere to meet, dance and support one another.</w:t>
      </w:r>
      <w:r/>
    </w:p>
    <w:p>
      <w:r/>
      <w:r>
        <w:t>It's a small beginning, but the music is already doing useful work.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[5]</w:t>
        </w:r>
      </w:hyperlink>
      <w:r>
        <w:t xml:space="preserve">- Paragraph 4: </w:t>
      </w:r>
      <w:hyperlink r:id="rId15">
        <w:r>
          <w:rPr>
            <w:color w:val="0000EE"/>
            <w:u w:val="single"/>
          </w:rPr>
          <w:t>[7]</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https://wtop.com/dc/2026/09/fuchsia-fest-aims-to-build-a-new-fall-tradition-for-dcs-lgbtq-community/</w:t>
        </w:r>
      </w:hyperlink>
      <w:r>
        <w:t xml:space="preserve"> - Please view link - unable to able to access data</w:t>
      </w:r>
      <w:r/>
    </w:p>
    <w:p>
      <w:pPr>
        <w:pStyle w:val="ListNumber"/>
        <w:spacing w:line="240" w:lineRule="auto"/>
        <w:ind w:left="720"/>
      </w:pPr>
      <w:r/>
      <w:hyperlink r:id="rId10">
        <w:r>
          <w:rPr>
            <w:color w:val="0000EE"/>
            <w:u w:val="single"/>
          </w:rPr>
          <w:t>https://pride365.org/event/fuchsia-fest-brut/</w:t>
        </w:r>
      </w:hyperlink>
      <w:r>
        <w:t xml:space="preserve"> - The inaugural Fuchsia Fest in Washington, D.C., commenced on Friday, September 18, 2026, with BRÜT, a dynamic LGBTQ+ dance experience at ICON DC. The event featured renowned DJs Dan Darlington, Chris Cox of Thunderpuss, and Jason James, transforming the venue into a vibrant dance floor. Organisers aim to establish Fuchsia Fest as a significant annual gathering for the LGBTQ+ community, complementing the traditional Pride season. The festival also includes fundraising components, with proceeds supporting organisations like The Cherry Fund and the Pride365 Fund, which provide essential mental and physical health services to the community.</w:t>
      </w:r>
      <w:r/>
    </w:p>
    <w:p>
      <w:pPr>
        <w:pStyle w:val="ListNumber"/>
        <w:spacing w:line="240" w:lineRule="auto"/>
        <w:ind w:left="720"/>
      </w:pPr>
      <w:r/>
      <w:hyperlink r:id="rId12">
        <w:r>
          <w:rPr>
            <w:color w:val="0000EE"/>
            <w:u w:val="single"/>
          </w:rPr>
          <w:t>https://pride365.org/event/eat-it-up/</w:t>
        </w:r>
      </w:hyperlink>
      <w:r>
        <w:t xml:space="preserve"> - On Saturday, September 19, 2026, Fuchsia Fest's main event, EAT IT UP!, took place at BERTHA in Washington, D.C. Organised by Flashy and Glitterati, the event featured Cake Pop!, Ty Sunderland, and Kzilla, offering an electrifying night of music and dance. A portion of the proceeds benefited The Cherry Fund and the Pride365 Fund, supporting organisations that provide vital mental and physical health services to the LGBTQ+ community in the area. The event aimed to create a new fall tradition for the community, fostering connection and celebration.</w:t>
      </w:r>
      <w:r/>
    </w:p>
    <w:p>
      <w:pPr>
        <w:pStyle w:val="ListNumber"/>
        <w:spacing w:line="240" w:lineRule="auto"/>
        <w:ind w:left="720"/>
      </w:pPr>
      <w:r/>
      <w:hyperlink r:id="rId11">
        <w:r>
          <w:rPr>
            <w:color w:val="0000EE"/>
            <w:u w:val="single"/>
          </w:rPr>
          <w:t>https://www.capitalpride.org/</w:t>
        </w:r>
      </w:hyperlink>
      <w:r>
        <w:t xml:space="preserve"> - The Capital Pride Alliance, a non-profit organisation dedicated to serving the LGBTQ+ community in Washington, D.C., played a pivotal role in launching Fuchsia Fest. The alliance collaborates with local event producers, businesses, and organisations to create events that promote community, connection, and celebration. Their mission includes educational programmes, major events, fundraising, outreach, and advocacy, providing platforms for visibility and supporting the work of various community organisations and local businesses. Fuchsia Fest is part of their broader efforts to engage and support the LGBTQ+ community year-round.</w:t>
      </w:r>
      <w:r/>
    </w:p>
    <w:p>
      <w:pPr>
        <w:pStyle w:val="ListNumber"/>
        <w:spacing w:line="240" w:lineRule="auto"/>
        <w:ind w:left="720"/>
      </w:pPr>
      <w:r/>
      <w:hyperlink r:id="rId14">
        <w:r>
          <w:rPr>
            <w:color w:val="0000EE"/>
            <w:u w:val="single"/>
          </w:rPr>
          <w:t>https://www.metroweekly.com/2026/05/capital-pride-audacity-brunch/</w:t>
        </w:r>
      </w:hyperlink>
      <w:r>
        <w:t xml:space="preserve"> - In May 2026, the Capital Pride Alliance introduced 'The Audacity Brunch: In Full Fuchsia,' a new event aimed at honouring local LGBTQ+ activists, artists, volunteers, and community leaders. Held on June 7, 2026, at the Four Seasons Hotel in Washington, D.C., the brunch celebrated individuals whose dedication and service have significantly impacted the region's LGBTQ+ community. Guests were encouraged to wear fuchsia to symbolise empowerment and unapologetic self-expression. The event featured a high-end brunch with diverse food stations and performances, benefiting the Pride365 Fund.</w:t>
      </w:r>
      <w:r/>
    </w:p>
    <w:p>
      <w:pPr>
        <w:pStyle w:val="ListNumber"/>
        <w:spacing w:line="240" w:lineRule="auto"/>
        <w:ind w:left="720"/>
      </w:pPr>
      <w:r/>
      <w:hyperlink r:id="rId13">
        <w:r>
          <w:rPr>
            <w:color w:val="0000EE"/>
            <w:u w:val="single"/>
          </w:rPr>
          <w:t>https://www.gaytravel4u.com/event/brut-party-washington-dc/</w:t>
        </w:r>
      </w:hyperlink>
      <w:r>
        <w:t xml:space="preserve"> - BRÜT Party Washington, D.C., is renowned for hosting some of the most vibrant LGBTQ+ events in the USA, characterised by energetic music, dynamic performances, and a welcoming atmosphere. The 2026 edition, part of Fuchsia Fest, took place on Friday, September 18, 2026, at ICON DC. The event featured world-class DJs and a lively crowd, aiming to create an unforgettable experience for attendees. BRÜT's events are known for their high-energy environment, attracting a diverse audience seeking a dynamic nightlife experience.</w:t>
      </w:r>
      <w:r/>
    </w:p>
    <w:p>
      <w:pPr>
        <w:pStyle w:val="ListNumber"/>
        <w:spacing w:line="240" w:lineRule="auto"/>
        <w:ind w:left="720"/>
      </w:pPr>
      <w:r/>
      <w:hyperlink r:id="rId15">
        <w:r>
          <w:rPr>
            <w:color w:val="0000EE"/>
            <w:u w:val="single"/>
          </w:rPr>
          <w:t>https://dc-arts.com/e/RKg4MT64vxY</w:t>
        </w:r>
      </w:hyperlink>
      <w:r>
        <w:t xml:space="preserve"> - EAT IT UP! is a prominent event in Washington, D.C.'s LGBTQ+ nightlife scene, known for its high-energy performances and vibrant atmosphere. The 2026 edition, part of Fuchsia Fest, took place on Saturday, September 19, 2026, at BERTHA. Organised by Flashy and Glitterati, the event featured performances by Cake Pop!, Ty Sunderland, and Kzilla. A portion of the proceeds supported The Cherry Fund and the Pride365 Fund, organisations dedicated to providing essential mental and physical health services to the LGBTQ+ community in the area. The event aimed to foster community connection and celebration.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top.com/dc/2026/09/fuchsia-fest-aims-to-build-a-new-fall-tradition-for-dcs-lgbtq-community/" TargetMode="External"/><Relationship Id="rId10" Type="http://schemas.openxmlformats.org/officeDocument/2006/relationships/hyperlink" Target="https://pride365.org/event/fuchsia-fest-brut/" TargetMode="External"/><Relationship Id="rId11" Type="http://schemas.openxmlformats.org/officeDocument/2006/relationships/hyperlink" Target="https://www.capitalpride.org/" TargetMode="External"/><Relationship Id="rId12" Type="http://schemas.openxmlformats.org/officeDocument/2006/relationships/hyperlink" Target="https://pride365.org/event/eat-it-up/" TargetMode="External"/><Relationship Id="rId13" Type="http://schemas.openxmlformats.org/officeDocument/2006/relationships/hyperlink" Target="https://www.gaytravel4u.com/event/brut-party-washington-dc/" TargetMode="External"/><Relationship Id="rId14" Type="http://schemas.openxmlformats.org/officeDocument/2006/relationships/hyperlink" Target="https://www.metroweekly.com/2026/05/capital-pride-audacity-brunch/" TargetMode="External"/><Relationship Id="rId15" Type="http://schemas.openxmlformats.org/officeDocument/2006/relationships/hyperlink" Target="https://dc-arts.com/e/RKg4MT64vx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