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Columbus church opens LGBTQ+ faith dialogue to the public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Columbus First United Methodist Church is inviting local residents, LGBTQ+ people and allies to a welcoming evening of conversation on 3 October. The first Meet and Greet for its new Affirmation Class will explore faith, personal experience and inclusion, offering a calm space for questions at a time when church debates remain deeply personal.</w:t>
      </w:r>
      <w:r/>
    </w:p>
    <w:p>
      <w:pPr>
        <w:pStyle w:val="Heading2"/>
      </w:pPr>
      <w:r>
        <w:t>A new space for honest conversation</w:t>
      </w:r>
      <w:r/>
    </w:p>
    <w:p>
      <w:r/>
      <w:r>
        <w:t>The church’s fellowship hall will host the event from 6 to 7.30pm, giving attendees a chance to meet others involved with the LGBTQ+ and Allies’ Affirmation Class. The evening is open to the public, so visitors won't need to be regular worshippers to attend.</w:t>
      </w:r>
      <w:r/>
    </w:p>
    <w:p>
      <w:r/>
      <w:r>
        <w:t>The class began in August and focuses on subjects affecting LGBTQ+ people and their allies, including faith, scripture, culture and lived experience. It’s a practical approach to a complicated conversation, with room for both learning and listening.</w:t>
      </w:r>
      <w:r/>
    </w:p>
    <w:p>
      <w:pPr>
        <w:pStyle w:val="Heading2"/>
      </w:pPr>
      <w:r>
        <w:t>What the Affirmation Class hopes to offer</w:t>
      </w:r>
      <w:r/>
    </w:p>
    <w:p>
      <w:r/>
      <w:r>
        <w:t>Sessions include personal stories, Bible-based lessons and resources intended to support members of the LGBTQ+ community and those standing alongside them. The aim isn't simply to settle an argument, but to help people talk more thoughtfully about beliefs, identity and same-sex attraction.</w:t>
      </w:r>
      <w:r/>
    </w:p>
    <w:p>
      <w:r/>
      <w:r>
        <w:t>That matters in religious settings, where conversations can quickly become formal or polarised. The United Methodist Church's own guidance describes a continuing effort to consider how faith and inclusion should work together, while outside groups such as the Human Rights Campaign track the changing positions of major denominations.</w:t>
      </w:r>
      <w:r/>
    </w:p>
    <w:p>
      <w:pPr>
        <w:pStyle w:val="Heading2"/>
      </w:pPr>
      <w:r>
        <w:t>Why the United Methodist context matters</w:t>
      </w:r>
      <w:r/>
    </w:p>
    <w:p>
      <w:r/>
      <w:r>
        <w:t>The event comes against a backdrop of significant debate within United Methodism. The denomination has spent years wrestling with LGBTQ+ inclusion, and its position has shifted as congregations and members have pushed for different approaches to ministry, marriage and participation.</w:t>
      </w:r>
      <w:r/>
    </w:p>
    <w:p>
      <w:r/>
      <w:r>
        <w:t>According to United Methodist resources, the denomination's formal discussions have included questions about homosexuality, ordination and church teaching. That history helps explain why a local gathering can feel significant, even when it takes place in a modest fellowship hall rather than a national conference.</w:t>
      </w:r>
      <w:r/>
    </w:p>
    <w:p>
      <w:pPr>
        <w:pStyle w:val="Heading2"/>
      </w:pPr>
      <w:r>
        <w:t>A welcoming message from church leaders</w:t>
      </w:r>
      <w:r/>
    </w:p>
    <w:p>
      <w:r/>
      <w:r>
        <w:t>Both pastors at Columbus First United Methodist Church have taken supportive public positions towards the LGBTQ+ community, including through announcements and sermons. The church says it welcomes people who wish to join worship and congregational activities.</w:t>
      </w:r>
      <w:r/>
    </w:p>
    <w:p>
      <w:r/>
      <w:r>
        <w:t>That kind of consistent message can make a difference to someone deciding whether to walk through the door. Other Columbus-area churches, including Short North Church and Hope United Methodist Church, also present themselves as welcoming communities, reflecting a wider interest in faith spaces where LGBTQ+ people and allies can participate openly.</w:t>
      </w:r>
      <w:r/>
    </w:p>
    <w:p>
      <w:pPr>
        <w:pStyle w:val="Heading2"/>
      </w:pPr>
      <w:r>
        <w:t>What visitors can expect on the night</w:t>
      </w:r>
      <w:r/>
    </w:p>
    <w:p>
      <w:r/>
      <w:r>
        <w:t>For newcomers, the Meet and Greet is likely to be less about having the perfect words and more about making a first connection. Attendees can expect introductions, conversation and information about the ongoing class, with an emphasis on respectful discussion rather than debate-stage drama.</w:t>
      </w:r>
      <w:r/>
    </w:p>
    <w:p>
      <w:r/>
      <w:r>
        <w:t>A useful first step is to arrive with curiosity and listen carefully. As the church's announcement makes clear, the wider goal is to help people discuss attitudes, beliefs and cultural questions with greater understanding. Sometimes that starts with something as simple as a chair in a friendly room.</w:t>
      </w:r>
      <w:r/>
    </w:p>
    <w:p>
      <w:r/>
      <w:r>
        <w:t>It's a small local gathering with the potential to make difficult conversations feel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https://www.therepublic.com/2026/09/19/local-church-sets-supportive-talk-about-lgbtq-topics/</w:t>
        </w:r>
      </w:hyperlink>
      <w:r>
        <w:t xml:space="preserve"> - Please view link - unable to able to access data</w:t>
      </w:r>
      <w:r/>
    </w:p>
    <w:p>
      <w:pPr>
        <w:pStyle w:val="ListNumber"/>
        <w:spacing w:line="240" w:lineRule="auto"/>
        <w:ind w:left="720"/>
      </w:pPr>
      <w:r/>
      <w:hyperlink r:id="rId10">
        <w:r>
          <w:rPr>
            <w:color w:val="0000EE"/>
            <w:u w:val="single"/>
          </w:rPr>
          <w:t>https://www.hrc.org/resources/stances-of-faiths-on-lgbt-issues-united-methodist-church</w:t>
        </w:r>
      </w:hyperlink>
      <w:r>
        <w:t xml:space="preserve"> - The Human Rights Campaign provides an overview of The United Methodist Church's (UMC) stance on LGBTQ+ issues. In May 2024, the UMC's General Conference voted to remove longstanding bans on the ordination of LGBTQ+ clergy and the celebration of same-sex marriages by clergy and in churches. These changes became fully effective on January 1, 2025. The UMC now affirms human sexuality as a sacred gift and recognises the importance of sexual intimacy in fostering emotional, spiritual, and physical well-being. The church permits clergy to officiate same-sex marriages and allows such ceremonies to be held in United Methodist churches, subject to the discretion of the clergy and local church leadership. The ban on ordaining 'self-avowed, practicing homosexuals' has been lifted, with boards of ordained ministry now having the discretion to recommend candidates for ordination based on criteria that include integrity, commitment, and adherence to the church's teachings. Transgender ministers have served United Methodist churches, and women have been ordained in The Methodist Church since 1956.</w:t>
      </w:r>
      <w:r/>
    </w:p>
    <w:p>
      <w:pPr>
        <w:pStyle w:val="ListNumber"/>
        <w:spacing w:line="240" w:lineRule="auto"/>
        <w:ind w:left="720"/>
      </w:pPr>
      <w:r/>
      <w:hyperlink r:id="rId12">
        <w:r>
          <w:rPr>
            <w:color w:val="0000EE"/>
            <w:u w:val="single"/>
          </w:rPr>
          <w:t>https://www.umc.org/en/content/ask-the-umc-what-is-the-churchs-position-on-homosexuality</w:t>
        </w:r>
      </w:hyperlink>
      <w:r>
        <w:t xml:space="preserve"> - This article from UMC.org addresses The United Methodist Church's position on homosexuality. After over five decades of strife and adoption of policies that increasingly excluded non-heterosexual persons from the clergy and receiving the full ministries of the church, the 2024 General Conference removed all of those restrictions and replaced them with a series of affirmations and agreements about how all persons will be treated with respect to their sexuality or gender identity. These updated provisions are in full effect as of January 1, 2025. The church affirms human sexuality as a sacred gift and acknowledges that sexual intimacy contributes to fostering the emotional, spiritual, and physical well-being of individuals and to nurturing healthy sexual relationships that are grounded in love, care, and respect. The church also affirms that Christian marriage is a sacred, lifelong covenant that brings two people of faith into union with one another, regardless of their sexual orientation or gender identity. United Methodist clergy have full discretion in determining which couples they will or will not conduct a marriage ceremony for, and trustees cannot restrict a pastor from conducting a same-sex marriage ceremony on church property. Local churches may, however, adopt policies stating their preference that same-sex marriages not be conducted on church property. Persons who seek to become clergy or remain clergy in The United Methodist Church, with respect to sexuality, are to exercise responsible self-control by personal habits conducive to bodily health, mental and emotional maturity, integrity in all personal relationships, social responsibility, faithful sexual intimacy expressed through fidelity, monogamy, commitment, mutual affection and respect, careful and honest communication, mutual consent, and growth in grace and in the knowledge and love of God. These provisions leave it in the discretion of conference boards of ordained ministry about whom they will recommend for provisional membership, commissioning, full membership, and ordination as clergy. They also leave the clergy session as the final arbiter of who will be admitted into clergy membership or ordained. Finally, United Methodists are urged to speak up for persons who face marginalisation of any kind, including because of their sexual orientation or gender identity. The United Methodist Church commits to befriending and caring for all persons, including LGBTQ persons in our churches and communities.</w:t>
      </w:r>
      <w:r/>
    </w:p>
    <w:p>
      <w:pPr>
        <w:pStyle w:val="ListNumber"/>
        <w:spacing w:line="240" w:lineRule="auto"/>
        <w:ind w:left="720"/>
      </w:pPr>
      <w:r/>
      <w:hyperlink r:id="rId11">
        <w:r>
          <w:rPr>
            <w:color w:val="0000EE"/>
            <w:u w:val="single"/>
          </w:rPr>
          <w:t>https://www.umc.org/content/faith-and-inclusion</w:t>
        </w:r>
      </w:hyperlink>
      <w:r>
        <w:t xml:space="preserve"> - This article from UMC.org discusses the United Methodist Church's efforts towards inclusion, particularly regarding LGBTQ+ individuals. The General Conference, the legislative body of the UMC, has been meeting to address issues of inclusion, especially concerning LGBTQ+ clergy and same-sex weddings. The church has been working towards opening doors and embracing inclusivity, moving beyond previous policies that were seen as closed-hearted and closed-minded by some members. The article highlights the church's commitment to inclusivity and the ongoing efforts to ensure that all individuals, regardless of their sexual orientation or gender identity, feel welcome and accepted within the church community.</w:t>
      </w:r>
      <w:r/>
    </w:p>
    <w:p>
      <w:pPr>
        <w:pStyle w:val="ListNumber"/>
        <w:spacing w:line="240" w:lineRule="auto"/>
        <w:ind w:left="720"/>
      </w:pPr>
      <w:r/>
      <w:hyperlink r:id="rId13">
        <w:r>
          <w:rPr>
            <w:color w:val="0000EE"/>
            <w:u w:val="single"/>
          </w:rPr>
          <w:t>https://www.shortnorthchurch.org/</w:t>
        </w:r>
      </w:hyperlink>
      <w:r>
        <w:t xml:space="preserve"> - Short North Church is an inclusive and affirming United Methodist congregation located in the heart of Columbus, Ohio. The church welcomes all people and celebrates diversity, reimagining how God's love can be shared. They offer in-person and online worship services every Sunday at 10 AM, and their mission is to be a bold community of believers who love Jesus and seek justice. The church also provides small group opportunities and is involved in campus ministry for students at The Ohio State University, aiming to create an inclusive and affirming environment for students.</w:t>
      </w:r>
      <w:r/>
    </w:p>
    <w:p>
      <w:pPr>
        <w:pStyle w:val="ListNumber"/>
        <w:spacing w:line="240" w:lineRule="auto"/>
        <w:ind w:left="720"/>
      </w:pPr>
      <w:r/>
      <w:hyperlink r:id="rId14">
        <w:r>
          <w:rPr>
            <w:color w:val="0000EE"/>
            <w:u w:val="single"/>
          </w:rPr>
          <w:t>https://www.hopeumccolumbus.com/</w:t>
        </w:r>
      </w:hyperlink>
      <w:r>
        <w:t xml:space="preserve"> - Hope United Methodist Church in Columbus, Georgia, is a Christ-centered, inclusive congregation rooted in grace, love, and justice. The church fully affirms and includes LGBTQ+ individuals in all aspects of church life, including worship, leadership, marriage, and community life. They are committed to being a community where all voices are heard, all gifts are welcomed, and all people are valued. The church strives to be a place where women lead and serve at every level of ministry, LGBTQ+ persons are fully affirmed, people of color are honoured and empowered, and people with disabilities are embraced and included.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republic.com/2026/09/19/local-church-sets-supportive-talk-about-lgbtq-topics/" TargetMode="External"/><Relationship Id="rId10" Type="http://schemas.openxmlformats.org/officeDocument/2006/relationships/hyperlink" Target="https://www.hrc.org/resources/stances-of-faiths-on-lgbt-issues-united-methodist-church" TargetMode="External"/><Relationship Id="rId11" Type="http://schemas.openxmlformats.org/officeDocument/2006/relationships/hyperlink" Target="https://www.umc.org/content/faith-and-inclusion" TargetMode="External"/><Relationship Id="rId12" Type="http://schemas.openxmlformats.org/officeDocument/2006/relationships/hyperlink" Target="https://www.umc.org/en/content/ask-the-umc-what-is-the-churchs-position-on-homosexuality" TargetMode="External"/><Relationship Id="rId13" Type="http://schemas.openxmlformats.org/officeDocument/2006/relationships/hyperlink" Target="https://www.shortnorthchurch.org/" TargetMode="External"/><Relationship Id="rId14" Type="http://schemas.openxmlformats.org/officeDocument/2006/relationships/hyperlink" Target="https://www.hopeumccolumbu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