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Brandenburg CSD demonstrations bring diversity to three towns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Hundreds of people took to the streets in Hennigsdorf, Jüterbog and Bad Belzig for colourful Christopher Street Day demonstrations, celebrating queer visibility and equal rights. The events were largely peaceful, although Hennigsdorf also saw a small counter-protest and one arrest.</w:t>
      </w:r>
      <w:r/>
    </w:p>
    <w:p>
      <w:pPr>
        <w:pStyle w:val="Heading2"/>
      </w:pPr>
      <w:r>
        <w:t>Essential Takeaways</w:t>
      </w:r>
      <w:r/>
      <w:r/>
    </w:p>
    <w:p>
      <w:pPr>
        <w:pStyle w:val="ListBullet"/>
        <w:spacing w:line="240" w:lineRule="auto"/>
        <w:ind w:left="720"/>
      </w:pPr>
      <w:r/>
      <w:r>
        <w:rPr>
          <w:b/>
        </w:rPr>
        <w:t>Three towns joined in:</w:t>
      </w:r>
      <w:r>
        <w:t xml:space="preserve"> CSD events took place in Hennigsdorf, Jüterbog and Bad Belzig.</w:t>
      </w:r>
      <w:r/>
    </w:p>
    <w:p>
      <w:pPr>
        <w:pStyle w:val="ListBullet"/>
        <w:spacing w:line="240" w:lineRule="auto"/>
        <w:ind w:left="720"/>
      </w:pPr>
      <w:r/>
      <w:r>
        <w:rPr>
          <w:b/>
        </w:rPr>
        <w:t>Hundreds attended:</w:t>
      </w:r>
      <w:r>
        <w:t xml:space="preserve"> Around 500 people marched in Hennigsdorf, while Bad Belzig drew roughly 350.</w:t>
      </w:r>
      <w:r/>
    </w:p>
    <w:p>
      <w:pPr>
        <w:pStyle w:val="ListBullet"/>
        <w:spacing w:line="240" w:lineRule="auto"/>
        <w:ind w:left="720"/>
      </w:pPr>
      <w:r/>
      <w:r>
        <w:rPr>
          <w:b/>
        </w:rPr>
        <w:t>A first for Jüterbog:</w:t>
      </w:r>
      <w:r>
        <w:t xml:space="preserve"> The town hosted its inaugural CSD, attracting several hundred participants.</w:t>
      </w:r>
      <w:r/>
    </w:p>
    <w:p>
      <w:pPr>
        <w:pStyle w:val="ListBullet"/>
        <w:spacing w:line="240" w:lineRule="auto"/>
        <w:ind w:left="720"/>
      </w:pPr>
      <w:r/>
      <w:r>
        <w:rPr>
          <w:b/>
        </w:rPr>
        <w:t>Mostly peaceful events:</w:t>
      </w:r>
      <w:r>
        <w:t xml:space="preserve"> Police reported no major incidents, despite a small far-right counter-demonstration in Hennigsdorf.</w:t>
      </w:r>
      <w:r/>
    </w:p>
    <w:p>
      <w:pPr>
        <w:pStyle w:val="ListBullet"/>
        <w:spacing w:line="240" w:lineRule="auto"/>
        <w:ind w:left="720"/>
      </w:pPr>
      <w:r/>
      <w:r>
        <w:rPr>
          <w:b/>
        </w:rPr>
        <w:t>More dates are coming:</w:t>
      </w:r>
      <w:r>
        <w:t xml:space="preserve"> Bernau, Strausberg and Prenzlau are due to hold CSD events later in the season.</w:t>
      </w:r>
      <w:r/>
      <w:r/>
    </w:p>
    <w:p>
      <w:pPr>
        <w:pStyle w:val="Heading2"/>
      </w:pPr>
      <w:r>
        <w:t>Rainbow flags fill Brandenburg streets</w:t>
      </w:r>
      <w:r/>
    </w:p>
    <w:p>
      <w:r/>
      <w:r>
        <w:t>Rainbow flags, music and determined footsteps set the tone as hundreds gathered across Brandenburg for three Christopher Street Day demonstrations. In Hennigsdorf, about 500 people joined the march under the slogan "Liebe ist alles", or "Love is everything", according to reports from Tagesspiegel and Tagesschau.</w:t>
      </w:r>
      <w:r/>
    </w:p>
    <w:p>
      <w:r/>
      <w:r>
        <w:t>The scenes were celebratory, but the message carried real weight. CSD events combine community, protest and public visibility, giving queer people and allies a chance to claim space in towns where such gatherings can feel especially significant.</w:t>
      </w:r>
      <w:r/>
    </w:p>
    <w:p>
      <w:r/>
      <w:r>
        <w:t>In Bad Belzig, around 350 people took part, while Jüterbog hosted its first CSD with several hundred participants. Local organisers and supporters have helped turn the events into visible signs of solidarity rather than simply one-day parties, according to the CSD Belzig organisation.</w:t>
      </w:r>
      <w:r/>
    </w:p>
    <w:p>
      <w:pPr>
        <w:pStyle w:val="Heading2"/>
      </w:pPr>
      <w:r>
        <w:t>Hennigsdorf sees celebration and opposition</w:t>
      </w:r>
      <w:r/>
    </w:p>
    <w:p>
      <w:r/>
      <w:r>
        <w:t>Hennigsdorf's march was accompanied by a much smaller counter-demonstration involving around 20 people, reports cited by Die Brandenburger said. Protesters reportedly displayed messages opposing the CSD, creating a sharper political edge beneath the otherwise upbeat atmosphere.</w:t>
      </w:r>
      <w:r/>
    </w:p>
    <w:p>
      <w:r/>
      <w:r>
        <w:t>Police described the gathering as largely trouble-free. One intoxicated man was taken into custody after allegedly insulting officers and attempting to attack them, although authorities said it wasn't clear whether he was connected to the counter-protest.</w:t>
      </w:r>
      <w:r/>
    </w:p>
    <w:p>
      <w:r/>
      <w:r>
        <w:t>That contrast is familiar at many pride events. Bright colours and friendly crowds can make the day look effortless, but organisers remain alert to hostility and violence. Candy Boldt-Händel of the Oberhavel CSD organisation said queer people were again having to reckon with a greater risk of attacks, as reported by Tagesschau.</w:t>
      </w:r>
      <w:r/>
    </w:p>
    <w:p>
      <w:pPr>
        <w:pStyle w:val="Heading2"/>
      </w:pPr>
      <w:r>
        <w:t>Why local CSDs matter</w:t>
      </w:r>
      <w:r/>
    </w:p>
    <w:p>
      <w:r/>
      <w:r>
        <w:t>Christopher Street Day commemorates the 1969 uprising by queer people at the Stonewall Inn in New York's Christopher Street. Today, the events remain both a celebration of progress and a public demand for safety, dignity and equal treatment.</w:t>
      </w:r>
      <w:r/>
    </w:p>
    <w:p>
      <w:r/>
      <w:r>
        <w:t>Holding a CSD outside major cities matters because queer visibility shouldn't be limited to Berlin, Hamburg or Munich. Smaller-town marches can give local residents a meeting point, help younger people find community and show that support exists close to home, according to background information from CSD Belzig.</w:t>
      </w:r>
      <w:r/>
    </w:p>
    <w:p>
      <w:r/>
      <w:r>
        <w:t>There's also something especially powerful about a first-time event. Jüterbog's debut suggests that the regional CSD movement is continuing to grow, even as organisers navigate the practical challenge of building support in places with smaller queer communities.</w:t>
      </w:r>
      <w:r/>
    </w:p>
    <w:p>
      <w:pPr>
        <w:pStyle w:val="Heading2"/>
      </w:pPr>
      <w:r>
        <w:t>The Brandenburg CSD calendar is still growing</w:t>
      </w:r>
      <w:r/>
    </w:p>
    <w:p>
      <w:r/>
      <w:r>
        <w:t>The season isn't over yet. Bernau and Strausberg are scheduled to hold CSD events on 26 September, followed by Prenzlau's first CSD on 10 October, according to the reports and event information available from regional organisers.</w:t>
      </w:r>
      <w:r/>
    </w:p>
    <w:p>
      <w:r/>
      <w:r>
        <w:t>For anyone planning to attend, checking the organiser's website before travelling is sensible. Parade routes, start times, accessibility details and safety guidance can change, while local groups can also explain how to volunteer, join the march or support the accompanying programme.</w:t>
      </w:r>
      <w:r/>
    </w:p>
    <w:p>
      <w:r/>
      <w:r>
        <w:t>The wider picture is encouraging: three towns have already filled their streets with rainbow colours, and more are preparing to do the same. It may be a simple sight, but a busy local parade can make a community feel noticeably less alone.</w:t>
      </w:r>
      <w:r/>
    </w:p>
    <w:p>
      <w:r/>
      <w:r>
        <w:t>More Brandenburg CSD dates offer further chances to show up, stand together and celebrate openly.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[3]</w:t>
        </w:r>
      </w:hyperlink>
      <w:r>
        <w:t xml:space="preserve">, </w:t>
      </w:r>
      <w:hyperlink r:id="rId14">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4">
        <w:r>
          <w:rPr>
            <w:color w:val="0000EE"/>
            <w:u w:val="single"/>
          </w:rPr>
          <w:t>[5]</w:t>
        </w:r>
      </w:hyperlink>
      <w:r>
        <w:t xml:space="preserve">- Paragraph 8: </w:t>
      </w:r>
      <w:hyperlink r:id="rId11">
        <w:r>
          <w:rPr>
            <w:color w:val="0000EE"/>
            <w:u w:val="single"/>
          </w:rPr>
          <w:t>[3]</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1">
        <w:r>
          <w:rPr>
            <w:color w:val="0000EE"/>
            <w:u w:val="single"/>
          </w:rPr>
          <w:t>[3]</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4">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https://www.stern.de/gesellschaft/regional/berlin-brandenburg/queere-community--hunderte-menschen-feiern-csds-in-drei-staedten-brandenburgs-38275440.html</w:t>
        </w:r>
      </w:hyperlink>
      <w:r>
        <w:t xml:space="preserve"> - Please view link - unable to able to access data</w:t>
      </w:r>
      <w:r/>
    </w:p>
    <w:p>
      <w:pPr>
        <w:pStyle w:val="ListNumber"/>
        <w:spacing w:line="240" w:lineRule="auto"/>
        <w:ind w:left="720"/>
      </w:pPr>
      <w:r/>
      <w:hyperlink r:id="rId10">
        <w:r>
          <w:rPr>
            <w:color w:val="0000EE"/>
            <w:u w:val="single"/>
          </w:rPr>
          <w:t>https://www.tagesschau.de/inland/regional/brandenburg/rbb-csd-in-drei-staedten-in-hennigsdorf-jueterbog-und-bad-belzig-102.html</w:t>
        </w:r>
      </w:hyperlink>
      <w:r>
        <w:t xml:space="preserve"> - This article reports on the Christopher Street Day (CSD) events held in Hennigsdorf, Jüterbog, and Bad Belzig, Brandenburg, on September 19, 2026. It highlights the participation of hundreds of people in these demonstrations advocating for diversity and against discrimination. The police provided security for the events, with the CSD in Hennigsdorf expecting between 500 and 1,000 participants under the motto 'Liebe ist alles' ('Love is everything'). The article also mentions the anticipation of protests from a right-wing extremist group in Hennigsdorf, while no disturbances were expected in Jüterbog and Bad Belzig. The CSD events serve as a reminder of the 1969 Stonewall Riots in New York City and aim to promote visibility and equality for queer individuals.</w:t>
      </w:r>
      <w:r/>
    </w:p>
    <w:p>
      <w:pPr>
        <w:pStyle w:val="ListNumber"/>
        <w:spacing w:line="240" w:lineRule="auto"/>
        <w:ind w:left="720"/>
      </w:pPr>
      <w:r/>
      <w:hyperlink r:id="rId11">
        <w:r>
          <w:rPr>
            <w:color w:val="0000EE"/>
            <w:u w:val="single"/>
          </w:rPr>
          <w:t>https://www.tagesspiegel.de/potsdam/brandenburg/dpa-csd-in-drei-staedten-in-brandenburg--auch-protest-erwartet-16073300.html</w:t>
        </w:r>
      </w:hyperlink>
      <w:r>
        <w:t xml:space="preserve"> - This article discusses the Christopher Street Day (CSD) events in Hennigsdorf, Jüterbog, and Bad Belzig, Brandenburg, scheduled for September 19, 2026. It reports that hundreds of people are expected to participate in these demonstrations advocating for diversity and against discrimination. The police are providing security for the events, with the CSD in Hennigsdorf expecting between 500 and 1,000 participants under the motto 'Liebe ist alles' ('Love is everything'). The article also mentions the anticipation of protests from a right-wing extremist group in Hennigsdorf, while no disturbances are expected in Jüterbog and Bad Belzig. The CSD events serve as a reminder of the 1969 Stonewall Riots in New York City and aim to promote visibility and equality for queer individuals.</w:t>
      </w:r>
      <w:r/>
    </w:p>
    <w:p>
      <w:pPr>
        <w:pStyle w:val="ListNumber"/>
        <w:spacing w:line="240" w:lineRule="auto"/>
        <w:ind w:left="720"/>
      </w:pPr>
      <w:r/>
      <w:hyperlink r:id="rId12">
        <w:r>
          <w:rPr>
            <w:color w:val="0000EE"/>
            <w:u w:val="single"/>
          </w:rPr>
          <w:t>https://www.diebrandenburger.de/gesellschaft/csd-in-hennigsdorf-mit-5001-000-teilnehmenden-erwartet-demonstrationen-auch-in-jueterbog-und-bad-belzig-3182219</w:t>
        </w:r>
      </w:hyperlink>
      <w:r>
        <w:t xml:space="preserve"> - This article reports on the Christopher Street Day (CSD) events in Hennigsdorf, Jüterbog, and Bad Belzig, Brandenburg, scheduled for September 19, 2026. It highlights that hundreds of people are expected to participate in these demonstrations advocating for diversity and against discrimination. The police are providing security for the events, with the CSD in Hennigsdorf expecting between 500 and 1,000 participants under the motto 'Liebe ist alles' ('Love is everything'). The article also mentions the anticipation of protests from a right-wing extremist group in Hennigsdorf, while no disturbances are expected in Jüterbog and Bad Belzig. The CSD events serve as a reminder of the 1969 Stonewall Riots in New York City and aim to promote visibility and equality for queer individuals.</w:t>
      </w:r>
      <w:r/>
    </w:p>
    <w:p>
      <w:pPr>
        <w:pStyle w:val="ListNumber"/>
        <w:spacing w:line="240" w:lineRule="auto"/>
        <w:ind w:left="720"/>
      </w:pPr>
      <w:r/>
      <w:hyperlink r:id="rId14">
        <w:r>
          <w:rPr>
            <w:color w:val="0000EE"/>
            <w:u w:val="single"/>
          </w:rPr>
          <w:t>https://www.diebrandenburger.de/gesellschaft/csds-in-brandenburg-polizei-sichert-demonstrationen-in-hennigsdorf-jueterbog-und-bad-belzig-3181842</w:t>
        </w:r>
      </w:hyperlink>
      <w:r>
        <w:t xml:space="preserve"> - This article discusses the Christopher Street Day (CSD) events in Hennigsdorf, Jüterbog, and Bad Belzig, Brandenburg, scheduled for September 19, 2026. It reports that hundreds of people are expected to participate in these demonstrations advocating for diversity and against discrimination. The police are providing security for the events, with the CSD in Hennigsdorf expecting between 500 and 1,000 participants under the motto 'Liebe ist alles' ('Love is everything'). The article also mentions the anticipation of protests from a right-wing extremist group in Hennigsdorf, while no disturbances are expected in Jüterbog and Bad Belzig. The CSD events serve as a reminder of the 1969 Stonewall Riots in New York City and aim to promote visibility and equality for queer individuals.</w:t>
      </w:r>
      <w:r/>
    </w:p>
    <w:p>
      <w:pPr>
        <w:pStyle w:val="ListNumber"/>
        <w:spacing w:line="240" w:lineRule="auto"/>
        <w:ind w:left="720"/>
      </w:pPr>
      <w:r/>
      <w:hyperlink r:id="rId13">
        <w:r>
          <w:rPr>
            <w:color w:val="0000EE"/>
            <w:u w:val="single"/>
          </w:rPr>
          <w:t>https://csd-belzig.de/</w:t>
        </w:r>
      </w:hyperlink>
      <w:r>
        <w:t xml:space="preserve"> - This is the official website for the Christopher Street Day (CSD) event in Bad Belzig, Brandenburg, scheduled for September 19, 2026. The website provides details about the event, including the meeting point at Bad Belzig station at 12:30 PM, the colourful demonstration from the station to the market from 1:00 to 2:00 PM, and the 'Festival for Diversity' on the market square from 2:00 to 5:00 PM. The website also offers information about the CSD's history and its significance in advocating for the rights of LGBTQ+ individuals and against discrimination and exclusion.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ern.de/gesellschaft/regional/berlin-brandenburg/queere-community--hunderte-menschen-feiern-csds-in-drei-staedten-brandenburgs-38275440.html" TargetMode="External"/><Relationship Id="rId10" Type="http://schemas.openxmlformats.org/officeDocument/2006/relationships/hyperlink" Target="https://www.tagesschau.de/inland/regional/brandenburg/rbb-csd-in-drei-staedten-in-hennigsdorf-jueterbog-und-bad-belzig-102.html" TargetMode="External"/><Relationship Id="rId11" Type="http://schemas.openxmlformats.org/officeDocument/2006/relationships/hyperlink" Target="https://www.tagesspiegel.de/potsdam/brandenburg/dpa-csd-in-drei-staedten-in-brandenburg--auch-protest-erwartet-16073300.html" TargetMode="External"/><Relationship Id="rId12" Type="http://schemas.openxmlformats.org/officeDocument/2006/relationships/hyperlink" Target="https://www.diebrandenburger.de/gesellschaft/csd-in-hennigsdorf-mit-5001-000-teilnehmenden-erwartet-demonstrationen-auch-in-jueterbog-und-bad-belzig-3182219" TargetMode="External"/><Relationship Id="rId13" Type="http://schemas.openxmlformats.org/officeDocument/2006/relationships/hyperlink" Target="https://csd-belzig.de/" TargetMode="External"/><Relationship Id="rId14" Type="http://schemas.openxmlformats.org/officeDocument/2006/relationships/hyperlink" Target="https://www.diebrandenburger.de/gesellschaft/csds-in-brandenburg-polizei-sichert-demonstrationen-in-hennigsdorf-jueterbog-und-bad-belzig-318184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