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Red Dress Day WEHO Guide for HIV Awareness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nightlife fans and community supporters are turning West Hollywood’s Rainbow District red for Red Dress Day WEHO, an annual event blending fundraising, entertainment and visibility. With bars and venues hosting parties, contests and drag performances, the day offers a lively way to support HIV and AIDS awareness while raising money for essential local services.</w:t>
      </w:r>
      <w:r/>
    </w:p>
    <w:p>
      <w:pPr>
        <w:pStyle w:val="Heading2"/>
      </w:pPr>
      <w:r>
        <w:t>Essential Takeaways</w:t>
      </w:r>
      <w:r/>
      <w:r/>
    </w:p>
    <w:p>
      <w:pPr>
        <w:pStyle w:val="ListBullet"/>
        <w:spacing w:line="240" w:lineRule="auto"/>
        <w:ind w:left="720"/>
      </w:pPr>
      <w:r/>
      <w:r>
        <w:rPr>
          <w:b/>
        </w:rPr>
        <w:t>A community fundraiser:</w:t>
      </w:r>
      <w:r>
        <w:t xml:space="preserve"> Red Dress Day WEHO supports Minority AIDS Project Los Angeles and its health and wellness work.</w:t>
      </w:r>
      <w:r/>
    </w:p>
    <w:p>
      <w:pPr>
        <w:pStyle w:val="ListBullet"/>
        <w:spacing w:line="240" w:lineRule="auto"/>
        <w:ind w:left="720"/>
      </w:pPr>
      <w:r/>
      <w:r>
        <w:rPr>
          <w:b/>
        </w:rPr>
        <w:t>A powerful dress code:</w:t>
      </w:r>
      <w:r>
        <w:t xml:space="preserve"> Red dresses represent unity, visibility and continued awareness of HIV.</w:t>
      </w:r>
      <w:r/>
    </w:p>
    <w:p>
      <w:pPr>
        <w:pStyle w:val="ListBullet"/>
        <w:spacing w:line="240" w:lineRule="auto"/>
        <w:ind w:left="720"/>
      </w:pPr>
      <w:r/>
      <w:r>
        <w:rPr>
          <w:b/>
        </w:rPr>
        <w:t>Venues are joining in:</w:t>
      </w:r>
      <w:r>
        <w:t xml:space="preserve"> Gym Bar, Mattie’s WeHo and Micky’s WeHo are among the participating locations.</w:t>
      </w:r>
      <w:r/>
    </w:p>
    <w:p>
      <w:pPr>
        <w:pStyle w:val="ListBullet"/>
        <w:spacing w:line="240" w:lineRule="auto"/>
        <w:ind w:left="720"/>
      </w:pPr>
      <w:r/>
      <w:r>
        <w:rPr>
          <w:b/>
        </w:rPr>
        <w:t>Expect variety:</w:t>
      </w:r>
      <w:r>
        <w:t xml:space="preserve"> The programme includes cocktails, brunch, music, drag entertainment and a red-carpet atmosphere.</w:t>
      </w:r>
      <w:r/>
    </w:p>
    <w:p>
      <w:pPr>
        <w:pStyle w:val="ListBullet"/>
        <w:spacing w:line="240" w:lineRule="auto"/>
        <w:ind w:left="720"/>
      </w:pPr>
      <w:r/>
      <w:r>
        <w:rPr>
          <w:b/>
        </w:rPr>
        <w:t>Check before travelling:</w:t>
      </w:r>
      <w:r>
        <w:t xml:space="preserve"> Times, ticket details and venue plans can change, so confirm arrangements directly with organisers.</w:t>
      </w:r>
      <w:r/>
      <w:r/>
    </w:p>
    <w:p>
      <w:pPr>
        <w:pStyle w:val="Heading2"/>
      </w:pPr>
      <w:r>
        <w:t>West Hollywood is turning red for a reason</w:t>
      </w:r>
      <w:r/>
    </w:p>
    <w:p>
      <w:r/>
      <w:r>
        <w:t>There’s something instantly theatrical about a whole neighbourhood adopting the same colour. For Red Dress Day WEHO, scarlet outfits bring energy to West Hollywood’s Rainbow District, but the symbolism runs deeper than a striking photo opportunity.</w:t>
      </w:r>
      <w:r/>
    </w:p>
    <w:p>
      <w:r/>
      <w:r>
        <w:t>The event uses fashion, nightlife and performance to keep HIV and AIDS awareness visible. The Los Angeles Sisters of Perpetual Indulgence organise the annual gathering, while participating businesses create their own activities and fundraising moments. According to the event’s organisers, the day is designed as both a celebration and a reminder that HIV continues to affect communities.</w:t>
      </w:r>
      <w:r/>
    </w:p>
    <w:p>
      <w:r/>
      <w:r>
        <w:t>That balance matters. A red dress can be playful, glamorous or gloriously over the top, yet it also becomes a simple public statement: people still care, and support still counts.</w:t>
      </w:r>
      <w:r/>
    </w:p>
    <w:p>
      <w:pPr>
        <w:pStyle w:val="Heading2"/>
      </w:pPr>
      <w:r>
        <w:t>Where the money is going</w:t>
      </w:r>
      <w:r/>
    </w:p>
    <w:p>
      <w:r/>
      <w:r>
        <w:t>This year’s beneficiary is Minority AIDS Project Los Angeles, commonly known as MAP. The organisation provides health and wellness services for African American and Latinx communities in Central and South Los Angeles, where access to culturally responsive care remains particularly important.</w:t>
      </w:r>
      <w:r/>
    </w:p>
    <w:p>
      <w:r/>
      <w:r>
        <w:t>MAP was established in 1985 and is recognised as the first community-based HIV/AIDS organisation in the United States founded and led by people of colour. Its work covers the practical side of health equity, including support that helps people navigate care rather than face it alone.</w:t>
      </w:r>
      <w:r/>
    </w:p>
    <w:p>
      <w:r/>
      <w:r>
        <w:t>The CDC’s National Prevention Information Network lists MAP as a community resource, while the organisation’s history reflects a long-standing focus on serving communities that have often been overlooked. That makes the fundraiser feel more substantial than a one-day party.</w:t>
      </w:r>
      <w:r/>
    </w:p>
    <w:p>
      <w:pPr>
        <w:pStyle w:val="Heading2"/>
      </w:pPr>
      <w:r>
        <w:t>Drag brunch, cocktails and a little friendly competition</w:t>
      </w:r>
      <w:r/>
    </w:p>
    <w:p>
      <w:r/>
      <w:r>
        <w:t>Gym Bar WeHo is expected to host a Best Little Red Dress contest at 4pm, with ABBA tickets for the winner. It’s the sort of prize that may inspire everything from carefully tailored glamour to creative last-minute wardrobe engineering.</w:t>
      </w:r>
      <w:r/>
    </w:p>
    <w:p>
      <w:r/>
      <w:r>
        <w:t>Mattie’s WeHo is planning a full day of activity, including Red Dress on the Floor margarita specials, the Roccettes drag brunch, a party hosted by Billy Francesca and a later art-focused event featuring music from Cazwell. The venue’s schedule gives visitors plenty of reasons to stay beyond a single drink.</w:t>
      </w:r>
      <w:r/>
    </w:p>
    <w:p>
      <w:r/>
      <w:r>
        <w:t>Meanwhile, Micky’s WeHo is adding a red carpet, drinks promotions and go-go dancers. Past coverage of Red Dress Day has shown how participating venues turn the event into a collective nightlife experience, with different spaces offering their own personality rather than following one rigid format.</w:t>
      </w:r>
      <w:r/>
    </w:p>
    <w:p>
      <w:pPr>
        <w:pStyle w:val="Heading2"/>
      </w:pPr>
      <w:r>
        <w:t>How to enjoy Red Dress Day WEHO responsibly</w:t>
      </w:r>
      <w:r/>
    </w:p>
    <w:p>
      <w:r/>
      <w:r>
        <w:t>If you’re planning to attend, start by checking the latest timetable and any entry requirements with the venues. Events can fill quickly, particularly brunches and ticketed performances, so booking ahead is sensible if you’ve got your heart set on a particular slot.</w:t>
      </w:r>
      <w:r/>
    </w:p>
    <w:p>
      <w:r/>
      <w:r>
        <w:t>Comfort matters too. Red dresses may be the tradition, but there’s no single correct silhouette. Choose something you can move in, add layers if you’re staying out late and wear shoes that won’t turn a cheerful afternoon into a dramatic medical subplot.</w:t>
      </w:r>
      <w:r/>
    </w:p>
    <w:p>
      <w:r/>
      <w:r>
        <w:t>It’s also worth planning transport before the first margarita arrives. Designate a driver, use a taxi or rideshare, and keep some time free to visit more than one venue if you want the full Rainbow District atmosphere.</w:t>
      </w:r>
      <w:r/>
    </w:p>
    <w:p>
      <w:pPr>
        <w:pStyle w:val="Heading2"/>
      </w:pPr>
      <w:r>
        <w:t>A colourful tradition with lasting relevance</w:t>
      </w:r>
      <w:r/>
    </w:p>
    <w:p>
      <w:r/>
      <w:r>
        <w:t>Red Dress Day WEHO works because it doesn’t force people to choose between seriousness and joy. The event creates room for dancing, dressing up and meeting friends, while keeping attention on HIV awareness and the organisations providing support.</w:t>
      </w:r>
      <w:r/>
    </w:p>
    <w:p>
      <w:r/>
      <w:r>
        <w:t>That combination has helped the day remain part of West Hollywood’s community calendar. The details may change from year to year, but the central idea stays clear: visibility can be celebratory, and fundraising can feel welcoming rather than formal.</w:t>
      </w:r>
      <w:r/>
    </w:p>
    <w:p>
      <w:r/>
      <w:r>
        <w:t>For visitors, it’s an easy event to join. For the people and organisations behind it, the impact reaches well beyond one red carpet.</w:t>
      </w:r>
      <w:r/>
    </w:p>
    <w:p>
      <w:r/>
      <w:r>
        <w:t>Wear the colour, support the cause and make a day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https://wehotimes.com/red-dress-day-weho-returns-to-west-hollywoods-rainbow-district-sept-20/</w:t>
        </w:r>
      </w:hyperlink>
      <w:r>
        <w:t xml:space="preserve"> - Please view link - unable to able to access data</w:t>
      </w:r>
      <w:r/>
    </w:p>
    <w:p>
      <w:pPr>
        <w:pStyle w:val="ListNumber"/>
        <w:spacing w:line="240" w:lineRule="auto"/>
        <w:ind w:left="720"/>
      </w:pPr>
      <w:r/>
      <w:hyperlink r:id="rId9">
        <w:r>
          <w:rPr>
            <w:color w:val="0000EE"/>
            <w:u w:val="single"/>
          </w:rPr>
          <w:t>https://wehotimes.com/red-dress-day-weho-returns-to-west-hollywoods-rainbow-district-sept-20/</w:t>
        </w:r>
      </w:hyperlink>
      <w:r>
        <w:t xml:space="preserve"> - The article announces the return of Red Dress Day WEHO to West Hollywood's Rainbow District on Sunday, September 20, 2026. Organised by the Los Angeles Sisters of Perpetual Indulgence, the event aims to raise awareness about HIV and AIDS while supporting local nonprofits. Attendees are encouraged to wear red dresses as a symbol of unity and visibility. This year's proceeds will benefit the Minority AIDS Project Los Angeles, a nonprofit dedicated to health and wellness services for African American and Latinx communities in Central and South Los Angeles. Local businesses, including Gym Bar WeHo, Mattie's WeHo, and Micky's WeHo, are hosting various activities throughout the day, such as a Best Little Red Dress contest, drink specials, drag brunches, and parties. The Minority AIDS Project, founded in 1985, is the first community-based HIV/AIDS organisation in the United States founded and led by people of colour, operating as a California 501(c)(3) nonprofit.</w:t>
      </w:r>
      <w:r/>
    </w:p>
    <w:p>
      <w:pPr>
        <w:pStyle w:val="ListNumber"/>
        <w:spacing w:line="240" w:lineRule="auto"/>
        <w:ind w:left="720"/>
      </w:pPr>
      <w:r/>
      <w:hyperlink r:id="rId11">
        <w:r>
          <w:rPr>
            <w:color w:val="0000EE"/>
            <w:u w:val="single"/>
          </w:rPr>
          <w:t>https://wehotimes.com/photos-west-hollywood-bars-celebrate-red-dress-day-2023/</w:t>
        </w:r>
      </w:hyperlink>
      <w:r>
        <w:t xml:space="preserve"> - The article features photos from the 2023 Red Dress Day celebration in West Hollywood's Rainbow District. Organised by the Los Angeles Sisters of Perpetual Indulgence, the event brought together community members who wore various styles of red dresses to raise awareness about HIV and AIDS. The festivities included bar-hopping along Santa Monica Boulevard, with participants donning a range of red dresses, from elaborate gowns to sleek mini dresses. The event supported Life Group LA and Being Alive, two non-profit organisations focused on wellness for individuals living with HIV/AIDS.</w:t>
      </w:r>
      <w:r/>
    </w:p>
    <w:p>
      <w:pPr>
        <w:pStyle w:val="ListNumber"/>
        <w:spacing w:line="240" w:lineRule="auto"/>
        <w:ind w:left="720"/>
      </w:pPr>
      <w:r/>
      <w:hyperlink r:id="rId10">
        <w:r>
          <w:rPr>
            <w:color w:val="0000EE"/>
            <w:u w:val="single"/>
          </w:rPr>
          <w:t>https://www.reddressweho.com/</w:t>
        </w:r>
      </w:hyperlink>
      <w:r>
        <w:t xml:space="preserve"> - The official website for Red Dress Day WEHO provides information about the annual event held in West Hollywood's Rainbow District. The site includes details about past events, such as the 2024 recap, which featured local bars hosting celebrations, fundraising activities, and visibility campaigns. The 2024 event supported Reach LA and the Black AIDS Institute, two non-profit organisations dedicated to education, advocacy, and holistic wellness for communities disproportionately affected by HIV/AIDS. The website also offers information on sponsorship opportunities and ways to get involved in future events.</w:t>
      </w:r>
      <w:r/>
    </w:p>
    <w:p>
      <w:pPr>
        <w:pStyle w:val="ListNumber"/>
        <w:spacing w:line="240" w:lineRule="auto"/>
        <w:ind w:left="720"/>
      </w:pPr>
      <w:r/>
      <w:hyperlink r:id="rId12">
        <w:r>
          <w:rPr>
            <w:color w:val="0000EE"/>
            <w:u w:val="single"/>
          </w:rPr>
          <w:t>https://en.wikipedia.org/wiki/Minority_AIDS_Project</w:t>
        </w:r>
      </w:hyperlink>
      <w:r>
        <w:t xml:space="preserve"> - The Wikipedia page for the Minority AIDS Project (MAP) provides an overview of the organisation, including its history, mission, and services. Established in 1985 by Archbishop Carl Bean, D.Min, Jewel Thais-Williams, and members of the Unity Fellowship of Christ Church, MAP is a 501(c)(3) non-profit organisation that offers free HIV/AIDS education, medical treatment, and support services to all people, regardless of age, gender, race, or other circumstances. The organisation is the first community-based HIV/AIDS organisation established and managed by people of colour in the United States.</w:t>
      </w:r>
      <w:r/>
    </w:p>
    <w:p>
      <w:pPr>
        <w:pStyle w:val="ListNumber"/>
        <w:spacing w:line="240" w:lineRule="auto"/>
        <w:ind w:left="720"/>
      </w:pPr>
      <w:r/>
      <w:hyperlink r:id="rId13">
        <w:r>
          <w:rPr>
            <w:color w:val="0000EE"/>
            <w:u w:val="single"/>
          </w:rPr>
          <w:t>https://npin.cdc.gov/organization/minority-aids-project</w:t>
        </w:r>
      </w:hyperlink>
      <w:r>
        <w:t xml:space="preserve"> - The National Prevention Information Network (NPIN) page for the Minority AIDS Project provides contact information and details about the services offered by the organisation. Located at 5149 W. Jefferson Blvd, Los Angeles, CA 90016, MAP operates Monday through Friday from 9:00 am to 5:00 pm. Services include HIV testing, prevention education, case management, housing opportunities for persons with AIDS (HOPWA), and PrEP navigation. The organisation serves various audiences, including Asian or Pacific Islander persons, Black or African American persons, Hispanic or Latino persons, and low-income persons.</w:t>
      </w:r>
      <w:r/>
    </w:p>
    <w:p>
      <w:pPr>
        <w:pStyle w:val="ListNumber"/>
        <w:spacing w:line="240" w:lineRule="auto"/>
        <w:ind w:left="720"/>
      </w:pPr>
      <w:r/>
      <w:hyperlink r:id="rId14">
        <w:r>
          <w:rPr>
            <w:color w:val="0000EE"/>
            <w:u w:val="single"/>
          </w:rPr>
          <w:t>https://www.inthemeantimemen.org/</w:t>
        </w:r>
      </w:hyperlink>
      <w:r>
        <w:t xml:space="preserve"> - The In The Meantime Men's Group, Inc. website provides information about their mission and programs. The organisation aims to enrich, empower, and extend the lives of intergenerational Black men through social, educational, health, and wellness programs and services. They collaborate with other organisations, such as the Minority AIDS Project Los Angeles, to support communities affected by HIV/AIDS. The website also features information about their billboard locations, developed by Jeffrey King, with design by Alan Bell, and funding support from the AIDS Healthcare Foundation.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red-dress-day-weho-returns-to-west-hollywoods-rainbow-district-sept-20/" TargetMode="External"/><Relationship Id="rId10" Type="http://schemas.openxmlformats.org/officeDocument/2006/relationships/hyperlink" Target="https://www.reddressweho.com/" TargetMode="External"/><Relationship Id="rId11" Type="http://schemas.openxmlformats.org/officeDocument/2006/relationships/hyperlink" Target="https://wehotimes.com/photos-west-hollywood-bars-celebrate-red-dress-day-2023/" TargetMode="External"/><Relationship Id="rId12" Type="http://schemas.openxmlformats.org/officeDocument/2006/relationships/hyperlink" Target="https://en.wikipedia.org/wiki/Minority_AIDS_Project" TargetMode="External"/><Relationship Id="rId13" Type="http://schemas.openxmlformats.org/officeDocument/2006/relationships/hyperlink" Target="https://npin.cdc.gov/organization/minority-aids-project" TargetMode="External"/><Relationship Id="rId14" Type="http://schemas.openxmlformats.org/officeDocument/2006/relationships/hyperlink" Target="https://www.inthemeantimeme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