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Culture Picks and LGBTQ+ Entertainment Trends This Week</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Shoppers, music fans and pop-culture devotees have plenty to talk about this week, from a Libra-scented candle to Troye Sivan's flamboyant medieval video. Here's a lively round-up of LGBTQ+ entertainment, fashion and lifestyle finds, with enough sparkle to brighten even the most ordinary scroll.</w:t>
      </w:r>
      <w:r/>
    </w:p>
    <w:p>
      <w:pPr>
        <w:pStyle w:val="Heading2"/>
      </w:pPr>
      <w:r>
        <w:t>Essential Takeaways</w:t>
      </w:r>
      <w:r/>
      <w:r/>
    </w:p>
    <w:p>
      <w:pPr>
        <w:pStyle w:val="ListBullet"/>
        <w:spacing w:line="240" w:lineRule="auto"/>
        <w:ind w:left="720"/>
      </w:pPr>
      <w:r/>
      <w:r>
        <w:rPr>
          <w:b/>
        </w:rPr>
        <w:t>A cosy candle:</w:t>
      </w:r>
      <w:r>
        <w:t xml:space="preserve"> Edgewater Candles' Libra design combines fruity, floral notes with a reusable jar.</w:t>
      </w:r>
      <w:r/>
    </w:p>
    <w:p>
      <w:pPr>
        <w:pStyle w:val="ListBullet"/>
        <w:spacing w:line="240" w:lineRule="auto"/>
        <w:ind w:left="720"/>
      </w:pPr>
      <w:r/>
      <w:r>
        <w:rPr>
          <w:b/>
        </w:rPr>
        <w:t>Troye goes medieval:</w:t>
      </w:r>
      <w:r>
        <w:t xml:space="preserve"> His "Party" video mixes queer spectacle, a Madonna sample and Ian McKellen's cameo.</w:t>
      </w:r>
      <w:r/>
    </w:p>
    <w:p>
      <w:pPr>
        <w:pStyle w:val="ListBullet"/>
        <w:spacing w:line="240" w:lineRule="auto"/>
        <w:ind w:left="720"/>
      </w:pPr>
      <w:r/>
      <w:r>
        <w:rPr>
          <w:b/>
        </w:rPr>
        <w:t>A playful gift idea:</w:t>
      </w:r>
      <w:r>
        <w:t xml:space="preserve"> The candle offers roughly 50 hours of burn time, making it more than a pretty shelf ornament.</w:t>
      </w:r>
      <w:r/>
    </w:p>
    <w:p>
      <w:pPr>
        <w:pStyle w:val="ListBullet"/>
        <w:spacing w:line="240" w:lineRule="auto"/>
        <w:ind w:left="720"/>
      </w:pPr>
      <w:r/>
      <w:r>
        <w:rPr>
          <w:b/>
        </w:rPr>
        <w:t>Pop culture stays theatrical:</w:t>
      </w:r>
      <w:r>
        <w:t xml:space="preserve"> This week's picks move easily between music, film, fashion and internet humour.</w:t>
      </w:r>
      <w:r/>
      <w:r/>
    </w:p>
    <w:p>
      <w:pPr>
        <w:pStyle w:val="Heading2"/>
      </w:pPr>
      <w:r>
        <w:t>The Libra candle brings fragrance and personality</w:t>
      </w:r>
      <w:r/>
    </w:p>
    <w:p>
      <w:r/>
      <w:r>
        <w:t>Some gifts practically arrive with their own group chat energy. Edgewater Candles' Libra Candle pairs persimmon, fig, blackcurrant and grapefruit in a bright, fruity blend that feels made for birthdays, housewarmings or the friend who takes star signs very seriously.</w:t>
      </w:r>
      <w:r/>
    </w:p>
    <w:p>
      <w:r/>
      <w:r>
        <w:t>The candle comes from Chicago-based LGBTQ+-owned makers Mark Towns and Stephen Pearlman, and it's sold through LGBTQ Outpost. According to the retailer, it costs $26 and offers up to 50 hours of burn time, while the glass jar can be reused once the wax has disappeared.</w:t>
      </w:r>
      <w:r/>
    </w:p>
    <w:p>
      <w:r/>
      <w:r>
        <w:t>That combination matters. A good candle should smell inviting rather than aggressively perfumed, and a reusable vessel gives the purchase a little more staying power. It could make a particularly easy present when you know someone's sign but have no idea what they actually want.</w:t>
      </w:r>
      <w:r/>
    </w:p>
    <w:p>
      <w:pPr>
        <w:pStyle w:val="Heading2"/>
      </w:pPr>
      <w:r>
        <w:t>Troye Sivan's "Party" turns queer nightlife into theatre</w:t>
      </w:r>
      <w:r/>
    </w:p>
    <w:p>
      <w:r/>
      <w:r>
        <w:t>Troye Sivan's "Party" video doesn't exactly do understated. The medieval setting, choreographed characters and cheeky styling create a deliberately extravagant tribute to queer celebration, while Ian McKellen adds a delightful dose of theatrical authority.</w:t>
      </w:r>
      <w:r/>
    </w:p>
    <w:p>
      <w:r/>
      <w:r>
        <w:t>The Madonna sample is another knowing flourish. The Pink Times highlighted the video's period-inspired concept and McKellen's appearance, while Out noted how the single frames partying as a shared queer ritual rather than simply a night out.</w:t>
      </w:r>
      <w:r/>
    </w:p>
    <w:p>
      <w:r/>
      <w:r>
        <w:t>It works because the video understands that camp needs commitment. The costumes are bold, the movement is polished and the whole thing feels like a pageant staged after midnight. Even viewers who aren't usually drawn to historical fantasy may find themselves admiring the sheer confidence of it.</w:t>
      </w:r>
      <w:r/>
    </w:p>
    <w:p>
      <w:pPr>
        <w:pStyle w:val="Heading2"/>
      </w:pPr>
      <w:r>
        <w:t>Why this music video has travelled so quickly</w:t>
      </w:r>
      <w:r/>
    </w:p>
    <w:p>
      <w:r/>
      <w:r>
        <w:t>The song's visual identity gives it more to discuss than a standard release. DNA Magazine also pointed to the Madonna connection and the video's flamboyant medieval world, details that help turn a new track into a miniature pop-culture event.</w:t>
      </w:r>
      <w:r/>
    </w:p>
    <w:p>
      <w:r/>
      <w:r>
        <w:t>There's a wider lesson here for artists launching music in an increasingly crowded market. A strong chorus may earn a listen, but a recognisable universe gives fans something to share, imitate and debate. Troye's video offers all three, with enough visual mischief to keep social feeds busy.</w:t>
      </w:r>
      <w:r/>
    </w:p>
    <w:p>
      <w:r/>
      <w:r>
        <w:t>And yes, it has the kind of energy that makes a living room feel briefly like a very glamorous, slightly chaotic club.</w:t>
      </w:r>
      <w:r/>
    </w:p>
    <w:p>
      <w:pPr>
        <w:pStyle w:val="Heading2"/>
      </w:pPr>
      <w:r>
        <w:t>A candle or a music release? Both are mood setters</w:t>
      </w:r>
      <w:r/>
    </w:p>
    <w:p>
      <w:r/>
      <w:r>
        <w:t>At first glance, a zodiac candle and a theatrical pop video have little in common. Yet both are built around atmosphere. One fills a room with a soft, fruity scent; the other fills a screen with movement, colour and camp drama.</w:t>
      </w:r>
      <w:r/>
    </w:p>
    <w:p>
      <w:r/>
      <w:r>
        <w:t>That makes them useful reference points for anyone shopping for gifts or planning a themed evening. The candle is the quieter option, suited to a dinner table or a bedroom shelf, while "Party" brings the volume and visual drama. Pairing the two would be an easy way to give a small gathering a playful queer-pop mood without overthinking it.</w:t>
      </w:r>
      <w:r/>
    </w:p>
    <w:p>
      <w:r/>
      <w:r>
        <w:t>If you're buying the candle, check whether the recipient enjoys fruitier fragrances before ordering. If you're sharing the video, turn up the sound and accept that subtlety has left the building.</w:t>
      </w:r>
      <w:r/>
    </w:p>
    <w:p>
      <w:pPr>
        <w:pStyle w:val="Heading2"/>
      </w:pPr>
      <w:r>
        <w:t>Queer culture continues to reward big swings</w:t>
      </w:r>
      <w:r/>
    </w:p>
    <w:p>
      <w:r/>
      <w:r>
        <w:t>The strongest picks this week share a willingness to be specific. The candle leans into astrology, while Troye's video embraces medieval fantasy, Madonna history and theatrical excess. Neither tries to please everyone, and that's exactly why they stand out.</w:t>
      </w:r>
      <w:r/>
    </w:p>
    <w:p>
      <w:r/>
      <w:r>
        <w:t>Slant Magazine also covered the video's blend of McKellen, Madonna and pop spectacle, reinforcing how its appeal stretches beyond music alone. It sits somewhere between a single, a fashion moment and a tiny queer short film.</w:t>
      </w:r>
      <w:r/>
    </w:p>
    <w:p>
      <w:r/>
      <w:r>
        <w:t>That cross-pollination feels increasingly central to LGBTQ+ culture online. A song can become a meme, a product can become a personality statement and a familiar celebrity cameo can send a new release to a much wider audience. Frankly, it's a far more entertaining way to keep up with the week.</w:t>
      </w:r>
      <w:r/>
    </w:p>
    <w:p>
      <w:r/>
      <w:r>
        <w:t>Explore the picks that match your mood, whether that's soft candlelight or full medieval pop spectacle.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3">
        <w:r>
          <w:rPr>
            <w:color w:val="0000EE"/>
            <w:u w:val="single"/>
          </w:rPr>
          <w:t>[5]</w:t>
        </w:r>
      </w:hyperlink>
      <w:r>
        <w:t xml:space="preserve">- Paragraph 8: </w:t>
      </w:r>
      <w:hyperlink r:id="rId14">
        <w:r>
          <w:rPr>
            <w:color w:val="0000EE"/>
            <w:u w:val="single"/>
          </w:rPr>
          <w:t>[7]</w:t>
        </w:r>
      </w:hyperlink>
      <w:r>
        <w:t xml:space="preserve">- Paragraph 9: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[2]</w:t>
        </w:r>
      </w:hyperlink>
      <w:r>
        <w:t xml:space="preserve">- Paragraph 12: </w:t>
      </w:r>
      <w:hyperlink r:id="rId13">
        <w:r>
          <w:rPr>
            <w:color w:val="0000EE"/>
            <w:u w:val="single"/>
          </w:rPr>
          <w:t>[5]</w:t>
        </w:r>
      </w:hyperlink>
      <w:r>
        <w:t xml:space="preserve">- Paragraph 13: </w:t>
      </w:r>
      <w:hyperlink r:id="rId13">
        <w:r>
          <w:rPr>
            <w:color w:val="0000EE"/>
            <w:u w:val="single"/>
          </w:rPr>
          <w:t>[5]</w:t>
        </w:r>
      </w:hyperlink>
      <w:r>
        <w:t xml:space="preserve">- Paragraph 14: </w:t>
      </w:r>
      <w:hyperlink r:id="rId11">
        <w:r>
          <w:rPr>
            <w:color w:val="0000EE"/>
            <w:u w:val="single"/>
          </w:rPr>
          <w:t>[3]</w:t>
        </w:r>
      </w:hyperlink>
      <w:r>
        <w:t xml:space="preserve">, </w:t>
      </w:r>
      <w:hyperlink r:id="rId12">
        <w:r>
          <w:rPr>
            <w:color w:val="0000EE"/>
            <w:u w:val="single"/>
          </w:rPr>
          <w:t>[4]</w:t>
        </w:r>
      </w:hyperlink>
      <w:r>
        <w:t xml:space="preserve">- Paragraph 15: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https://www.queerty.com/unveils-comfy-undies-troye-goes-medieval-mama-gaga-10-things-were-obsessed-with-this-week-20260919/</w:t>
        </w:r>
      </w:hyperlink>
      <w:r>
        <w:t xml:space="preserve"> - Please view link - unable to able to access data</w:t>
      </w:r>
      <w:r/>
    </w:p>
    <w:p>
      <w:pPr>
        <w:pStyle w:val="ListNumber"/>
        <w:spacing w:line="240" w:lineRule="auto"/>
        <w:ind w:left="720"/>
      </w:pPr>
      <w:r/>
      <w:hyperlink r:id="rId10">
        <w:r>
          <w:rPr>
            <w:color w:val="0000EE"/>
            <w:u w:val="single"/>
          </w:rPr>
          <w:t>https://www.lgbtqoutpost.com/products/edgewater-candles-libra-candle</w:t>
        </w:r>
      </w:hyperlink>
      <w:r>
        <w:t xml:space="preserve"> - Edgewater Candles, an LGBTQ+-owned business based in Chicago, offers a handmade Libra Candle. This candle features a blend of persimmon, fig, blackcurrant, and grapefruit scents, housed in a reusable glass mason jar. It boasts a burn time of 50 hours, making it a thoughtful gift for those celebrating birthdays during Libra season. The candle is available for purchase on LGBTQ Outpost for $26.</w:t>
      </w:r>
      <w:r/>
    </w:p>
    <w:p>
      <w:pPr>
        <w:pStyle w:val="ListNumber"/>
        <w:spacing w:line="240" w:lineRule="auto"/>
        <w:ind w:left="720"/>
      </w:pPr>
      <w:r/>
      <w:hyperlink r:id="rId11">
        <w:r>
          <w:rPr>
            <w:color w:val="0000EE"/>
            <w:u w:val="single"/>
          </w:rPr>
          <w:t>https://www.thepinktimes.com/watch/video/troye-sivan-releases-medieval-themed-video-for-party-with-madonna-sample-and-ian-mckellen-cameo/</w:t>
        </w:r>
      </w:hyperlink>
      <w:r>
        <w:t xml:space="preserve"> - Troye Sivan has released 'Party,' the second single from his upcoming album 'She's the Best.' The track prominently samples Madonna's 2000 hit 'Music' and is accompanied by a medieval-inspired music video. Directed by Gordon von Steiner and filmed at a castle in Berkeley, England, the video features Sir Ian McKellen providing a dramatic narration. The song is set to be part of Sivan's album, scheduled for release on October 9.</w:t>
      </w:r>
      <w:r/>
    </w:p>
    <w:p>
      <w:pPr>
        <w:pStyle w:val="ListNumber"/>
        <w:spacing w:line="240" w:lineRule="auto"/>
        <w:ind w:left="720"/>
      </w:pPr>
      <w:r/>
      <w:hyperlink r:id="rId12">
        <w:r>
          <w:rPr>
            <w:color w:val="0000EE"/>
            <w:u w:val="single"/>
          </w:rPr>
          <w:t>https://www.out.com/gay-music/troye-sivan-party</w:t>
        </w:r>
      </w:hyperlink>
      <w:r>
        <w:t xml:space="preserve"> - Troye Sivan's latest single, 'Party,' showcases a medieval-themed music video that is both risqué and baroque. The video, directed by Gordon von Steiner, features Sivan as a silver knight riding into battle, with Sir Ian McKellen providing a dramatic narration. The song samples Madonna's 2000 hit 'Music' and is the second single from Sivan's upcoming album, 'She's the Best,' set for release on October 9.</w:t>
      </w:r>
      <w:r/>
    </w:p>
    <w:p>
      <w:pPr>
        <w:pStyle w:val="ListNumber"/>
        <w:spacing w:line="240" w:lineRule="auto"/>
        <w:ind w:left="720"/>
      </w:pPr>
      <w:r/>
      <w:hyperlink r:id="rId13">
        <w:r>
          <w:rPr>
            <w:color w:val="0000EE"/>
            <w:u w:val="single"/>
          </w:rPr>
          <w:t>https://www.slantmagazine.com/film/troye-sivan-party-ian-mckellen-madonna-single-video/</w:t>
        </w:r>
      </w:hyperlink>
      <w:r>
        <w:t xml:space="preserve"> - Troye Sivan's new single 'Party' is a sample-heavy dance anthem that prominently features a sample of Madonna's 2000 hit 'Music.' The accompanying music video, directed by Gordon von Steiner, is an opulent period piece set in a post-battle bacchanalia. The video features a voiceover from Sir Ian McKellen, who first met Sivan when they worked together in a 2010 production of 'Waiting for Godot.' The song is part of Sivan's upcoming album, 'She's the Best,' due for release on October 9.</w:t>
      </w:r>
      <w:r/>
    </w:p>
    <w:p>
      <w:pPr>
        <w:pStyle w:val="ListNumber"/>
        <w:spacing w:line="240" w:lineRule="auto"/>
        <w:ind w:left="720"/>
      </w:pPr>
      <w:r/>
      <w:hyperlink r:id="rId15">
        <w:r>
          <w:rPr>
            <w:color w:val="0000EE"/>
            <w:u w:val="single"/>
          </w:rPr>
          <w:t>https://www.gamesradar.com/entertainment/lord-of-the-rings-movies/the-first-look-at-ian-mckellen-back-as-gandalf-in-the-hunt-for-gollum-has-been-revealed/</w:t>
        </w:r>
      </w:hyperlink>
      <w:r>
        <w:t xml:space="preserve"> - Sir Ian McKellen returns as Gandalf the Grey in the upcoming movie 'The Lord of the Rings: The Hunt for Gollum,' a prequel focusing on the search for Gollum before Frodo Baggins acquires the One Ring. This marks McKellen's first appearance as Gandalf since 2014's 'The Hobbit: The Battle of the Five Armies.' The film also features Elijah Wood reprising his role as Frodo and Andy Serkis returning both as director and as Gollum via motion capture. Lee Pace returns as Thranduil, Elf King, while new cast members include Anya Taylor-Joy as the elf Seren, Kate Winslet as Marigol (rumored to be related to Smeagol), and Jamie Dornan portraying a young Aragorn, also known as Strider. A video message from McKellen to singer Troye Sivan provided fans their first glimpse of the actor in costume. The film is scheduled for theatrical release on December 17, 2027.</w:t>
      </w:r>
      <w:r/>
    </w:p>
    <w:p>
      <w:pPr>
        <w:pStyle w:val="ListNumber"/>
        <w:spacing w:line="240" w:lineRule="auto"/>
        <w:ind w:left="720"/>
      </w:pPr>
      <w:r/>
      <w:hyperlink r:id="rId14">
        <w:r>
          <w:rPr>
            <w:color w:val="0000EE"/>
            <w:u w:val="single"/>
          </w:rPr>
          <w:t>https://www.dnamagazine.com.au/troye-sivan-party-madonna-sample-video/</w:t>
        </w:r>
      </w:hyperlink>
      <w:r>
        <w:t xml:space="preserve"> - Troye Sivan has released 'Party,' the second single from his upcoming album 'She's the Best.' The track samples Madonna's 2000 club hit 'Music.' The accompanying music video, directed by Gordon von Steiner, features Sivan in medieval armour inside an English castle, with Sir Ian McKellen narrating the opening. The video transitions from a scene of war to one of celebration and desire, highlighting the contrast between violence and sensual gratification. The song is set to be part of Sivan's album, scheduled for release on October 9.</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unveils-comfy-undies-troye-goes-medieval-mama-gaga-10-things-were-obsessed-with-this-week-20260919/" TargetMode="External"/><Relationship Id="rId10" Type="http://schemas.openxmlformats.org/officeDocument/2006/relationships/hyperlink" Target="https://www.lgbtqoutpost.com/products/edgewater-candles-libra-candle" TargetMode="External"/><Relationship Id="rId11" Type="http://schemas.openxmlformats.org/officeDocument/2006/relationships/hyperlink" Target="https://www.thepinktimes.com/watch/video/troye-sivan-releases-medieval-themed-video-for-party-with-madonna-sample-and-ian-mckellen-cameo/" TargetMode="External"/><Relationship Id="rId12" Type="http://schemas.openxmlformats.org/officeDocument/2006/relationships/hyperlink" Target="https://www.out.com/gay-music/troye-sivan-party" TargetMode="External"/><Relationship Id="rId13" Type="http://schemas.openxmlformats.org/officeDocument/2006/relationships/hyperlink" Target="https://www.slantmagazine.com/film/troye-sivan-party-ian-mckellen-madonna-single-video/" TargetMode="External"/><Relationship Id="rId14" Type="http://schemas.openxmlformats.org/officeDocument/2006/relationships/hyperlink" Target="https://www.dnamagazine.com.au/troye-sivan-party-madonna-sample-video/" TargetMode="External"/><Relationship Id="rId15" Type="http://schemas.openxmlformats.org/officeDocument/2006/relationships/hyperlink" Target="https://www.gamesradar.com/entertainment/lord-of-the-rings-movies/the-first-look-at-ian-mckellen-back-as-gandalf-in-the-hunt-for-gollum-has-been-reveal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