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Moab Pride Week Events for a Locally Funded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Moab Pride Week returns with nine locally funded events across seven days, bringing film, food, performance, sport and creative workshops to the Utah town. Organised by volunteers and backed by nearby businesses, the programme offers a community-led alternative to bigger, growth-focused festivals.</w:t>
      </w:r>
      <w:r/>
    </w:p>
    <w:p>
      <w:pPr>
        <w:pStyle w:val="Heading2"/>
      </w:pPr>
      <w:r>
        <w:t>Essential Takeaways</w:t>
      </w:r>
      <w:r/>
      <w:r/>
    </w:p>
    <w:p>
      <w:pPr>
        <w:pStyle w:val="ListBullet"/>
        <w:spacing w:line="240" w:lineRule="auto"/>
        <w:ind w:left="720"/>
      </w:pPr>
      <w:r/>
      <w:r>
        <w:rPr>
          <w:b/>
        </w:rPr>
        <w:t>Nine events:</w:t>
      </w:r>
      <w:r>
        <w:t xml:space="preserve"> The week spans creative competitions, film, writing, running, live entertainment and a community party.</w:t>
      </w:r>
      <w:r/>
    </w:p>
    <w:p>
      <w:pPr>
        <w:pStyle w:val="ListBullet"/>
        <w:spacing w:line="240" w:lineRule="auto"/>
        <w:ind w:left="720"/>
      </w:pPr>
      <w:r/>
      <w:r>
        <w:rPr>
          <w:b/>
        </w:rPr>
        <w:t>Locally backed:</w:t>
      </w:r>
      <w:r>
        <w:t xml:space="preserve"> About $5,000 is being raised through local businesses and event donations.</w:t>
      </w:r>
      <w:r/>
    </w:p>
    <w:p>
      <w:pPr>
        <w:pStyle w:val="ListBullet"/>
        <w:spacing w:line="240" w:lineRule="auto"/>
        <w:ind w:left="720"/>
      </w:pPr>
      <w:r/>
      <w:r>
        <w:rPr>
          <w:b/>
        </w:rPr>
        <w:t>Volunteer-led:</w:t>
      </w:r>
      <w:r>
        <w:t xml:space="preserve"> Roughly 10 organisers and up to 20 additional volunteers are making the programme happen.</w:t>
      </w:r>
      <w:r/>
    </w:p>
    <w:p>
      <w:pPr>
        <w:pStyle w:val="ListBullet"/>
        <w:spacing w:line="240" w:lineRule="auto"/>
        <w:ind w:left="720"/>
      </w:pPr>
      <w:r/>
      <w:r>
        <w:rPr>
          <w:b/>
        </w:rPr>
        <w:t>Community focus:</w:t>
      </w:r>
      <w:r>
        <w:t xml:space="preserve"> Organisers estimate that around 90% of attendees live locally.</w:t>
      </w:r>
      <w:r/>
    </w:p>
    <w:p>
      <w:pPr>
        <w:pStyle w:val="ListBullet"/>
        <w:spacing w:line="240" w:lineRule="auto"/>
        <w:ind w:left="720"/>
      </w:pPr>
      <w:r/>
      <w:r>
        <w:rPr>
          <w:b/>
        </w:rPr>
        <w:t>A welcoming finale:</w:t>
      </w:r>
      <w:r>
        <w:t xml:space="preserve"> The free block party includes food, games, prizes and performances at Rotary Park.</w:t>
      </w:r>
      <w:r/>
      <w:r/>
    </w:p>
    <w:p>
      <w:pPr>
        <w:pStyle w:val="Heading2"/>
      </w:pPr>
      <w:r>
        <w:t>A small festival with a strong local pulse</w:t>
      </w:r>
      <w:r/>
    </w:p>
    <w:p>
      <w:r/>
      <w:r>
        <w:t>Moab Pride Week is built on a modest budget, but it won't feel short on energy. From Monday through Sunday, events will appear across town, mixing thoughtful conversation with the sort of colourful, slightly chaotic fun that makes a community festival memorable.</w:t>
      </w:r>
      <w:r/>
    </w:p>
    <w:p>
      <w:r/>
      <w:r>
        <w:t>According to the Moab Sun News, around 10 unpaid organisers are coordinating the programme, supported by 15 to 20 volunteers handling practical jobs such as set-up and clearing away. The week costs roughly $5,000, with local businesses and donations covering the bill.</w:t>
      </w:r>
      <w:r/>
    </w:p>
    <w:p>
      <w:r/>
      <w:r>
        <w:t>That financial model matters. Rather than relying heavily on outside grants or trying to attract visitors from far away, Moab Pride is concentrating on the people already living in the area. Industry observers often talk about festivals chasing scale, but this one is deliberately taking a different route.</w:t>
      </w:r>
      <w:r/>
    </w:p>
    <w:p>
      <w:pPr>
        <w:pStyle w:val="Heading2"/>
      </w:pPr>
      <w:r>
        <w:t>Nine events, from safe-sex art to queer cinema</w:t>
      </w:r>
      <w:r/>
    </w:p>
    <w:p>
      <w:r/>
      <w:r>
        <w:t>The programme's most eye-catching opening is Project Cumway, an upcycled fashion competition using expired or defective safe-sex products. Teams have an hour to create a runway look, before the audience votes on categories including overall winner, creativity and runway presence.</w:t>
      </w:r>
      <w:r/>
    </w:p>
    <w:p>
      <w:r/>
      <w:r>
        <w:t>It's playful, but there's a serious idea underneath the glitter. Sex educator Laura Borichevsky told the Moab Sun News that the event is designed to make conversations around safe sex feel less awkward and shame-filled. The result sounds like a rare combination: practical education, recycling and a runway spectacle.</w:t>
      </w:r>
      <w:r/>
    </w:p>
    <w:p>
      <w:r/>
      <w:r>
        <w:t>Elsewhere, a free screening of "Rafiki" offers a quieter gathering, complete with a popcorn bar. The film's story and history give the evening extra weight, while its all-ages approach means queer young people can take part too. For anyone who prefers words to costumes, Sultry Scraps invites guests to share queer writing, lyrics, scripts or personal reflections in a relaxed bookshop setting.</w:t>
      </w:r>
      <w:r/>
    </w:p>
    <w:p>
      <w:pPr>
        <w:pStyle w:val="Heading2"/>
      </w:pPr>
      <w:r>
        <w:t>Why donated spaces are shaping the programme</w:t>
      </w:r>
      <w:r/>
    </w:p>
    <w:p>
      <w:r/>
      <w:r>
        <w:t>Not every popular Pride idea is affordable. Events that require road closures can carry substantial permit costs, and organisers say that expense has helped push the programme away from some previous formats, including a visibility march.</w:t>
      </w:r>
      <w:r/>
    </w:p>
    <w:p>
      <w:r/>
      <w:r>
        <w:t>Instead, donated indoor and outdoor spaces are doing much of the heavy lifting. Spitfire Smokehouse and Back of Beyond Books are among the local venues helping the week happen, turning available rooms and hospitality spaces into stages, screening rooms and meeting places.</w:t>
      </w:r>
      <w:r/>
    </w:p>
    <w:p>
      <w:r/>
      <w:r>
        <w:t>That approach also gives the festival a more intimate feel. A donated bookshop after hours or a restaurant hosting a brunch show feels less like a formal venue and more like a neighbour opening the door. It may not be the grandest model, but it can be remarkably personal.</w:t>
      </w:r>
      <w:r/>
    </w:p>
    <w:p>
      <w:pPr>
        <w:pStyle w:val="Heading2"/>
      </w:pPr>
      <w:r>
        <w:t>Choosing the right event for your weekend</w:t>
      </w:r>
      <w:r/>
    </w:p>
    <w:p>
      <w:r/>
      <w:r>
        <w:t>Those looking for an easy entry point should start with the block party at Rotary Park on Friday. It's free, open to everyone and includes food, games, prizes and performances, making it a natural choice for families, allies and anyone curious about Pride but unsure where to begin.</w:t>
      </w:r>
      <w:r/>
    </w:p>
    <w:p>
      <w:r/>
      <w:r>
        <w:t>Active attendees can look to the Moab Pride 5K, while film fans have the queer cinema night. The creative crowd has several options, from Project Cumway to Sultry Scraps. Meanwhile, the week closes with Cosmic Cabaret, a 21-and-over brunch variety show at Spitfire Smokehouse, with entry by donation.</w:t>
      </w:r>
      <w:r/>
    </w:p>
    <w:p>
      <w:r/>
      <w:r>
        <w:t>It's worth checking the event listings before setting off, particularly for age restrictions, start times and any registration requirements. Some gatherings are drop-in, while others may need advance sign-up or team matching.</w:t>
      </w:r>
      <w:r/>
    </w:p>
    <w:p>
      <w:pPr>
        <w:pStyle w:val="Heading2"/>
      </w:pPr>
      <w:r>
        <w:t>The goal isn't bigger, and that's the point</w:t>
      </w:r>
      <w:r/>
    </w:p>
    <w:p>
      <w:r/>
      <w:r>
        <w:t>The organisers' most distinctive message is that Moab Pride isn't trying to grow endlessly. The emphasis is on finding a sustainable mix of events that reaches different parts of the community without exhausting the volunteers or stretching the budget.</w:t>
      </w:r>
      <w:r/>
    </w:p>
    <w:p>
      <w:r/>
      <w:r>
        <w:t>That makes this more than a schedule of celebrations. It's a glimpse at what a locally rooted festival can look like when success is measured in participation, generosity and staying power rather than headline attendance.</w:t>
      </w:r>
      <w:r/>
    </w:p>
    <w:p>
      <w:r/>
      <w:r>
        <w:t>There may be no giant parade or glossy national campaign behind it, but there is something equally valuable: people making room for one another. In a small town, that can be the most visible statement of all.</w:t>
      </w:r>
      <w:r/>
    </w:p>
    <w:p>
      <w:r/>
      <w:r>
        <w:t>Explore the Moab Pride Week programme and choose the gathering that feels most like your scene.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14">
        <w:r>
          <w:rPr>
            <w:color w:val="0000EE"/>
            <w:u w:val="single"/>
          </w:rPr>
          <w:t>[3]</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https://moabsunnews.com/2026/09/10/moab-pride-week-returns-with-nine-events-all-locally-funded/</w:t>
        </w:r>
      </w:hyperlink>
      <w:r>
        <w:t xml:space="preserve"> - Please view link - unable to able to access data</w:t>
      </w:r>
      <w:r/>
    </w:p>
    <w:p>
      <w:pPr>
        <w:pStyle w:val="ListNumber"/>
        <w:spacing w:line="240" w:lineRule="auto"/>
        <w:ind w:left="720"/>
      </w:pPr>
      <w:r/>
      <w:hyperlink r:id="rId9">
        <w:r>
          <w:rPr>
            <w:color w:val="0000EE"/>
            <w:u w:val="single"/>
          </w:rPr>
          <w:t>https://moabsunnews.com/2026/09/10/moab-pride-week-returns-with-nine-events-all-locally-funded/</w:t>
        </w:r>
      </w:hyperlink>
      <w:r>
        <w:t xml:space="preserve"> - Moab Pride Week, running from September 14 to 20, 2026, features nine events across Moab, including an upcycled fashion competition at the Moab Arts and Recreation Center and a brunch variety show at Spitfire Smokehouse. Organised by approximately 10 volunteers, the week is funded entirely by local businesses and donations, with an estimated cost of $5,000. The organisers, Sylvia Bentley and Abigail Lawrence, emphasise that the event is locally focused, with about 90% of attendees residing in Moab. They also note that the event is not intended to grow in size but to maintain diverse and exciting programming that reaches various parts of the community while ensuring sustainability for future Pride Weeks.</w:t>
      </w:r>
      <w:r/>
    </w:p>
    <w:p>
      <w:pPr>
        <w:pStyle w:val="ListNumber"/>
        <w:spacing w:line="240" w:lineRule="auto"/>
        <w:ind w:left="720"/>
      </w:pPr>
      <w:r/>
      <w:hyperlink r:id="rId14">
        <w:r>
          <w:rPr>
            <w:color w:val="0000EE"/>
            <w:u w:val="single"/>
          </w:rPr>
          <w:t>https://moabsunnews.com/event/moab-pride-5k-collab-w-moab-run-club/</w:t>
        </w:r>
      </w:hyperlink>
      <w:r>
        <w:t xml:space="preserve"> - The Moab Pride 5K, in collaboration with the Moab Run Club, is scheduled for September 19, 2026, from 8:00 am to 12:00 pm at Swanny City Park. Participants can run, frolic, or walk from Swanny to Rotary Park and back. Prizes will be awarded for the best costume. Registration begins at 8:00 am at Swanny, with the race starting at 8:30 am. A suggested donation of $15 is requested, with entry fees ranging from $10 to $20. This event is part of the Moab Pride Week celebrations.</w:t>
      </w:r>
      <w:r/>
    </w:p>
    <w:p>
      <w:pPr>
        <w:pStyle w:val="ListNumber"/>
        <w:spacing w:line="240" w:lineRule="auto"/>
        <w:ind w:left="720"/>
      </w:pPr>
      <w:r/>
      <w:hyperlink r:id="rId13">
        <w:r>
          <w:rPr>
            <w:color w:val="0000EE"/>
            <w:u w:val="single"/>
          </w:rPr>
          <w:t>https://moabsunnews.com/event/moab-pride-block-party-games-food-prizes/</w:t>
        </w:r>
      </w:hyperlink>
      <w:r>
        <w:t xml:space="preserve"> - The Moab Pride Block Party is set for September 18, 2026, from 6:00 pm to 8:30 pm at Rotary Park. The event offers free games, prizes, performances, and free food starting at 6:30 pm. It is family-friendly and open to everyone. This block party serves as a way for Moab Pride to thank the queer community and allies who support it, with organisers stating that everyone is welcome. The event is part of the Moab Pride Week festivities.</w:t>
      </w:r>
      <w:r/>
    </w:p>
    <w:p>
      <w:pPr>
        <w:pStyle w:val="ListNumber"/>
        <w:spacing w:line="240" w:lineRule="auto"/>
        <w:ind w:left="720"/>
      </w:pPr>
      <w:r/>
      <w:hyperlink r:id="rId10">
        <w:r>
          <w:rPr>
            <w:color w:val="0000EE"/>
            <w:u w:val="single"/>
          </w:rPr>
          <w:t>https://moabsunnews.com/organizer/moab-pride/</w:t>
        </w:r>
      </w:hyperlink>
      <w:r>
        <w:t xml:space="preserve"> - Moab Pride is a community organisation in Moab, Utah, dedicated to celebrating and supporting the LGBTQ+ community. They organise various events throughout the year, including the annual Moab Pride Week. Their mission is to create a space where LGBTQ+ individuals can gather openly and safely in the Moab area. The organisation is run by volunteers and relies on local support and donations to fund its activities. For more information or to get involved, individuals can contact Moab Pride via email at moabpridefest@gmail.com or by phone at 831-277-4317.</w:t>
      </w:r>
      <w:r/>
    </w:p>
    <w:p>
      <w:pPr>
        <w:pStyle w:val="ListNumber"/>
        <w:spacing w:line="240" w:lineRule="auto"/>
        <w:ind w:left="720"/>
      </w:pPr>
      <w:r/>
      <w:hyperlink r:id="rId11">
        <w:r>
          <w:rPr>
            <w:color w:val="0000EE"/>
            <w:u w:val="single"/>
          </w:rPr>
          <w:t>https://moabsunnews.com/2026/09/14/this-week-in-moab-09-14/</w:t>
        </w:r>
      </w:hyperlink>
      <w:r>
        <w:t xml:space="preserve"> - This article provides a comprehensive overview of events happening in Moab during the week of September 14, 2026. It highlights the Moab Pride weekend, which runs from Friday through Sunday and includes a free block party at Rotary Park, a costume 5K with the Moab Run Club, a black-light dance party, and a drag-and-burlesque brunch. The article also mentions other events such as the Youth Garden Project's 8th Annual Harvest Festival and the Skinny Tire Fall Festival. Additionally, it notes the start of election season with the Chamber's Meet the Candidates luncheon and the 'Grill the Candidate' series.</w:t>
      </w:r>
      <w:r/>
    </w:p>
    <w:p>
      <w:pPr>
        <w:pStyle w:val="ListNumber"/>
        <w:spacing w:line="240" w:lineRule="auto"/>
        <w:ind w:left="720"/>
      </w:pPr>
      <w:r/>
      <w:hyperlink r:id="rId12">
        <w:r>
          <w:rPr>
            <w:color w:val="0000EE"/>
            <w:u w:val="single"/>
          </w:rPr>
          <w:t>https://moabsunnews.com/events/week/2026-09-20/</w:t>
        </w:r>
      </w:hyperlink>
      <w:r>
        <w:t xml:space="preserve"> - This events calendar lists activities in Moab for the week of September 14 to 20, 2026. It includes the Moab Pride 5K collaboration with the Moab Run Club on September 19, 2026, from 8:00 am to 12:00 pm at Swanny City Park. The event offers participants the opportunity to run, frolic, or walk from Swanny to Rotary Park and back, with prizes for the best costume. Registration begins at 8:00 am at Swanny, with the race starting at 8:30 am. A suggested donation of $15 is requested, with entry fees ranging from $10 to $20. This event is part of the Moab Pride Week celebrations.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absunnews.com/2026/09/10/moab-pride-week-returns-with-nine-events-all-locally-funded/" TargetMode="External"/><Relationship Id="rId10" Type="http://schemas.openxmlformats.org/officeDocument/2006/relationships/hyperlink" Target="https://moabsunnews.com/organizer/moab-pride/" TargetMode="External"/><Relationship Id="rId11" Type="http://schemas.openxmlformats.org/officeDocument/2006/relationships/hyperlink" Target="https://moabsunnews.com/2026/09/14/this-week-in-moab-09-14/" TargetMode="External"/><Relationship Id="rId12" Type="http://schemas.openxmlformats.org/officeDocument/2006/relationships/hyperlink" Target="https://moabsunnews.com/events/week/2026-09-20/" TargetMode="External"/><Relationship Id="rId13" Type="http://schemas.openxmlformats.org/officeDocument/2006/relationships/hyperlink" Target="https://moabsunnews.com/event/moab-pride-block-party-games-food-prizes/" TargetMode="External"/><Relationship Id="rId14" Type="http://schemas.openxmlformats.org/officeDocument/2006/relationships/hyperlink" Target="https://moabsunnews.com/event/moab-pride-5k-collab-w-moab-run-cl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