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Boise Pride Festival Guide for a Welcoming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Boise Pride is bringing its 37th annual festival to Ann Morrison Park, with live music, food, local makers and a clear message of belonging. Running across three days, the “Louder Than Fear” celebration is designed for LGBTQ+ people, families and allies looking to connect, celebrate and feel at home in the city.</w:t>
      </w:r>
      <w:r/>
    </w:p>
    <w:p>
      <w:pPr>
        <w:pStyle w:val="Heading2"/>
      </w:pPr>
      <w:r>
        <w:t>Essential Takeaways</w:t>
      </w:r>
      <w:r/>
      <w:r/>
    </w:p>
    <w:p>
      <w:pPr>
        <w:pStyle w:val="ListBullet"/>
        <w:spacing w:line="240" w:lineRule="auto"/>
        <w:ind w:left="720"/>
      </w:pPr>
      <w:r/>
      <w:r>
        <w:rPr>
          <w:b/>
        </w:rPr>
        <w:t>Festival location:</w:t>
      </w:r>
      <w:r>
        <w:t xml:space="preserve"> Ann Morrison Park hosts the main Boise Pride celebrations.</w:t>
      </w:r>
      <w:r/>
    </w:p>
    <w:p>
      <w:pPr>
        <w:pStyle w:val="ListBullet"/>
        <w:spacing w:line="240" w:lineRule="auto"/>
        <w:ind w:left="720"/>
      </w:pPr>
      <w:r/>
      <w:r>
        <w:rPr>
          <w:b/>
        </w:rPr>
        <w:t>This year’s message:</w:t>
      </w:r>
      <w:r>
        <w:t xml:space="preserve"> “Louder Than Fear” focuses on courage, welcome and community.</w:t>
      </w:r>
      <w:r/>
    </w:p>
    <w:p>
      <w:pPr>
        <w:pStyle w:val="ListBullet"/>
        <w:spacing w:line="240" w:lineRule="auto"/>
        <w:ind w:left="720"/>
      </w:pPr>
      <w:r/>
      <w:r>
        <w:rPr>
          <w:b/>
        </w:rPr>
        <w:t>What to expect:</w:t>
      </w:r>
      <w:r>
        <w:t xml:space="preserve"> Live entertainment, food trucks, artists, vendors and non-profit groups.</w:t>
      </w:r>
      <w:r/>
    </w:p>
    <w:p>
      <w:pPr>
        <w:pStyle w:val="ListBullet"/>
        <w:spacing w:line="240" w:lineRule="auto"/>
        <w:ind w:left="720"/>
      </w:pPr>
      <w:r/>
      <w:r>
        <w:rPr>
          <w:b/>
        </w:rPr>
        <w:t>Key event:</w:t>
      </w:r>
      <w:r>
        <w:t xml:space="preserve"> The Boise Pride Parade begins at 10am on Sunday along River Street, N 9th and W Royal Boulevard.</w:t>
      </w:r>
      <w:r/>
    </w:p>
    <w:p>
      <w:pPr>
        <w:pStyle w:val="ListBullet"/>
        <w:spacing w:line="240" w:lineRule="auto"/>
        <w:ind w:left="720"/>
      </w:pPr>
      <w:r/>
      <w:r>
        <w:rPr>
          <w:b/>
        </w:rPr>
        <w:t>Saturday highlight:</w:t>
      </w:r>
      <w:r>
        <w:t xml:space="preserve"> A fireworks display is scheduled for around 9pm.</w:t>
      </w:r>
      <w:r/>
      <w:r/>
    </w:p>
    <w:p>
      <w:pPr>
        <w:pStyle w:val="Heading2"/>
      </w:pPr>
      <w:r>
        <w:t>Boise Pride returns with a message that matters</w:t>
      </w:r>
      <w:r/>
    </w:p>
    <w:p>
      <w:r/>
      <w:r>
        <w:t>Boise Pride is opening its 37th annual festival with a simple but powerful idea: community should be louder than fear. The three-day event at Ann Morrison Park is expected to draw thousands, offering a bright mix of performances, food, stalls and conversation.</w:t>
      </w:r>
      <w:r/>
    </w:p>
    <w:p>
      <w:r/>
      <w:r>
        <w:t>That setting matters. Pride can be joyous and colourful, but it also gives people a place to pause, meet others and feel seen. Organisers say the festival is built to welcome LGBTQ+ visitors and allies alike, with safety and belonging at its centre.</w:t>
      </w:r>
      <w:r/>
    </w:p>
    <w:p>
      <w:pPr>
        <w:pStyle w:val="Heading2"/>
      </w:pPr>
      <w:r>
        <w:t>Music, food and local talent fill the park</w:t>
      </w:r>
      <w:r/>
    </w:p>
    <w:p>
      <w:r/>
      <w:r>
        <w:t>The festival programme brings together national performers and Boise’s own creative community. Visitors can expect live entertainment alongside food trucks, local artists, independent vendors, non-profits and community organisations.</w:t>
      </w:r>
      <w:r/>
    </w:p>
    <w:p>
      <w:r/>
      <w:r>
        <w:t>It’s the sort of line-up that rewards a slow wander rather than a strict schedule. Grab something warm from a food truck, browse the stalls, then settle in for a performance. According to Boise Pride’s festival information, applications for participating organisations and vendors are part of the event’s wider community structure.</w:t>
      </w:r>
      <w:r/>
    </w:p>
    <w:p>
      <w:pPr>
        <w:pStyle w:val="Heading2"/>
      </w:pPr>
      <w:r>
        <w:t>Why “Louder Than Fear” feels timely</w:t>
      </w:r>
      <w:r/>
    </w:p>
    <w:p>
      <w:r/>
      <w:r>
        <w:t>The theme isn’t just a slogan for banners. It reflects the organisers’ intention to create a space where people can show up openly, make connections and remind one another that they’re welcome in Boise.</w:t>
      </w:r>
      <w:r/>
    </w:p>
    <w:p>
      <w:r/>
      <w:r>
        <w:t>Boise Pride’s own background materials describe the organisation as focused on celebration, visibility and community support. Meanwhile, Boise State Public Radio has also highlighted the broader work and fundraising surrounding LGBTQ+ events in Idaho, showing how festivals often depend on both joyful programming and sustained community backing.</w:t>
      </w:r>
      <w:r/>
    </w:p>
    <w:p>
      <w:pPr>
        <w:pStyle w:val="Heading2"/>
      </w:pPr>
      <w:r>
        <w:t>A practical guide to the weekend</w:t>
      </w:r>
      <w:r/>
    </w:p>
    <w:p>
      <w:r/>
      <w:r>
        <w:t>The festival runs until 9.30pm on Friday and resumes at 10.30am on Saturday. A fireworks display is planned for approximately 9pm Saturday, so it’s worth arriving early if you’d like a comfortable spot and time to explore beforehand.</w:t>
      </w:r>
      <w:r/>
    </w:p>
    <w:p>
      <w:r/>
      <w:r>
        <w:t>Sunday brings the Boise Pride Parade at 10am, travelling along River Street, N 9th and W Royal Boulevard. Check the official festival website before setting out for the latest timings, access information and any changes. Comfortable shoes are a wise choice, and sunscreen may be even wiser if the Idaho sunshine turns up in full force.</w:t>
      </w:r>
      <w:r/>
    </w:p>
    <w:p>
      <w:pPr>
        <w:pStyle w:val="Heading2"/>
      </w:pPr>
      <w:r>
        <w:t>More than a weekend in the calendar</w:t>
      </w:r>
      <w:r/>
    </w:p>
    <w:p>
      <w:r/>
      <w:r>
        <w:t>The strongest part of Boise Pride may be what happens between the headline moments. A conversation at a community stall, a familiar face in the crowd or a first festival visit can turn a busy park into something much more personal.</w:t>
      </w:r>
      <w:r/>
    </w:p>
    <w:p>
      <w:r/>
      <w:r>
        <w:t>Organisers describe Pride as an all-year commitment, not simply a weekend event. That outlook gives the festival its lasting value: the music and fireworks bring people in, but the feeling of being accepted is what many visitors take home.</w:t>
      </w:r>
      <w:r/>
    </w:p>
    <w:p>
      <w:r/>
      <w:r>
        <w:t>Make room for the parade, the performances and the quieter moments in between.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5">
        <w:r>
          <w:rPr>
            <w:color w:val="0000EE"/>
            <w:u w:val="single"/>
          </w:rPr>
          <w:t>[5]</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[5]</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https://www.ktvb.com/article/entertainment/events/boise-pride-kicks-off-37th-annual-festival-ann-morrison-park/277-bc4bb52e-bb34-4deb-8e8e-106f5f4adc94</w:t>
        </w:r>
      </w:hyperlink>
      <w:r>
        <w:t xml:space="preserve"> - Please view link - unable to able to access data</w:t>
      </w:r>
      <w:r/>
    </w:p>
    <w:p>
      <w:pPr>
        <w:pStyle w:val="ListNumber"/>
        <w:spacing w:line="240" w:lineRule="auto"/>
        <w:ind w:left="720"/>
      </w:pPr>
      <w:r/>
      <w:hyperlink r:id="rId10">
        <w:r>
          <w:rPr>
            <w:color w:val="0000EE"/>
            <w:u w:val="single"/>
          </w:rPr>
          <w:t>https://www.boisestatepublicradio.org/arts-culture/2026-09-18/idaho-lgbtq-festival-fundraising-pattie-gonia-trixie-mattel</w:t>
        </w:r>
      </w:hyperlink>
      <w:r>
        <w:t xml:space="preserve"> - Boise Pride's 37th annual festival, themed 'Louder Than Fear', is adapting to a 40% decrease in funding due to the loss of corporate sponsors. The event, scheduled for September 18–20, 2026, at Ann Morrison Park, will feature performances by Trixie Mattel and Pattie Gonia. Organisers emphasise the importance of community unity in the face of recent challenges, including anti-trans legislation and banned books. The festival aims to provide a safe and welcoming space for the LGBTQ+ community and its allies.</w:t>
      </w:r>
      <w:r/>
    </w:p>
    <w:p>
      <w:pPr>
        <w:pStyle w:val="ListNumber"/>
        <w:spacing w:line="240" w:lineRule="auto"/>
        <w:ind w:left="720"/>
      </w:pPr>
      <w:r/>
      <w:hyperlink r:id="rId11">
        <w:r>
          <w:rPr>
            <w:color w:val="0000EE"/>
            <w:u w:val="single"/>
          </w:rPr>
          <w:t>https://boisepridefest.org/</w:t>
        </w:r>
      </w:hyperlink>
      <w:r>
        <w:t xml:space="preserve"> - The official website of Boise Pride Festival provides comprehensive information about the 37th annual event, themed 'Louder Than Fear'. Scheduled for September 18–20, 2026, at Ann Morrison Park, the festival offers free park entry all three days, with a ticketed performance by Trixie Mattel on Friday. The site includes details on festival applications, ticket purchases, and the mission of Boise Pride to promote diversity, inclusion, and equal rights for Idaho's LGBTQ+ community.</w:t>
      </w:r>
      <w:r/>
    </w:p>
    <w:p>
      <w:pPr>
        <w:pStyle w:val="ListNumber"/>
        <w:spacing w:line="240" w:lineRule="auto"/>
        <w:ind w:left="720"/>
      </w:pPr>
      <w:r/>
      <w:hyperlink r:id="rId12">
        <w:r>
          <w:rPr>
            <w:color w:val="0000EE"/>
            <w:u w:val="single"/>
          </w:rPr>
          <w:t>https://utahpridecenter.org/calendar/boise-pride</w:t>
        </w:r>
      </w:hyperlink>
      <w:r>
        <w:t xml:space="preserve"> - The Utah Pride Center's calendar features Boise Pride's 2026 festival, themed 'Louder Than Fear', taking place from September 18–20, 2026, at Ann Morrison Park. The event includes performances by Trixie Mattel, Pattie Gonia, Priyanka, Debby Holiday, TOUK, and more. The festival's opening night on Friday is ticketed, while Saturday and Sunday are free, with a $10 cover charge after 6 PM on Saturday. The event aims to celebrate the LGBTQ+ community with music, drag, and community engagement.</w:t>
      </w:r>
      <w:r/>
    </w:p>
    <w:p>
      <w:pPr>
        <w:pStyle w:val="ListNumber"/>
        <w:spacing w:line="240" w:lineRule="auto"/>
        <w:ind w:left="720"/>
      </w:pPr>
      <w:r/>
      <w:hyperlink r:id="rId15">
        <w:r>
          <w:rPr>
            <w:color w:val="0000EE"/>
            <w:u w:val="single"/>
          </w:rPr>
          <w:t>https://wethepeopleclothing.com/pages/boise-pride</w:t>
        </w:r>
      </w:hyperlink>
      <w:r>
        <w:t xml:space="preserve"> - We The People Clothing's partnership with Boise Pride Festival supports the 37th annual event, themed 'Louder Than Fear', scheduled for September 18–20, 2026, at Ann Morrison Park. The collaboration includes a special collection where 10% of every sale goes directly to Boise Pride, supporting accessible events, community programming, and LGBTQ+ safe spaces across Idaho. The festival features free park entry all three days, with a ticketed performance by Trixie Mattel on Friday.</w:t>
      </w:r>
      <w:r/>
    </w:p>
    <w:p>
      <w:pPr>
        <w:pStyle w:val="ListNumber"/>
        <w:spacing w:line="240" w:lineRule="auto"/>
        <w:ind w:left="720"/>
      </w:pPr>
      <w:r/>
      <w:hyperlink r:id="rId14">
        <w:r>
          <w:rPr>
            <w:color w:val="0000EE"/>
            <w:u w:val="single"/>
          </w:rPr>
          <w:t>https://boisepridefest.org/festival-applications</w:t>
        </w:r>
      </w:hyperlink>
      <w:r>
        <w:t xml:space="preserve"> - Boise Pride Festival's official website provides information on festival applications for the 37th annual event, taking place from September 18–20, 2026, at Ann Morrison Park. The site invites vendors, tablers, and parade participants to be part of Idaho's largest LGBTQ+ celebration. The festival aims to promote unity and celebrate the diversity of sexual orientations and gender identities, engaging the Boise community year-round.</w:t>
      </w:r>
      <w:r/>
    </w:p>
    <w:p>
      <w:pPr>
        <w:pStyle w:val="ListNumber"/>
        <w:spacing w:line="240" w:lineRule="auto"/>
        <w:ind w:left="720"/>
      </w:pPr>
      <w:r/>
      <w:hyperlink r:id="rId13">
        <w:r>
          <w:rPr>
            <w:color w:val="0000EE"/>
            <w:u w:val="single"/>
          </w:rPr>
          <w:t>https://boisepridefest.org/about-us</w:t>
        </w:r>
      </w:hyperlink>
      <w:r>
        <w:t xml:space="preserve"> - The 'About Us' page of Boise Pride Festival outlines the organisation's mission and history. Founded in 1989, Boise Pride celebrates lesbian, gay, bisexual, transgender, non-binary, and queer social and self-acceptance, achievements, legal rights, and pride. The festival strives to promote unity and celebrate the diversity of sexual orientations and gender identities, engaging the Boise community year-round. The 37th annual festival is scheduled for September 18–20, 2026, at Ann Morrison Park.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tvb.com/article/entertainment/events/boise-pride-kicks-off-37th-annual-festival-ann-morrison-park/277-bc4bb52e-bb34-4deb-8e8e-106f5f4adc94" TargetMode="External"/><Relationship Id="rId10" Type="http://schemas.openxmlformats.org/officeDocument/2006/relationships/hyperlink" Target="https://www.boisestatepublicradio.org/arts-culture/2026-09-18/idaho-lgbtq-festival-fundraising-pattie-gonia-trixie-mattel" TargetMode="External"/><Relationship Id="rId11" Type="http://schemas.openxmlformats.org/officeDocument/2006/relationships/hyperlink" Target="https://boisepridefest.org/" TargetMode="External"/><Relationship Id="rId12" Type="http://schemas.openxmlformats.org/officeDocument/2006/relationships/hyperlink" Target="https://utahpridecenter.org/calendar/boise-pride" TargetMode="External"/><Relationship Id="rId13" Type="http://schemas.openxmlformats.org/officeDocument/2006/relationships/hyperlink" Target="https://boisepridefest.org/about-us" TargetMode="External"/><Relationship Id="rId14" Type="http://schemas.openxmlformats.org/officeDocument/2006/relationships/hyperlink" Target="https://boisepridefest.org/festival-applications" TargetMode="External"/><Relationship Id="rId15" Type="http://schemas.openxmlformats.org/officeDocument/2006/relationships/hyperlink" Target="https://wethepeopleclothing.com/pages/boise-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