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Summit Pride expands LGBTQ+ meetups after Encircle Heber closure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Summit Pride Foundation is increasing regular LGBTQ+ events across Utah’s Wasatch Back after Encircle Heber closed, offering coffee mornings, hikes, lake days and screenings that help local people find connection, visibility and belonging.</w:t>
      </w:r>
      <w:r/>
    </w:p>
    <w:p>
      <w:pPr>
        <w:pStyle w:val="Heading2"/>
      </w:pPr>
      <w:r>
        <w:t>Essential Takeaways</w:t>
      </w:r>
      <w:r/>
      <w:r/>
    </w:p>
    <w:p>
      <w:pPr>
        <w:pStyle w:val="ListBullet"/>
        <w:spacing w:line="240" w:lineRule="auto"/>
        <w:ind w:left="720"/>
      </w:pPr>
      <w:r/>
      <w:r>
        <w:rPr>
          <w:b/>
        </w:rPr>
        <w:t>More regular events:</w:t>
      </w:r>
      <w:r>
        <w:t xml:space="preserve"> Summit Pride has increased its social programme since Encircle Heber closed in July.</w:t>
      </w:r>
      <w:r/>
    </w:p>
    <w:p>
      <w:pPr>
        <w:pStyle w:val="ListBullet"/>
        <w:spacing w:line="240" w:lineRule="auto"/>
        <w:ind w:left="720"/>
      </w:pPr>
      <w:r/>
      <w:r>
        <w:rPr>
          <w:b/>
        </w:rPr>
        <w:t>Strong attendance:</w:t>
      </w:r>
      <w:r>
        <w:t xml:space="preserve"> Recent gatherings have attracted more than 30 people, according to the organisation.</w:t>
      </w:r>
      <w:r/>
    </w:p>
    <w:p>
      <w:pPr>
        <w:pStyle w:val="ListBullet"/>
        <w:spacing w:line="240" w:lineRule="auto"/>
        <w:ind w:left="720"/>
      </w:pPr>
      <w:r/>
      <w:r>
        <w:rPr>
          <w:b/>
        </w:rPr>
        <w:t>A mix of activities:</w:t>
      </w:r>
      <w:r>
        <w:t xml:space="preserve"> Coffee socials, hikes, documentary screenings and lake days sit alongside occasional evening events.</w:t>
      </w:r>
      <w:r/>
    </w:p>
    <w:p>
      <w:pPr>
        <w:pStyle w:val="ListBullet"/>
        <w:spacing w:line="240" w:lineRule="auto"/>
        <w:ind w:left="720"/>
      </w:pPr>
      <w:r/>
      <w:r>
        <w:rPr>
          <w:b/>
        </w:rPr>
        <w:t>Not the same service:</w:t>
      </w:r>
      <w:r>
        <w:t xml:space="preserve"> Summit Pride offers community connection and advocacy, rather than Encircle’s therapy and support-group model.</w:t>
      </w:r>
      <w:r/>
    </w:p>
    <w:p>
      <w:pPr>
        <w:pStyle w:val="ListBullet"/>
        <w:spacing w:line="240" w:lineRule="auto"/>
        <w:ind w:left="720"/>
      </w:pPr>
      <w:r/>
      <w:r>
        <w:rPr>
          <w:b/>
        </w:rPr>
        <w:t>Everyone is welcome:</w:t>
      </w:r>
      <w:r>
        <w:t xml:space="preserve"> Allies, Wasatch County residents and younger people are invited to take part.</w:t>
      </w:r>
      <w:r/>
      <w:r/>
    </w:p>
    <w:p>
      <w:pPr>
        <w:pStyle w:val="Heading2"/>
      </w:pPr>
      <w:r>
        <w:t>A quieter need for connection has become impossible to ignore</w:t>
      </w:r>
      <w:r/>
    </w:p>
    <w:p>
      <w:r/>
      <w:r>
        <w:t>The strongest sign of Summit Pride’s renewed push isn’t a grand opening or glossy campaign. It’s the steady arrival of people at ordinary gatherings, where coffee, conversation and a little fresh air can do surprisingly important work.</w:t>
      </w:r>
      <w:r/>
    </w:p>
    <w:p>
      <w:r/>
      <w:r>
        <w:t>Since Encircle Heber closed, Summit Pride has made its events more consistent across Summit County. Recent activities have included outdoor meetups, film screenings and social gatherings, with attendance rising above 30 at the latest events, according to The Park Record.</w:t>
      </w:r>
      <w:r/>
    </w:p>
    <w:p>
      <w:r/>
      <w:r>
        <w:t>That appetite reflects a wider need for belonging after years of pandemic isolation and increasingly tense public debate around LGBTQ+ rights. For many people, a relaxed meetup can be the first step towards finding friends, support and a place where they don't have to explain themselves.</w:t>
      </w:r>
      <w:r/>
    </w:p>
    <w:p>
      <w:pPr>
        <w:pStyle w:val="Heading2"/>
      </w:pPr>
      <w:r>
        <w:t>Why Encircle Heber’s closure changed the local picture</w:t>
      </w:r>
      <w:r/>
    </w:p>
    <w:p>
      <w:r/>
      <w:r>
        <w:t>Encircle had provided a different kind of resource in Heber City, including therapy, support groups and a dedicated centre for LGBTQ+ young people and families. Its closure left a gap, but it didn't create a simple handover opportunity for another organisation.</w:t>
      </w:r>
      <w:r/>
    </w:p>
    <w:p>
      <w:r/>
      <w:r>
        <w:t>KSL previously reported on Encircle’s plans for a Heber City resource centre, while the organisation later confirmed the Heber location would close. That history matters because Summit Pride is clear that it can't replicate every service Encircle offered.</w:t>
      </w:r>
      <w:r/>
    </w:p>
    <w:p>
      <w:r/>
      <w:r>
        <w:t>Instead, Summit Pride is focusing on community-building and advocacy. Its approach is more about creating a regular rhythm of connection than providing clinical support, which means both organisations served important but distinct needs.</w:t>
      </w:r>
      <w:r/>
    </w:p>
    <w:p>
      <w:pPr>
        <w:pStyle w:val="Heading2"/>
      </w:pPr>
      <w:r>
        <w:t>Coffee, hikes and screenings make the programme more welcoming</w:t>
      </w:r>
      <w:r/>
    </w:p>
    <w:p>
      <w:r/>
      <w:r>
        <w:t>Not everyone wants to meet in a bar, and Summit Pride appears to have taken that message seriously. Only one of its last several events was restricted to adults, while the rest offered a broader, more relaxed setting.</w:t>
      </w:r>
      <w:r/>
    </w:p>
    <w:p>
      <w:r/>
      <w:r>
        <w:t>That range matters. A morning coffee can feel easier than an evening drinks event, while a hike or lake day gives people something to do while conversations unfold naturally. It also makes the programme more accessible to people who don't drink, younger attendees and anyone who finds highly social rooms a little daunting.</w:t>
      </w:r>
      <w:r/>
    </w:p>
    <w:p>
      <w:r/>
      <w:r>
        <w:t>The organisation's own information presents belonging and community participation as central to its work. Its events therefore function as more than a calendar of activities: they're low-pressure entry points into a local support network.</w:t>
      </w:r>
      <w:r/>
    </w:p>
    <w:p>
      <w:pPr>
        <w:pStyle w:val="Heading2"/>
      </w:pPr>
      <w:r>
        <w:t>Park City can't assume one model suits everyone</w:t>
      </w:r>
      <w:r/>
    </w:p>
    <w:p>
      <w:r/>
      <w:r>
        <w:t>Summit Pride serves the wider Wasatch Back, but it recognises that Park City and Wasatch County don't necessarily share the same social climate or preferences. Some residents may want visible, public engagement, while others prefer a quieter form of community connection.</w:t>
      </w:r>
      <w:r/>
    </w:p>
    <w:p>
      <w:r/>
      <w:r>
        <w:t>That distinction is especially important after the Encircle closure. Summit Pride has welcomed people from Wasatch County, but it isn't claiming to replace a local organisation or speak for every LGBTQ+ resident in the area.</w:t>
      </w:r>
      <w:r/>
    </w:p>
    <w:p>
      <w:r/>
      <w:r>
        <w:t>The result is a more careful kind of regional advocacy. It may be less tidy than having one organisation cover everything, but it respects the reality that communities need different entry points. As Summit Pride's own materials emphasise, belonging works best when people can participate in ways that feel safe and authentic.</w:t>
      </w:r>
      <w:r/>
    </w:p>
    <w:p>
      <w:pPr>
        <w:pStyle w:val="Heading2"/>
      </w:pPr>
      <w:r>
        <w:t>Members are being encouraged to shape what comes next</w:t>
      </w:r>
      <w:r/>
    </w:p>
    <w:p>
      <w:r/>
      <w:r>
        <w:t>The foundation's next stage isn't being designed entirely behind a boardroom door. Members are encouraged to suggest ideas, with the organisation helping turn promising concepts into real events.</w:t>
      </w:r>
      <w:r/>
    </w:p>
    <w:p>
      <w:r/>
      <w:r>
        <w:t>That approach has already supported creative programming, including a staged reading of a play about Wyoming teacher, veteran and family man Larry "Sissy" Goodwin. It shows how a local nonprofit can become a practical platform for community-led projects, not simply an events provider.</w:t>
      </w:r>
      <w:r/>
    </w:p>
    <w:p>
      <w:r/>
      <w:r>
        <w:t>There are plans to reach more students and under-18s, too, including possible collaboration with Park City High School's LGBTQ+ student group. The next announced meetup is an evening hike in late September, with the route chosen to make the most of autumn colour.</w:t>
      </w:r>
      <w:r/>
    </w:p>
    <w:p>
      <w:pPr>
        <w:pStyle w:val="Heading2"/>
      </w:pPr>
      <w:r>
        <w:t>What this means for people looking for support</w:t>
      </w:r>
      <w:r/>
    </w:p>
    <w:p>
      <w:r/>
      <w:r>
        <w:t>For LGBTQ+ residents and allies, the most useful first step is to check Summit Pride's social channels for event details, age requirements and accessibility information. A casual meetup may be a good route into community life, but people seeking therapy or structured support should look for specialist services rather than assume every need can be met at a social event.</w:t>
      </w:r>
      <w:r/>
    </w:p>
    <w:p>
      <w:r/>
      <w:r>
        <w:t>It also helps to arrive with modest expectations. You don't have to introduce yourself to everyone, stay for the whole event or become instantly involved. Sometimes the win is simply recognising a few faces and knowing there's somewhere to return.</w:t>
      </w:r>
      <w:r/>
    </w:p>
    <w:p>
      <w:r/>
      <w:r>
        <w:t>In a region where public policy can make LGBTQ+ people feel singled out, those small, repeated moments of connection carry real weight. A cup of coffee and a friendly conversation won't solve everything, but they can make the landscape feel less lonely.</w:t>
      </w:r>
      <w:r/>
    </w:p>
    <w:p>
      <w:r/>
      <w:r>
        <w:t>Explore the next meetup and find the kind of connection that suits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0">
        <w:r>
          <w:rPr>
            <w:color w:val="0000EE"/>
            <w:u w:val="single"/>
          </w:rPr>
          <w:t>[4]</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10">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12">
        <w:r>
          <w:rPr>
            <w:color w:val="0000EE"/>
            <w:u w:val="single"/>
          </w:rPr>
          <w:t>[3]</w:t>
        </w:r>
      </w:hyperlink>
      <w:r>
        <w:t xml:space="preserve">, </w:t>
      </w:r>
      <w:hyperlink r:id="rId11">
        <w:r>
          <w:rPr>
            <w:color w:val="0000EE"/>
            <w:u w:val="single"/>
          </w:rPr>
          <w:t>[5]</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3">
        <w:r>
          <w:rPr>
            <w:color w:val="0000EE"/>
            <w:u w:val="single"/>
          </w:rPr>
          <w:t>[6]</w:t>
        </w:r>
      </w:hyperlink>
      <w:r>
        <w:t xml:space="preserve">- Paragraph 17: </w:t>
      </w:r>
      <w:hyperlink r:id="rId10">
        <w:r>
          <w:rPr>
            <w:color w:val="0000EE"/>
            <w:u w:val="single"/>
          </w:rPr>
          <w:t>[4]</w:t>
        </w:r>
      </w:hyperlink>
      <w:r>
        <w:t xml:space="preserve">, </w:t>
      </w:r>
      <w:hyperlink r:id="rId11">
        <w:r>
          <w:rPr>
            <w:color w:val="0000EE"/>
            <w:u w:val="single"/>
          </w:rPr>
          <w:t>[5]</w:t>
        </w:r>
      </w:hyperlink>
      <w:r>
        <w:t xml:space="preserve">- Paragraph 18: </w:t>
      </w:r>
      <w:hyperlink r:id="rId9">
        <w:r>
          <w:rPr>
            <w:color w:val="0000EE"/>
            <w:u w:val="single"/>
          </w:rPr>
          <w:t>[2]</w:t>
        </w:r>
      </w:hyperlink>
      <w:r>
        <w:t xml:space="preserve">, </w:t>
      </w:r>
      <w:hyperlink r:id="rId13">
        <w:r>
          <w:rPr>
            <w:color w:val="0000EE"/>
            <w:u w:val="single"/>
          </w:rPr>
          <w:t>[6]</w:t>
        </w:r>
      </w:hyperlink>
      <w:r>
        <w:t xml:space="preserve">- Paragraph 19: </w:t>
      </w:r>
      <w:hyperlink r:id="rId9">
        <w:r>
          <w:rPr>
            <w:color w:val="0000EE"/>
            <w:u w:val="single"/>
          </w:rPr>
          <w:t>[2]</w:t>
        </w:r>
      </w:hyperlink>
      <w:r>
        <w:t xml:space="preserve">, </w:t>
      </w:r>
      <w:hyperlink r:id="rId14">
        <w:r>
          <w:rPr>
            <w:color w:val="0000EE"/>
            <w:u w:val="single"/>
          </w:rPr>
          <w:t>[7]</w:t>
        </w:r>
      </w:hyperlink>
      <w:r>
        <w:t xml:space="preserve">- Paragraph 20: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https://www.parkrecord.com/2026/09/18/summit-pride-foundation-expands-programming-in-wake-of-encircle-heber-closure/</w:t>
        </w:r>
      </w:hyperlink>
      <w:r>
        <w:t xml:space="preserve"> - Please view link - unable to able to access data</w:t>
      </w:r>
      <w:r/>
    </w:p>
    <w:p>
      <w:pPr>
        <w:pStyle w:val="ListNumber"/>
        <w:spacing w:line="240" w:lineRule="auto"/>
        <w:ind w:left="720"/>
      </w:pPr>
      <w:r/>
      <w:hyperlink r:id="rId9">
        <w:r>
          <w:rPr>
            <w:color w:val="0000EE"/>
            <w:u w:val="single"/>
          </w:rPr>
          <w:t>https://www.parkrecord.com/2026/09/18/summit-pride-foundation-expands-programming-in-wake-of-encircle-heber-closure/</w:t>
        </w:r>
      </w:hyperlink>
      <w:r>
        <w:t xml:space="preserve"> - Following the closure of Encircle Heber in July 2026, Summit Pride Foundation has intensified its efforts to provide regular meetups in Summit County. The nonprofit has hosted various events, including coffee socials, lake days, documentary screenings, hikes, and happy hours, with attendance reaching over 30 participants at recent gatherings. Executive Director Virginia Solomon highlighted that these initiatives aim to foster a sense of community and connection among LGBTQ+ individuals in the area. The foundation's commitment to regular programming reflects its dedication to supporting the local LGBTQ+ community.</w:t>
      </w:r>
      <w:r/>
    </w:p>
    <w:p>
      <w:pPr>
        <w:pStyle w:val="ListNumber"/>
        <w:spacing w:line="240" w:lineRule="auto"/>
        <w:ind w:left="720"/>
      </w:pPr>
      <w:r/>
      <w:hyperlink r:id="rId12">
        <w:r>
          <w:rPr>
            <w:color w:val="0000EE"/>
            <w:u w:val="single"/>
          </w:rPr>
          <w:t>https://www.ksl.com/article/news/utah/counties/summit-wasatch/encircle-opening-new-lgbtq-resource-center-in-heber-city/50663771</w:t>
        </w:r>
      </w:hyperlink>
      <w:r>
        <w:t xml:space="preserve"> - In June 2023, Encircle, a prominent LGBTQ+ youth organisation in Utah, expanded its services by opening a new resource centre in Heber City. The centre aimed to provide therapy, support groups, and other programmes for LGBTQ+ youth, students, and families in the Summit and Wasatch counties. The grand opening event featured speakers, food, carnival rides, and facility tours, marking a significant step in addressing the needs of the local LGBTQ+ community. This expansion was part of Encircle's broader mission to offer safe spaces and support across Utah.</w:t>
      </w:r>
      <w:r/>
    </w:p>
    <w:p>
      <w:pPr>
        <w:pStyle w:val="ListNumber"/>
        <w:spacing w:line="240" w:lineRule="auto"/>
        <w:ind w:left="720"/>
      </w:pPr>
      <w:r/>
      <w:hyperlink r:id="rId10">
        <w:r>
          <w:rPr>
            <w:color w:val="0000EE"/>
            <w:u w:val="single"/>
          </w:rPr>
          <w:t>https://www.parkrecord.com/2026/07/02/encircle-heber-to-close-july-31/</w:t>
        </w:r>
      </w:hyperlink>
      <w:r>
        <w:t xml:space="preserve"> - Encircle Heber, the Heber City branch of the nonprofit organisation serving Utah’s LGBTQ+ youth and young adults, announced its closure on July 31, 2026. The decision followed years of outreach and community engagement but cited lower attendance and engagement compared to other active locations in Salt Lake City, St. George, and Provo. Encircle stated that while the need existed among LGBTQ+ youth and families in the region, the broader conditions necessary to sustain a dedicated physical location had not developed to the same degree as in other communities.</w:t>
      </w:r>
      <w:r/>
    </w:p>
    <w:p>
      <w:pPr>
        <w:pStyle w:val="ListNumber"/>
        <w:spacing w:line="240" w:lineRule="auto"/>
        <w:ind w:left="720"/>
      </w:pPr>
      <w:r/>
      <w:hyperlink r:id="rId11">
        <w:r>
          <w:rPr>
            <w:color w:val="0000EE"/>
            <w:u w:val="single"/>
          </w:rPr>
          <w:t>https://encircletogether.org/news/an-update-on-encircle-heber</w:t>
        </w:r>
      </w:hyperlink>
      <w:r>
        <w:t xml:space="preserve"> - In July 2026, Encircle announced the closure of its Heber City location, effective July 31. The decision was based on an extensive evaluation of home operations, which revealed consistently lower attendance and engagement compared to other locations. Despite the closure, Encircle expressed its continued commitment to its mission of bringing family and community together to enable LGBTQ+ young people to thrive, emphasising that the closure was not indicative of the organisation's overall health.</w:t>
      </w:r>
      <w:r/>
    </w:p>
    <w:p>
      <w:pPr>
        <w:pStyle w:val="ListNumber"/>
        <w:spacing w:line="240" w:lineRule="auto"/>
        <w:ind w:left="720"/>
      </w:pPr>
      <w:r/>
      <w:hyperlink r:id="rId13">
        <w:r>
          <w:rPr>
            <w:color w:val="0000EE"/>
            <w:u w:val="single"/>
          </w:rPr>
          <w:t>https://summitpride.org/about/</w:t>
        </w:r>
      </w:hyperlink>
      <w:r>
        <w:t xml:space="preserve"> - Summit Pride, incorporated as a 501(c)(3) in 2024, began as the Park City LGBTQ+ Taskforce in 2021. The organisation has grown into an independent coalition of queer individuals from across the Wasatch Back, united by a shared commitment to belonging, visibility, and community care. Summit Pride works alongside allies to sustain and expand LGBTQ+ inclusivity in the region, ensuring that all people feel a genuine sense of belonging.</w:t>
      </w:r>
      <w:r/>
    </w:p>
    <w:p>
      <w:pPr>
        <w:pStyle w:val="ListNumber"/>
        <w:spacing w:line="240" w:lineRule="auto"/>
        <w:ind w:left="720"/>
      </w:pPr>
      <w:r/>
      <w:hyperlink r:id="rId14">
        <w:r>
          <w:rPr>
            <w:color w:val="0000EE"/>
            <w:u w:val="single"/>
          </w:rPr>
          <w:t>https://www.utahpridecenter.org/calendar/winter-pride-2026</w:t>
        </w:r>
      </w:hyperlink>
      <w:r>
        <w:t xml:space="preserve"> - In February 2026, Summit Pride Foundation hosted Winter Pride 2026 events at Park City Mountain Resort. The festivities included an exclusive First Tracks opportunity to ski before the mountain opened, followed by breakfast at the Legacy Lodge. The event aimed to foster community engagement and celebrate LGBTQ+ inclusivity in the Wasatch Back region, reflecting Summit Pride's commitment to providing diverse and engaging experiences for the local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krecord.com/2026/09/18/summit-pride-foundation-expands-programming-in-wake-of-encircle-heber-closure/" TargetMode="External"/><Relationship Id="rId10" Type="http://schemas.openxmlformats.org/officeDocument/2006/relationships/hyperlink" Target="https://www.parkrecord.com/2026/07/02/encircle-heber-to-close-july-31/" TargetMode="External"/><Relationship Id="rId11" Type="http://schemas.openxmlformats.org/officeDocument/2006/relationships/hyperlink" Target="https://encircletogether.org/news/an-update-on-encircle-heber" TargetMode="External"/><Relationship Id="rId12" Type="http://schemas.openxmlformats.org/officeDocument/2006/relationships/hyperlink" Target="https://www.ksl.com/article/news/utah/counties/summit-wasatch/encircle-opening-new-lgbtq-resource-center-in-heber-city/50663771" TargetMode="External"/><Relationship Id="rId13" Type="http://schemas.openxmlformats.org/officeDocument/2006/relationships/hyperlink" Target="https://summitpride.org/about/" TargetMode="External"/><Relationship Id="rId14" Type="http://schemas.openxmlformats.org/officeDocument/2006/relationships/hyperlink" Target="https://www.utahpridecenter.org/calendar/winter-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