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Wave 2026 brings LGBTQIA+ cinema to Nicosia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and LGBTQIA+ audiences are heading to Nicosia for Queer Wave 2026, Cyprus’s leading queer film festival, running at NiMAC from 18 to 27 September. With more than 20 screenings, four workshops, over 50 Cyprus premieres and lively late-night events, the seventh edition promises ten days of discovery, debate and celebration.</w:t>
      </w:r>
      <w:r/>
    </w:p>
    <w:p>
      <w:pPr>
        <w:pStyle w:val="Heading2"/>
      </w:pPr>
      <w:r>
        <w:t>Essential Takeaways</w:t>
      </w:r>
      <w:r/>
      <w:r/>
    </w:p>
    <w:p>
      <w:pPr>
        <w:pStyle w:val="ListBullet"/>
        <w:spacing w:line="240" w:lineRule="auto"/>
        <w:ind w:left="720"/>
      </w:pPr>
      <w:r/>
      <w:r>
        <w:rPr>
          <w:b/>
        </w:rPr>
        <w:t>Dates and venue:</w:t>
      </w:r>
      <w:r>
        <w:t xml:space="preserve"> Queer Wave runs from 18 to 27 September at NiMAC in Nicosia.</w:t>
      </w:r>
      <w:r/>
    </w:p>
    <w:p>
      <w:pPr>
        <w:pStyle w:val="ListBullet"/>
        <w:spacing w:line="240" w:lineRule="auto"/>
        <w:ind w:left="720"/>
      </w:pPr>
      <w:r/>
      <w:r>
        <w:rPr>
          <w:b/>
        </w:rPr>
        <w:t>A broad programme:</w:t>
      </w:r>
      <w:r>
        <w:t xml:space="preserve"> Expect documentaries, features, shorts, animation, essay films and historical cinema.</w:t>
      </w:r>
      <w:r/>
    </w:p>
    <w:p>
      <w:pPr>
        <w:pStyle w:val="ListBullet"/>
        <w:spacing w:line="240" w:lineRule="auto"/>
        <w:ind w:left="720"/>
      </w:pPr>
      <w:r/>
      <w:r>
        <w:rPr>
          <w:b/>
        </w:rPr>
        <w:t>Opening highlight:</w:t>
      </w:r>
      <w:r>
        <w:t xml:space="preserve"> The festival begins with The Little Sister, followed by a party from Palestinian queer collective DARAQ Crew.</w:t>
      </w:r>
      <w:r/>
    </w:p>
    <w:p>
      <w:pPr>
        <w:pStyle w:val="ListBullet"/>
        <w:spacing w:line="240" w:lineRule="auto"/>
        <w:ind w:left="720"/>
      </w:pPr>
      <w:r/>
      <w:r>
        <w:rPr>
          <w:b/>
        </w:rPr>
        <w:t>Standout films:</w:t>
      </w:r>
      <w:r>
        <w:t xml:space="preserve"> Barbara Forever, Beautiful Evening, Beautiful Day, Bearcave and A Song Without Home are among the key screenings.</w:t>
      </w:r>
      <w:r/>
    </w:p>
    <w:p>
      <w:pPr>
        <w:pStyle w:val="ListBullet"/>
        <w:spacing w:line="240" w:lineRule="auto"/>
        <w:ind w:left="720"/>
      </w:pPr>
      <w:r/>
      <w:r>
        <w:rPr>
          <w:b/>
        </w:rPr>
        <w:t>Plan ahead:</w:t>
      </w:r>
      <w:r>
        <w:t xml:space="preserve"> The opening night needs a separate ticket, while a Festival Pass covers the rest of the festival.</w:t>
      </w:r>
      <w:r/>
      <w:r/>
    </w:p>
    <w:p>
      <w:pPr>
        <w:pStyle w:val="Heading2"/>
      </w:pPr>
      <w:r>
        <w:t>Nicosia's queer film festival returns with a bigger canvas</w:t>
      </w:r>
      <w:r/>
    </w:p>
    <w:p>
      <w:r/>
      <w:r>
        <w:t xml:space="preserve">The strongest impression from Queer Wave 2026 is its range. This isn't simply a run of late-night screenings in a darkened cinema, although there are plenty of those. The festival combines films with workshops, performances, installations, DJ sets, runway shows and drag events, giving NiMAC the feel of a temporary queer arts hub. According to the festival listing on VibeLocate, the event returns to the venue for its seventh edition. </w:t>
      </w:r>
      <w:hyperlink r:id="rId9">
        <w:r>
          <w:rPr>
            <w:color w:val="0000EE"/>
            <w:u w:val="single"/>
          </w:rPr>
          <w:t>[3]</w:t>
        </w:r>
      </w:hyperlink>
      <w:r/>
    </w:p>
    <w:p>
      <w:r/>
      <w:r>
        <w:t xml:space="preserve">More than 20 films will be screened across ten days, including over 50 Cyprus premieres. The programme moves between documentary, animation, essay film, feature cinema and archive material, so visitors can expect plenty of shifts in pace and mood. One moment may be intimate and reflective, the next loud, glittery and gloriously theatrical. </w:t>
      </w:r>
      <w:hyperlink r:id="rId10">
        <w:r>
          <w:rPr>
            <w:color w:val="0000EE"/>
            <w:u w:val="single"/>
          </w:rPr>
          <w:t>[4]</w:t>
        </w:r>
      </w:hyperlink>
      <w:r/>
    </w:p>
    <w:p>
      <w:pPr>
        <w:pStyle w:val="Heading2"/>
      </w:pPr>
      <w:r>
        <w:t>Opening night starts with cinema, sound and a party</w:t>
      </w:r>
      <w:r/>
    </w:p>
    <w:p>
      <w:r/>
      <w:r>
        <w:t xml:space="preserve">The festival opens at 9pm with a live audiovisual performance by phi mu delta, before Hafsia Herzi's The Little Sister receives its Cyprus premiere. The coming-of-age film won the Queer Palm and the Best Actress prize for Nadia Melliti at Cannes last year, giving the opening a particularly strong international profile. </w:t>
      </w:r>
      <w:hyperlink r:id="rId11">
        <w:r>
          <w:rPr>
            <w:color w:val="0000EE"/>
            <w:u w:val="single"/>
          </w:rPr>
          <w:t>[2]</w:t>
        </w:r>
      </w:hyperlink>
      <w:r/>
    </w:p>
    <w:p>
      <w:r/>
      <w:r>
        <w:t xml:space="preserve">The evening continues after the screening, with Palestinian queer electronic collective DARAQ Crew taking over from 11.30pm. DJs Youb and Sana Jamm are scheduled to perform, turning the first night into something closer to a full cultural launch than a conventional festival reception. As Goethe-Institut Cyprus notes in its event information, the festival's programme brings film and wider artistic activity together in one setting. </w:t>
      </w:r>
      <w:hyperlink r:id="rId12">
        <w:r>
          <w:rPr>
            <w:color w:val="0000EE"/>
            <w:u w:val="single"/>
          </w:rPr>
          <w:t>[5]</w:t>
        </w:r>
      </w:hyperlink>
      <w:r/>
    </w:p>
    <w:p>
      <w:pPr>
        <w:pStyle w:val="Heading2"/>
      </w:pPr>
      <w:r>
        <w:t>Five films worth putting on your watchlist</w:t>
      </w:r>
      <w:r/>
    </w:p>
    <w:p>
      <w:r/>
      <w:r>
        <w:t xml:space="preserve">Among the festival's most intriguing choices is Barbara Forever, a Teddy Award-winning documentary about queer cinema pioneer Barbara Hammer. It offers both a portrait of a major artist and a reminder of how much queer filmmaking has been shaped by people who worked outside the mainstream. </w:t>
      </w:r>
      <w:hyperlink r:id="rId13">
        <w:r>
          <w:rPr>
            <w:color w:val="0000EE"/>
            <w:u w:val="single"/>
          </w:rPr>
          <w:t>[6]</w:t>
        </w:r>
      </w:hyperlink>
      <w:r/>
    </w:p>
    <w:p>
      <w:r/>
      <w:r>
        <w:t xml:space="preserve">The programme also includes Beautiful Evening, Beautiful Day, Ivona Juka's Croatian Oscar contender and Cyprus co-production, on 20 September. Bearcave, which won at Venice, screens on 25 September after a planned showing in the Greek village of Paraskevi, Aigialeia, was cancelled following homophobic backlash. That context makes the screening feel especially resonant, without turning the film itself into a mere talking point. </w:t>
      </w:r>
      <w:hyperlink r:id="rId10">
        <w:r>
          <w:rPr>
            <w:color w:val="0000EE"/>
            <w:u w:val="single"/>
          </w:rPr>
          <w:t>[4]</w:t>
        </w:r>
      </w:hyperlink>
      <w:r/>
    </w:p>
    <w:p>
      <w:r/>
      <w:r>
        <w:t xml:space="preserve">On 26 September, A Song Without Home follows a trans woman from Georgia seeking asylum in Austria. The film won the Mermaid Award at this year's Thessaloniki Documentary Festival, adding further weight to a programme that repeatedly links personal stories with larger questions about safety, belonging and visibility. </w:t>
      </w:r>
      <w:hyperlink r:id="rId9">
        <w:r>
          <w:rPr>
            <w:color w:val="0000EE"/>
            <w:u w:val="single"/>
          </w:rPr>
          <w:t>[3]</w:t>
        </w:r>
      </w:hyperlink>
      <w:r/>
    </w:p>
    <w:p>
      <w:pPr>
        <w:pStyle w:val="Heading2"/>
      </w:pPr>
      <w:r>
        <w:t>From installations to drag, the festival goes beyond film</w:t>
      </w:r>
      <w:r/>
    </w:p>
    <w:p>
      <w:r/>
      <w:r>
        <w:t xml:space="preserve">Two audiovisual installations, Paola and Karayan, will remain on display at NiMAC throughout the festival. They pay tribute to queer figures Paola Revenioti and Andreas Karayan, extending the event's focus beyond the cinema screen and into Cyprus's wider queer cultural history. </w:t>
      </w:r>
      <w:hyperlink r:id="rId12">
        <w:r>
          <w:rPr>
            <w:color w:val="0000EE"/>
            <w:u w:val="single"/>
          </w:rPr>
          <w:t>[5]</w:t>
        </w:r>
      </w:hyperlink>
      <w:r/>
    </w:p>
    <w:p>
      <w:r/>
      <w:r>
        <w:t xml:space="preserve">Parallel events include DJ sets, runway shows and drag performances. That mix matters because it makes Queer Wave feel participatory rather than purely observational. Audiences aren't only being asked to sit quietly and consume films; they're being invited to move, talk, dance and share the space. </w:t>
      </w:r>
      <w:hyperlink r:id="rId13">
        <w:r>
          <w:rPr>
            <w:color w:val="0000EE"/>
            <w:u w:val="single"/>
          </w:rPr>
          <w:t>[6]</w:t>
        </w:r>
      </w:hyperlink>
      <w:r/>
    </w:p>
    <w:p>
      <w:pPr>
        <w:pStyle w:val="Heading2"/>
      </w:pPr>
      <w:r>
        <w:t>How to book Queer Wave 2026</w:t>
      </w:r>
      <w:r/>
    </w:p>
    <w:p>
      <w:r/>
      <w:r>
        <w:t xml:space="preserve">Tickets are available through more.com. The opening ceremony on 18 September requires its own ticket, while a Festival Pass covers the remaining days, making it the more convenient option for anyone planning several visits. The organisers have warned that box-office availability is limited, so booking early is sensible, particularly for the opening and closing events. </w:t>
      </w:r>
      <w:hyperlink r:id="rId11">
        <w:r>
          <w:rPr>
            <w:color w:val="0000EE"/>
            <w:u w:val="single"/>
          </w:rPr>
          <w:t>[2]</w:t>
        </w:r>
      </w:hyperlink>
      <w:r/>
    </w:p>
    <w:p>
      <w:r/>
      <w:r>
        <w:t xml:space="preserve">The festival finishes on 27 September with a sing-along screening of Jim Sharman's 1975 cult classic The Rocky Horror Picture Show. It's an obvious crowd-pleaser, but also a fitting finale for an event built around camp, self-expression and communal viewing. First-timers should expect noise, costumes and a room that knows all the words. </w:t>
      </w:r>
      <w:hyperlink r:id="rId10">
        <w:r>
          <w:rPr>
            <w:color w:val="0000EE"/>
            <w:u w:val="single"/>
          </w:rPr>
          <w:t>[4]</w:t>
        </w:r>
      </w:hyperlink>
      <w:r/>
    </w:p>
    <w:p>
      <w:r/>
      <w:r>
        <w:t xml:space="preserve">Queer Wave is organised by non-profit Queer Wave LTD and supported by Cyprus cultural institutions, diplomatic missions, cinemas and LGBTQIA+ organisations. The full programme is available through queerwave.com and the festival's social media channels, @queerwavecyprus. </w:t>
      </w:r>
      <w:hyperlink r:id="rId9">
        <w:r>
          <w:rPr>
            <w:color w:val="0000EE"/>
            <w:u w:val="single"/>
          </w:rPr>
          <w:t>[3]</w:t>
        </w:r>
      </w:hyperlink>
      <w:r/>
    </w:p>
    <w:p>
      <w:r/>
      <w:r>
        <w:t>Queer Wave 2026 looks set to make Nicosia feel a little louder, brighter and more open this September.</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[4]</w:t>
        </w:r>
      </w:hyperlink>
      <w:r>
        <w:t xml:space="preserve">- Paragraph 3: </w:t>
      </w:r>
      <w:hyperlink r:id="rId11">
        <w:r>
          <w:rPr>
            <w:color w:val="0000EE"/>
            <w:u w:val="single"/>
          </w:rPr>
          <w:t>[2]</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0">
        <w:r>
          <w:rPr>
            <w:color w:val="0000EE"/>
            <w:u w:val="single"/>
          </w:rPr>
          <w:t>[4]</w:t>
        </w:r>
      </w:hyperlink>
      <w:r>
        <w:t xml:space="preserve">- Paragraph 7: </w:t>
      </w:r>
      <w:hyperlink r:id="rId9">
        <w:r>
          <w:rPr>
            <w:color w:val="0000EE"/>
            <w:u w:val="single"/>
          </w:rPr>
          <w:t>[3]</w:t>
        </w:r>
      </w:hyperlink>
      <w:r>
        <w:t xml:space="preserve">- Paragraph 8: </w:t>
      </w:r>
      <w:hyperlink r:id="rId12">
        <w:r>
          <w:rPr>
            <w:color w:val="0000EE"/>
            <w:u w:val="single"/>
          </w:rPr>
          <w:t>[5]</w:t>
        </w:r>
      </w:hyperlink>
      <w:r>
        <w:t xml:space="preserve">- Paragraph 9: </w:t>
      </w:r>
      <w:hyperlink r:id="rId13">
        <w:r>
          <w:rPr>
            <w:color w:val="0000EE"/>
            <w:u w:val="single"/>
          </w:rPr>
          <w:t>[6]</w:t>
        </w:r>
      </w:hyperlink>
      <w:r>
        <w:t xml:space="preserve">- Paragraph 10: </w:t>
      </w:r>
      <w:hyperlink r:id="rId11">
        <w:r>
          <w:rPr>
            <w:color w:val="0000EE"/>
            <w:u w:val="single"/>
          </w:rPr>
          <w:t>[2]</w:t>
        </w:r>
      </w:hyperlink>
      <w:r>
        <w:t xml:space="preserve">- Paragraph 11: </w:t>
      </w:r>
      <w:hyperlink r:id="rId10">
        <w:r>
          <w:rPr>
            <w:color w:val="0000EE"/>
            <w:u w:val="single"/>
          </w:rPr>
          <w:t>[4]</w:t>
        </w:r>
      </w:hyperlink>
      <w:r>
        <w:t xml:space="preserve">- Paragraph 12: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https://en.philenews.com/whats-on/queer-wave-2026-lgbtqia-film-festival-nicosia/</w:t>
        </w:r>
      </w:hyperlink>
      <w:r>
        <w:t xml:space="preserve"> - Please view link - unable to able to access data</w:t>
      </w:r>
      <w:r/>
    </w:p>
    <w:p>
      <w:pPr>
        <w:pStyle w:val="ListNumber"/>
        <w:spacing w:line="240" w:lineRule="auto"/>
        <w:ind w:left="720"/>
      </w:pPr>
      <w:r/>
      <w:hyperlink r:id="rId11">
        <w:r>
          <w:rPr>
            <w:color w:val="0000EE"/>
            <w:u w:val="single"/>
          </w:rPr>
          <w:t>https://en.philenews.com/whats-on/queer-wave-2026-lgbtqia-film-festival-nicosia/</w:t>
        </w:r>
      </w:hyperlink>
      <w:r>
        <w:t xml:space="preserve"> - The Queer Wave, Cyprus's LGBTQIA+ film festival, commenced its seventh edition in Nicosia on 18 September 2026 and runs until 27 September. The festival features over 20 screenings, four workshops, and more than 50 Cyprus premieres at NiMAC. The programme includes shorts, mid-length works, and features across documentary, animation, essay film, and historical titles, alongside two tributes and parallel events such as DJ sets, runway shows, and drag performances. The opening night featured a live audiovisual performance by φμδ, followed by the Cyprus premiere of Hafsia Herzi’s 'The Little Sister', a coming-of-age film that won the Queer Palm and Best Actress award for Nadia Melliti at the previous year's Cannes Film Festival. An opening party by Palestinian queer electronic collective DARAQ Crew, with DJs Youb and Sana Jamm, followed. Highlights include 'Barbara Forever', a Teddy Award-winning documentary on queer cinema pioneer Barbara Hammer, 'Beautiful Evening, Beautiful Day', a Croatian Oscar contender and Cyprus co-production, and 'A Song Without Home', a documentary following a trans woman from Georgia seeking asylum in Austria. The festival closes with a sing-along screening of Jim Sharman’s 'The Rocky Horror Picture Show' (1975). Two audiovisual installations, Paola and Karayan, pay tribute to queer figures Paola Revenioti and Andreas Karayan. Tickets are available through more.com, with the opening ceremony requiring a separate ticket and a Festival Pass covering the remaining days. Organisers advise booking in advance due to limited box-office tickets. The festival is organised by the non-profit Queer Wave LTD and funded by the Department of Contemporary Culture of the Deputy Ministry of Culture, supported by NiMAC, the British High Commission in Cyprus, the Goethe-Institut Cyprus, the French Institute of Cyprus, the Embassy of Sweden, the Embassy of Spain, Instituto Cervantes, Limassol Cinema Club, STYX Film Encounters, Cinobo, We Change, the AIDS Solidarity Movement/Cy Checkpoint, the Palestinian Campaign for the Academic and Cultural Boycott of Israel, Queer Cinema for Palestine, Accept LGBTI Cyprus, and Queer Collective. The full programme is available at queerwave.com and on the festival’s social media, @queerwavecyprus.</w:t>
      </w:r>
      <w:r/>
    </w:p>
    <w:p>
      <w:pPr>
        <w:pStyle w:val="ListNumber"/>
        <w:spacing w:line="240" w:lineRule="auto"/>
        <w:ind w:left="720"/>
      </w:pPr>
      <w:r/>
      <w:hyperlink r:id="rId9">
        <w:r>
          <w:rPr>
            <w:color w:val="0000EE"/>
            <w:u w:val="single"/>
          </w:rPr>
          <w:t>https://vibelocate.com/event/queer-wave-2026-epistrephei-sto-nimac-to-phestibal-loatkia-kinematographou-kypro-019fbabc-92ac-7936-bbd3-5e53e9c35f3f?lang=en</w:t>
        </w:r>
      </w:hyperlink>
      <w:r>
        <w:t xml:space="preserve"> - Queer Wave 2026, Cyprus's LGBTQIA+ film festival, returns to NiMAC in Nicosia from 18 to 27 September 2026. The festival presents a unique mosaic of cinema, performances, and parallel activities, bringing local and international directors and giving voice to the experiences and queer expression of the LGBTQ+ community. Updates on this year’s program and events before the festival will be announced via the website queerwave.com and the festival’s social media (@queerwavecyprus). Queer Wave 2026 is organized by the non-profit company Queer Wave LTD and funded by the Deputy Ministry of Culture and the Department of Contemporary Culture. In the past six years, the festival has offered more than 250 island-wide premieres of LGBTQ+ films from the international scene, while also supporting the work of Cypriot directors and artists more broadly. NiMAC, in collaboration with the Pierides Foundation, is housed in the renovated building of the Old Electricity, in the historic centre of Nicosia. It is the oldest and largest Centre of Contemporary Art in Cyprus.</w:t>
      </w:r>
      <w:r/>
    </w:p>
    <w:p>
      <w:pPr>
        <w:pStyle w:val="ListNumber"/>
        <w:spacing w:line="240" w:lineRule="auto"/>
        <w:ind w:left="720"/>
      </w:pPr>
      <w:r/>
      <w:hyperlink r:id="rId10">
        <w:r>
          <w:rPr>
            <w:color w:val="0000EE"/>
            <w:u w:val="single"/>
          </w:rPr>
          <w:t>https://en.politis.com.cy/culture/arts/1023064/queer-wave-2026-returns-to-nimac-this-september</w:t>
        </w:r>
      </w:hyperlink>
      <w:r>
        <w:t xml:space="preserve"> - The Queer Wave Cyprus LGBTQIA+ Film Festival returns to NiMAC in Nicosia from 18 to 27 September 2026, marking its seventh consecutive edition. Hosted once again at the exhibition spaces of the Nicosia Municipal Arts Centre (NiMAC), the festival will present a 10-day programme of film screenings, performances, and parallel events celebrating LGBTQIA+ stories, experiences, and artistic expression. Organisers say this year's edition will bring together local and international filmmakers while continuing to provide a platform for queer voices and perspectives. The festival is organised by the non-profit Queer Wave Ltd, funded by the Deputy Ministry of Culture and the Department of Contemporary Culture. Over the past six years, Queer Wave has presented more than 250 Cyprus premieres of LGBTQIA+ films from around the world, while also supporting the work of Cypriot filmmakers and artists. NiMAC, which operates in collaboration with the Pierides Foundation, is housed in the restored former power station building in the historic centre of Nicosia. It is the oldest and largest contemporary art centre in Cyprus and has hosted the festival since its inception. For programme updates and event announcements, visitors can follow @queerwavecyprus on social media or visit queerwave.com.</w:t>
      </w:r>
      <w:r/>
    </w:p>
    <w:p>
      <w:pPr>
        <w:pStyle w:val="ListNumber"/>
        <w:spacing w:line="240" w:lineRule="auto"/>
        <w:ind w:left="720"/>
      </w:pPr>
      <w:r/>
      <w:hyperlink r:id="rId12">
        <w:r>
          <w:rPr>
            <w:color w:val="0000EE"/>
            <w:u w:val="single"/>
          </w:rPr>
          <w:t>https://www.goethe.de/ins/cy/en/ver.cfm?event_id=27348631</w:t>
        </w:r>
      </w:hyperlink>
      <w:r>
        <w:t xml:space="preserve"> - The Goethe-Institut Cyprus is supporting the 7th edition of Queer Wave, the Cyprus LGBTQIA+ Film Festival. The next edition is taking place from 18 to 27 September at NiMAC and presents a number of German films. The programme this year includes many German (co-)productions, such as The Little Sister by Hafsia Herzi, which is the festival’s opening film on Friday 18th September, and City of Lost Souls by Rosa von Praunheim, one of the most influential and well-known queer activists in the German-speaking world, on Saturday 19th September. The complete programme and film details are available on the website of Queer Wave.</w:t>
      </w:r>
      <w:r/>
    </w:p>
    <w:p>
      <w:pPr>
        <w:pStyle w:val="ListNumber"/>
        <w:spacing w:line="240" w:lineRule="auto"/>
        <w:ind w:left="720"/>
      </w:pPr>
      <w:r/>
      <w:hyperlink r:id="rId13">
        <w:r>
          <w:rPr>
            <w:color w:val="0000EE"/>
            <w:u w:val="single"/>
          </w:rPr>
          <w:t>https://www.checkincyprus.com/article/88399/queer-wave-2026-epistrephei-sto-nimac-to-phestibal-loatkia-kinematographou-kuprou-stis-18-27-septembriou/</w:t>
        </w:r>
      </w:hyperlink>
      <w:r>
        <w:t xml:space="preserve"> - Queer Wave 2026, Cyprus's LGBTQIA+ film festival, returns to NiMAC in Nicosia from 18 to 27 September 2026. The festival presents a unique mosaic of cinema, performances, and parallel activities, bringing local and international directors and giving voice to the experiences and queer expression of the LGBTQ+ community. Updates on this year’s program and events before the festival will be announced via the website queerwave.com and the festival’s social media (@queerwavecyprus). Queer Wave 2026 is organized by the non-profit company Queer Wave LTD and funded by the Deputy Ministry of Culture and the Department of Contemporary Culture. In the past six years, the festival has offered more than 250 island-wide premieres of LGBTQ+ films from the international scene, while also supporting the work of Cypriot directors and artists more broadly. NiMAC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belocate.com/event/queer-wave-2026-epistrephei-sto-nimac-to-phestibal-loatkia-kinematographou-kypro-019fbabc-92ac-7936-bbd3-5e53e9c35f3f?lang=en" TargetMode="External"/><Relationship Id="rId10" Type="http://schemas.openxmlformats.org/officeDocument/2006/relationships/hyperlink" Target="https://en.politis.com.cy/culture/arts/1023064/queer-wave-2026-returns-to-nimac-this-september" TargetMode="External"/><Relationship Id="rId11" Type="http://schemas.openxmlformats.org/officeDocument/2006/relationships/hyperlink" Target="https://en.philenews.com/whats-on/queer-wave-2026-lgbtqia-film-festival-nicosia/" TargetMode="External"/><Relationship Id="rId12" Type="http://schemas.openxmlformats.org/officeDocument/2006/relationships/hyperlink" Target="https://www.goethe.de/ins/cy/en/ver.cfm?event_id=27348631" TargetMode="External"/><Relationship Id="rId13" Type="http://schemas.openxmlformats.org/officeDocument/2006/relationships/hyperlink" Target="https://www.checkincyprus.com/article/88399/queer-wave-2026-epistrephei-sto-nimac-to-phestibal-loatkia-kinematographou-kuprou-stis-18-27-septembrio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