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Parada JP guide: Axé do Yuri joins LGBTQIA+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have confirmed Axé do Yuri for the sixth Parada LGBTQIA+ da Zona Sul in João Pessoa, bringing music, colour and a carnival-style atmosphere to Praça da Paz on 26 September 2026. The event matters beyond entertainment, combining community celebration with a clear call for political participation, representation and LGBTQIA+ rights.</w:t>
      </w:r>
      <w:r/>
    </w:p>
    <w:p>
      <w:pPr>
        <w:pStyle w:val="Heading2"/>
      </w:pPr>
      <w:r>
        <w:t>Essential Takeaways</w:t>
      </w:r>
      <w:r/>
      <w:r/>
    </w:p>
    <w:p>
      <w:pPr>
        <w:pStyle w:val="ListBullet"/>
        <w:spacing w:line="240" w:lineRule="auto"/>
        <w:ind w:left="720"/>
      </w:pPr>
      <w:r/>
      <w:r>
        <w:rPr>
          <w:b/>
        </w:rPr>
        <w:t>Date and venue:</w:t>
      </w:r>
      <w:r>
        <w:t xml:space="preserve"> The Parada JP is scheduled for Saturday, 26 September 2026, at Praça da Paz in Bancários.</w:t>
      </w:r>
      <w:r/>
    </w:p>
    <w:p>
      <w:pPr>
        <w:pStyle w:val="ListBullet"/>
        <w:spacing w:line="240" w:lineRule="auto"/>
        <w:ind w:left="720"/>
      </w:pPr>
      <w:r/>
      <w:r>
        <w:rPr>
          <w:b/>
        </w:rPr>
        <w:t>Confirmed attraction:</w:t>
      </w:r>
      <w:r>
        <w:t xml:space="preserve"> Axé do Yuri is expected to bring upbeat, dance-led energy to the crowd.</w:t>
      </w:r>
      <w:r/>
    </w:p>
    <w:p>
      <w:pPr>
        <w:pStyle w:val="ListBullet"/>
        <w:spacing w:line="240" w:lineRule="auto"/>
        <w:ind w:left="720"/>
      </w:pPr>
      <w:r/>
      <w:r>
        <w:rPr>
          <w:b/>
        </w:rPr>
        <w:t>Starting time:</w:t>
      </w:r>
      <w:r>
        <w:t xml:space="preserve"> The gathering is due to begin at 17:24, although the full running order may follow later.</w:t>
      </w:r>
      <w:r/>
    </w:p>
    <w:p>
      <w:pPr>
        <w:pStyle w:val="ListBullet"/>
        <w:spacing w:line="240" w:lineRule="auto"/>
        <w:ind w:left="720"/>
      </w:pPr>
      <w:r/>
      <w:r>
        <w:rPr>
          <w:b/>
        </w:rPr>
        <w:t>2026 slogan:</w:t>
      </w:r>
      <w:r>
        <w:t xml:space="preserve"> “Não existe democracia sem nós. Vote colorido!” puts citizenship and representation at the heart of the event.</w:t>
      </w:r>
      <w:r/>
    </w:p>
    <w:p>
      <w:pPr>
        <w:pStyle w:val="ListBullet"/>
        <w:spacing w:line="240" w:lineRule="auto"/>
        <w:ind w:left="720"/>
      </w:pPr>
      <w:r/>
      <w:r>
        <w:rPr>
          <w:b/>
        </w:rPr>
        <w:t>What to check:</w:t>
      </w:r>
      <w:r>
        <w:t xml:space="preserve"> Look out for updates on the route, transport, accessibility and performance times before travelling.</w:t>
      </w:r>
      <w:r/>
      <w:r/>
    </w:p>
    <w:p>
      <w:pPr>
        <w:pStyle w:val="Heading2"/>
      </w:pPr>
      <w:r>
        <w:t>Axé do Yuri is set to bring the party atmosphere</w:t>
      </w:r>
      <w:r/>
    </w:p>
    <w:p>
      <w:r/>
      <w:r>
        <w:t>The biggest burst of energy on the programme so far comes from Axé do Yuri, whose performance is expected to turn Praça da Paz into a lively open-air dance floor. The sound, rooted in the festive spirit of Brazilian axé, should suit an event built around movement, colour and collective joy.</w:t>
      </w:r>
      <w:r/>
    </w:p>
    <w:p>
      <w:r/>
      <w:r>
        <w:t xml:space="preserve">For visitors, that means arriving ready for a proper street-party atmosphere rather than a quiet stage show. According to Ponto PB, the Parada LGBTQIA+ da Zona Sul is planned for Praça da Paz, reinforcing the square's role as a gathering point for public cultural events. </w:t>
      </w:r>
      <w:hyperlink r:id="rId9">
        <w:r>
          <w:rPr>
            <w:color w:val="0000EE"/>
            <w:u w:val="single"/>
          </w:rPr>
          <w:t>[2]</w:t>
        </w:r>
      </w:hyperlink>
      <w:r/>
    </w:p>
    <w:p>
      <w:pPr>
        <w:pStyle w:val="Heading2"/>
      </w:pPr>
      <w:r>
        <w:t>Parada JP puts visibility and democracy centre stage</w:t>
      </w:r>
      <w:r/>
    </w:p>
    <w:p>
      <w:r/>
      <w:r>
        <w:t>This year's slogan, “Não existe democracia sem nós. Vote colorido!”, gives the parade a distinctly civic message. It links LGBTQIA+ visibility with voting, representation and the right to take part fully in public life.</w:t>
      </w:r>
      <w:r/>
    </w:p>
    <w:p>
      <w:r/>
      <w:r>
        <w:t xml:space="preserve">That political focus also places the event within a wider tradition of Brazilian pride parades, where celebration and protest often share the same microphone. Recent reporting on LGBTQIA+ events in João Pessoa has similarly highlighted citizenship and democracy alongside music and community participation. </w:t>
      </w:r>
      <w:hyperlink r:id="rId10">
        <w:r>
          <w:rPr>
            <w:color w:val="0000EE"/>
            <w:u w:val="single"/>
          </w:rPr>
          <w:t>[6]</w:t>
        </w:r>
      </w:hyperlink>
      <w:r/>
    </w:p>
    <w:p>
      <w:pPr>
        <w:pStyle w:val="Heading2"/>
      </w:pPr>
      <w:r>
        <w:t>When and where is the sixth Parada LGBTQIA+?</w:t>
      </w:r>
      <w:r/>
    </w:p>
    <w:p>
      <w:r/>
      <w:r>
        <w:t>The event is scheduled for 26 September 2026 at Praça da Paz, in the Bancários neighbourhood of João Pessoa's southern zone. The concentration is expected to start at 17:24, giving attendees time to arrive before the entertainment builds.</w:t>
      </w:r>
      <w:r/>
    </w:p>
    <w:p>
      <w:r/>
      <w:r>
        <w:t xml:space="preserve">The location is familiar to residents as a space for open-air gatherings, while the wider southern area has increasingly hosted cultural and carnival-related activity. That backdrop should help create a relaxed, local feel, although organisers may still announce further details about the route and timetable. </w:t>
      </w:r>
      <w:hyperlink r:id="rId11">
        <w:r>
          <w:rPr>
            <w:color w:val="0000EE"/>
            <w:u w:val="single"/>
          </w:rPr>
          <w:t>[3]</w:t>
        </w:r>
      </w:hyperlink>
      <w:r>
        <w:t xml:space="preserve"> </w:t>
      </w:r>
      <w:hyperlink r:id="rId12">
        <w:r>
          <w:rPr>
            <w:color w:val="0000EE"/>
            <w:u w:val="single"/>
          </w:rPr>
          <w:t>[4]</w:t>
        </w:r>
      </w:hyperlink>
      <w:r/>
    </w:p>
    <w:p>
      <w:pPr>
        <w:pStyle w:val="Heading2"/>
      </w:pPr>
      <w:r>
        <w:t>Plan your visit before the music starts</w:t>
      </w:r>
      <w:r/>
    </w:p>
    <w:p>
      <w:r/>
      <w:r>
        <w:t>If you're attending, check the official event updates shortly before the date. The performance order, parade route, entry arrangements and any changes to the starting time haven't all been detailed yet, so a last-minute look could save unnecessary wandering.</w:t>
      </w:r>
      <w:r/>
    </w:p>
    <w:p>
      <w:r/>
      <w:r>
        <w:t xml:space="preserve">Comfort matters, too. Wear light clothing and practical shoes, bring water, and agree a meeting point if you're going with friends. For visitors relying on public transport, route information for the southern zone is worth checking in advance, particularly as roads and services can change around large public events. </w:t>
      </w:r>
      <w:hyperlink r:id="rId13">
        <w:r>
          <w:rPr>
            <w:color w:val="0000EE"/>
            <w:u w:val="single"/>
          </w:rPr>
          <w:t>[7]</w:t>
        </w:r>
      </w:hyperlink>
      <w:r/>
    </w:p>
    <w:p>
      <w:pPr>
        <w:pStyle w:val="Heading2"/>
      </w:pPr>
      <w:r>
        <w:t>A celebration with a bigger purpose</w:t>
      </w:r>
      <w:r/>
    </w:p>
    <w:p>
      <w:r/>
      <w:r>
        <w:t>The Parada JP is more than a date in João Pessoa's entertainment calendar. Its organisers are using a bright, welcoming public event to underline a serious point: LGBTQIA+ people should be visible not only in cultural spaces, but also in the decisions that shape their communities.</w:t>
      </w:r>
      <w:r/>
    </w:p>
    <w:p>
      <w:r/>
      <w:r>
        <w:t xml:space="preserve">That combination of music and mobilisation is likely to define the sixth edition. Axé do Yuri may provide the loudest singalong, but the central message is quieter and more lasting: participation is part of belonging. </w:t>
      </w:r>
      <w:hyperlink r:id="rId14">
        <w:r>
          <w:rPr>
            <w:color w:val="0000EE"/>
            <w:u w:val="single"/>
          </w:rPr>
          <w:t>[5]</w:t>
        </w:r>
      </w:hyperlink>
      <w:r/>
    </w:p>
    <w:p>
      <w:r/>
      <w:r>
        <w:t>Keep an eye on organiser updates and arrive ready to celebrate, connect and take part.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0">
        <w:r>
          <w:rPr>
            <w:color w:val="0000EE"/>
            <w:u w:val="single"/>
          </w:rPr>
          <w:t>[6]</w:t>
        </w:r>
      </w:hyperlink>
      <w:r>
        <w:t xml:space="preserve">- Paragraph 3: </w:t>
      </w:r>
      <w:hyperlink r:id="rId14">
        <w:r>
          <w:rPr>
            <w:color w:val="0000EE"/>
            <w:u w:val="single"/>
          </w:rPr>
          <w:t>[5]</w:t>
        </w:r>
      </w:hyperlink>
      <w:r>
        <w:t xml:space="preserve">, </w:t>
      </w:r>
      <w:hyperlink r:id="rId10">
        <w:r>
          <w:rPr>
            <w:color w:val="0000EE"/>
            <w:u w:val="single"/>
          </w:rPr>
          <w:t>[6]</w:t>
        </w:r>
      </w:hyperlink>
      <w:r>
        <w:t xml:space="preserve">- Paragraph 4: </w:t>
      </w:r>
      <w:hyperlink r:id="rId13">
        <w:r>
          <w:rPr>
            <w:color w:val="0000EE"/>
            <w:u w:val="single"/>
          </w:rPr>
          <w:t>[7]</w:t>
        </w:r>
      </w:hyperlink>
      <w:r>
        <w:t xml:space="preserve">, </w:t>
      </w:r>
      <w:hyperlink r:id="rId11">
        <w:r>
          <w:rPr>
            <w:color w:val="0000EE"/>
            <w:u w:val="single"/>
          </w:rPr>
          <w:t>[3]</w:t>
        </w:r>
      </w:hyperlink>
      <w:r>
        <w:t xml:space="preserve">- Paragraph 5: </w:t>
      </w:r>
      <w:hyperlink r:id="rId9">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http://acontecesantyago.blogspot.com/2026/09/axe-do-yuri-e-atracao-confirmada-da-6.html</w:t>
        </w:r>
      </w:hyperlink>
      <w:r>
        <w:t xml:space="preserve"> - Please view link - unable to able to access data</w:t>
      </w:r>
      <w:r/>
    </w:p>
    <w:p>
      <w:pPr>
        <w:pStyle w:val="ListNumber"/>
        <w:spacing w:line="240" w:lineRule="auto"/>
        <w:ind w:left="720"/>
      </w:pPr>
      <w:r/>
      <w:hyperlink r:id="rId9">
        <w:r>
          <w:rPr>
            <w:color w:val="0000EE"/>
            <w:u w:val="single"/>
          </w:rPr>
          <w:t>https://www.pontopb.com.br/noticia/cultura-927934404/parada-lgbt-da-zona-sul-sera-realizada-em-setembro-na-praca-da-paz-em-joao-pessoa.html</w:t>
        </w:r>
      </w:hyperlink>
      <w:r>
        <w:t xml:space="preserve"> - The 6th LGBTQIA+ Parade of the South Zone of João Pessoa, known as Parada JP, is scheduled for September 26, 2026, at Praça da Paz in the Bancários neighbourhood. The event aims to promote and strengthen LGBTQIA+ cultural expressions in the area, with a concentration starting at 5:24 PM. The Iguais LGBT+ Association is responsible for executing the project, which includes cultural activities open to the community. The initiative is supported by a R$ 20,000 grant from a parliamentary amendment by Councillor Marcos Henriques.</w:t>
      </w:r>
      <w:r/>
    </w:p>
    <w:p>
      <w:pPr>
        <w:pStyle w:val="ListNumber"/>
        <w:spacing w:line="240" w:lineRule="auto"/>
        <w:ind w:left="720"/>
      </w:pPr>
      <w:r/>
      <w:hyperlink r:id="rId11">
        <w:r>
          <w:rPr>
            <w:color w:val="0000EE"/>
            <w:u w:val="single"/>
          </w:rPr>
          <w:t>https://paraibadiaadia.com.br/pt-noticias/vi-parada-lgbt-da-zona-sul-de-joao-pessoa-acontece-em-setembro-no-bairro-dos-bancarios/</w:t>
        </w:r>
      </w:hyperlink>
      <w:r>
        <w:t xml:space="preserve"> - The 6th LGBTQIA+ Parade of the South Zone of João Pessoa, known as Parada JP, is set for September 26, 2026, at Praça da Paz in the Bancários neighbourhood. The event aims to promote and strengthen LGBTQIA+ culture in the South Zone, with a focus on the Bancários area. The Iguais LGBT+ Association is responsible for executing the project, which includes cultural activities open to the community. The initiative is supported by a R$ 20,000 grant from a parliamentary amendment by Councillor Marcos Henriques.</w:t>
      </w:r>
      <w:r/>
    </w:p>
    <w:p>
      <w:pPr>
        <w:pStyle w:val="ListNumber"/>
        <w:spacing w:line="240" w:lineRule="auto"/>
        <w:ind w:left="720"/>
      </w:pPr>
      <w:r/>
      <w:hyperlink r:id="rId12">
        <w:r>
          <w:rPr>
            <w:color w:val="0000EE"/>
            <w:u w:val="single"/>
          </w:rPr>
          <w:t>https://www.reporterpb.com.br/noticia/joao-pessoa/2026/02/04/parque-das-tres-ruas-tem-programacao-de-carnaval-e-se-firma-como-polo-cultural-das-previas-na-zona-sul/183213.html</w:t>
        </w:r>
      </w:hyperlink>
      <w:r>
        <w:t xml:space="preserve"> - The Parque das Três Ruas in the Bancários neighbourhood of João Pessoa is becoming a cultural hub for pre-Carnival events in the South Zone. The park will host traditional and independent blocos, featuring artists like Tatau (ex-Araketu), Yuri Carvalho, and Kennedy Costa, as well as frevo orchestras and other cultural manifestations. The events are part of the Multicultural Carnival of the capital, organised by the João Pessoa Cultural Foundation (Funjope). The blocos' parades at Parque das Três Ruas are scheduled for Saturday (7) and Tuesday (10).</w:t>
      </w:r>
      <w:r/>
    </w:p>
    <w:p>
      <w:pPr>
        <w:pStyle w:val="ListNumber"/>
        <w:spacing w:line="240" w:lineRule="auto"/>
        <w:ind w:left="720"/>
      </w:pPr>
      <w:r/>
      <w:hyperlink r:id="rId14">
        <w:r>
          <w:rPr>
            <w:color w:val="0000EE"/>
            <w:u w:val="single"/>
          </w:rPr>
          <w:t>https://www.portaldacapital.com/2026/04/01/camara-de-jp-rejeita-projeto-que-tornaria-parada-da-diversidade-da-zona-sul-patrimonio-imaterial/</w:t>
        </w:r>
      </w:hyperlink>
      <w:r>
        <w:t xml:space="preserve"> - The João Pessoa City Council (CMJP) rejected a project during a regular session on Tuesday (31/03) that would have designated the South Zone LGBTQIA+ Parade as an Intangible Cultural Heritage of João Pessoa. The proposal, presented by Councillor Marcos Henriques (PT), aimed to highlight the importance of diversity and LGBTQIA+ culture in the capital of Paraíba.</w:t>
      </w:r>
      <w:r/>
    </w:p>
    <w:p>
      <w:pPr>
        <w:pStyle w:val="ListNumber"/>
        <w:spacing w:line="240" w:lineRule="auto"/>
        <w:ind w:left="720"/>
      </w:pPr>
      <w:r/>
      <w:hyperlink r:id="rId10">
        <w:r>
          <w:rPr>
            <w:color w:val="0000EE"/>
            <w:u w:val="single"/>
          </w:rPr>
          <w:t>https://pbdig.com/regioes/nordeste/pb/joaopessoa/2026/09/02/25a-parada-lgbt-de-joao-pessoa-reune-multidao-na-orla-de-cabo-branco-com-foco-em-cidadania-e-democracia/</w:t>
        </w:r>
      </w:hyperlink>
      <w:r>
        <w:t xml:space="preserve"> - The 25th LGBTQIA+ Parade of João Pessoa gathered a large crowd on the Cabo Branco seafront, focusing on citizenship and democracy. The event featured performances by Salete Campari and local DJs, celebrating diversity along the city's coastline. Organisers emphasised the political role of the parade, highlighting the need to defend rights and resist any regression. The event also served as a platform for local artists and underscored the importance of the space for culture and local representation.</w:t>
      </w:r>
      <w:r/>
    </w:p>
    <w:p>
      <w:pPr>
        <w:pStyle w:val="ListNumber"/>
        <w:spacing w:line="240" w:lineRule="auto"/>
        <w:ind w:left="720"/>
      </w:pPr>
      <w:r/>
      <w:hyperlink r:id="rId13">
        <w:r>
          <w:rPr>
            <w:color w:val="0000EE"/>
            <w:u w:val="single"/>
          </w:rPr>
          <w:t>https://horaonibus.com/onibus/e551-zona-sul-epitacio/</w:t>
        </w:r>
      </w:hyperlink>
      <w:r>
        <w:t xml:space="preserve"> - The E551 bus line in João Pessoa operates between the Zona Sul and Epitácio regions. The schedule includes departures from Terminal Geisel on weekdays, Saturdays, and Sundays, with specific times for each day. The route serves various stops along the way, providing transportation options for residents and visitors in the area.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ontopb.com.br/noticia/cultura-927934404/parada-lgbt-da-zona-sul-sera-realizada-em-setembro-na-praca-da-paz-em-joao-pessoa.html" TargetMode="External"/><Relationship Id="rId10" Type="http://schemas.openxmlformats.org/officeDocument/2006/relationships/hyperlink" Target="https://pbdig.com/regioes/nordeste/pb/joaopessoa/2026/09/02/25a-parada-lgbt-de-joao-pessoa-reune-multidao-na-orla-de-cabo-branco-com-foco-em-cidadania-e-democracia/" TargetMode="External"/><Relationship Id="rId11" Type="http://schemas.openxmlformats.org/officeDocument/2006/relationships/hyperlink" Target="https://paraibadiaadia.com.br/pt-noticias/vi-parada-lgbt-da-zona-sul-de-joao-pessoa-acontece-em-setembro-no-bairro-dos-bancarios/" TargetMode="External"/><Relationship Id="rId12" Type="http://schemas.openxmlformats.org/officeDocument/2006/relationships/hyperlink" Target="https://www.reporterpb.com.br/noticia/joao-pessoa/2026/02/04/parque-das-tres-ruas-tem-programacao-de-carnaval-e-se-firma-como-polo-cultural-das-previas-na-zona-sul/183213.html" TargetMode="External"/><Relationship Id="rId13" Type="http://schemas.openxmlformats.org/officeDocument/2006/relationships/hyperlink" Target="https://horaonibus.com/onibus/e551-zona-sul-epitacio/" TargetMode="External"/><Relationship Id="rId14" Type="http://schemas.openxmlformats.org/officeDocument/2006/relationships/hyperlink" Target="https://www.portaldacapital.com/2026/04/01/camara-de-jp-rejeita-projeto-que-tornaria-parada-da-diversidade-da-zona-sul-patrimonio-imaterial/" TargetMode="External"/><Relationship Id="rId15" Type="http://schemas.openxmlformats.org/officeDocument/2006/relationships/hyperlink" Target="http://acontecesantyago.blogspot.com/2026/09/axe-do-yuri-e-atracao-confirmada-da-6.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