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Cathedral City Pride name change sets 2027 festival dates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Cathedral City has given its annual LGBTQ+ celebration a new name and a fresh place on the calendar. The California city’s council voted unanimously to rebrand LGBT+ Days as Cathedral City Pride, with the next major festival planned for 12 to 14 March 2027. The change aims to strengthen recognition, tourism and community participation.</w:t>
      </w:r>
      <w:r/>
    </w:p>
    <w:p>
      <w:pPr>
        <w:pStyle w:val="Heading2"/>
      </w:pPr>
      <w:r>
        <w:t>Essential Takeaways</w:t>
      </w:r>
      <w:r/>
      <w:r/>
    </w:p>
    <w:p>
      <w:pPr>
        <w:pStyle w:val="ListBullet"/>
        <w:spacing w:line="240" w:lineRule="auto"/>
        <w:ind w:left="720"/>
      </w:pPr>
      <w:r/>
      <w:r>
        <w:rPr>
          <w:b/>
        </w:rPr>
        <w:t>A unanimous decision:</w:t>
      </w:r>
      <w:r>
        <w:t xml:space="preserve"> Cathedral City Council approved the name change in a 5-0 vote.</w:t>
      </w:r>
      <w:r/>
    </w:p>
    <w:p>
      <w:pPr>
        <w:pStyle w:val="ListBullet"/>
        <w:spacing w:line="240" w:lineRule="auto"/>
        <w:ind w:left="720"/>
      </w:pPr>
      <w:r/>
      <w:r>
        <w:rPr>
          <w:b/>
        </w:rPr>
        <w:t>New 2027 dates:</w:t>
      </w:r>
      <w:r>
        <w:t xml:space="preserve"> Cathedral City Pride will run from 12 to 14 March 2027.</w:t>
      </w:r>
      <w:r/>
    </w:p>
    <w:p>
      <w:pPr>
        <w:pStyle w:val="ListBullet"/>
        <w:spacing w:line="240" w:lineRule="auto"/>
        <w:ind w:left="720"/>
      </w:pPr>
      <w:r/>
      <w:r>
        <w:rPr>
          <w:b/>
        </w:rPr>
        <w:t>A broader identity:</w:t>
      </w:r>
      <w:r>
        <w:t xml:space="preserve"> The rebrand uses the name many LGBTQ+ communities already recognise.</w:t>
      </w:r>
      <w:r/>
    </w:p>
    <w:p>
      <w:pPr>
        <w:pStyle w:val="ListBullet"/>
        <w:spacing w:line="240" w:lineRule="auto"/>
        <w:ind w:left="720"/>
      </w:pPr>
      <w:r/>
      <w:r>
        <w:rPr>
          <w:b/>
        </w:rPr>
        <w:t>More than a party:</w:t>
      </w:r>
      <w:r>
        <w:t xml:space="preserve"> Plans include music, performances, community gatherings and local vendors.</w:t>
      </w:r>
      <w:r/>
    </w:p>
    <w:p>
      <w:pPr>
        <w:pStyle w:val="ListBullet"/>
        <w:spacing w:line="240" w:lineRule="auto"/>
        <w:ind w:left="720"/>
      </w:pPr>
      <w:r/>
      <w:r>
        <w:rPr>
          <w:b/>
        </w:rPr>
        <w:t>Details are coming:</w:t>
      </w:r>
      <w:r>
        <w:t xml:space="preserve"> The full programme, performers and ticket information have yet to be announced.</w:t>
      </w:r>
      <w:r/>
      <w:r/>
    </w:p>
    <w:p>
      <w:pPr>
        <w:pStyle w:val="Heading2"/>
      </w:pPr>
      <w:r>
        <w:t>Cathedral City Pride gets a clearer name</w:t>
      </w:r>
      <w:r/>
    </w:p>
    <w:p>
      <w:r/>
      <w:r>
        <w:t>The biggest change is also the simplest: Cathedral City LGBT+ Days will now be known as Cathedral City Pride. The city council approved the move unanimously, giving the annual celebration a more instantly recognisable identity across California and beyond.</w:t>
      </w:r>
      <w:r/>
    </w:p>
    <w:p>
      <w:r/>
      <w:r>
        <w:t xml:space="preserve">That matters in a crowded events calendar. Pride is familiar shorthand for a weekend built around LGBTQ+ visibility, celebration and community, while the new name links the event directly to its host city. According to NBC Palm Springs, council members backed the change on 16 September. </w:t>
      </w:r>
      <w:hyperlink r:id="rId9">
        <w:r>
          <w:rPr>
            <w:color w:val="0000EE"/>
            <w:u w:val="single"/>
          </w:rPr>
          <w:t>[3]</w:t>
        </w:r>
      </w:hyperlink>
      <w:r/>
    </w:p>
    <w:p>
      <w:r/>
      <w:r>
        <w:t>The festival has already become a notable local occasion, bringing together live entertainment, civic gatherings and marketplace stalls. Now, its organisers are hoping the Cathedral City Pride name will make it easier for residents and visitors to find, remember and plan around.</w:t>
      </w:r>
      <w:r/>
    </w:p>
    <w:p>
      <w:pPr>
        <w:pStyle w:val="Heading2"/>
      </w:pPr>
      <w:r>
        <w:t>Why the 2027 dates have moved</w:t>
      </w:r>
      <w:r/>
    </w:p>
    <w:p>
      <w:r/>
      <w:r>
        <w:t>The next event is scheduled for 12 to 14 March 2027, a shift intended to improve its position within the regional events calendar. Organisers say the new timing should support stronger attendance, closer collaboration with neighbouring communities and additional tourism activity.</w:t>
      </w:r>
      <w:r/>
    </w:p>
    <w:p>
      <w:r/>
      <w:r>
        <w:t>It also gives visitors a useful reason to make a longer weekend of it. Cathedral City, in the Coachella Valley, is already associated with warm weather, open-air events and a lively visitor scene, so a spring Pride weekend feels like a natural fit.</w:t>
      </w:r>
      <w:r/>
    </w:p>
    <w:p>
      <w:r/>
      <w:r>
        <w:t xml:space="preserve">The schedule is still being developed. The official event site has previously featured programming information for LGBT+ Days, but the 2027 Cathedral City Pride line-up and ticket details are expected to be announced later. </w:t>
      </w:r>
      <w:hyperlink r:id="rId10">
        <w:r>
          <w:rPr>
            <w:color w:val="0000EE"/>
            <w:u w:val="single"/>
          </w:rPr>
          <w:t>[4]</w:t>
        </w:r>
      </w:hyperlink>
      <w:r/>
    </w:p>
    <w:p>
      <w:pPr>
        <w:pStyle w:val="Heading2"/>
      </w:pPr>
      <w:r>
        <w:t>A decade of community history behind the rebrand</w:t>
      </w:r>
      <w:r/>
    </w:p>
    <w:p>
      <w:r/>
      <w:r>
        <w:t>The name change doesn't erase what came before it. The celebration has spent roughly ten years building a local following under the LGBT+ Days title, with volunteers, civic leaders, families and visitors all helping shape its character.</w:t>
      </w:r>
      <w:r/>
    </w:p>
    <w:p>
      <w:r/>
      <w:r>
        <w:t xml:space="preserve">That history is visible in the way Cathedral City presents the event: not simply as a concert weekend, but as a gathering with room for advocacy, entertainment and community connection. Previous festival activity has included public-facing installations and colourful civic displays, including a rainbow crosswalk highlighted ahead of an earlier anniversary event. </w:t>
      </w:r>
      <w:hyperlink r:id="rId11">
        <w:r>
          <w:rPr>
            <w:color w:val="0000EE"/>
            <w:u w:val="single"/>
          </w:rPr>
          <w:t>[7]</w:t>
        </w:r>
      </w:hyperlink>
      <w:r/>
    </w:p>
    <w:p>
      <w:r/>
      <w:r>
        <w:t>In other words, the new branding is less a reset than a signpost. It gives a familiar celebration a title that may better reflect how people already talk about and experience it.</w:t>
      </w:r>
      <w:r/>
    </w:p>
    <w:p>
      <w:pPr>
        <w:pStyle w:val="Heading2"/>
      </w:pPr>
      <w:r>
        <w:t>What visitors can expect from Cathedral City Pride</w:t>
      </w:r>
      <w:r/>
    </w:p>
    <w:p>
      <w:r/>
      <w:r>
        <w:t>The confirmed ingredients include live music, performances, community activities and local vendor marketplaces. That mix should appeal to both regular Pride attendees and first-time visitors looking for a relaxed, social weekend rather than a single headline event.</w:t>
      </w:r>
      <w:r/>
    </w:p>
    <w:p>
      <w:r/>
      <w:r>
        <w:t xml:space="preserve">For travellers, the sensible approach is to watch for the official programme before booking non-refundable plans. The event website and Cathedral City tourism channels are likely to be the best places to check dates, venues, access information and any ticket requirements as announcements arrive. </w:t>
      </w:r>
      <w:hyperlink r:id="rId12">
        <w:r>
          <w:rPr>
            <w:color w:val="0000EE"/>
            <w:u w:val="single"/>
          </w:rPr>
          <w:t>[5]</w:t>
        </w:r>
      </w:hyperlink>
      <w:r>
        <w:t xml:space="preserve"> </w:t>
      </w:r>
      <w:hyperlink r:id="rId13">
        <w:r>
          <w:rPr>
            <w:color w:val="0000EE"/>
            <w:u w:val="single"/>
          </w:rPr>
          <w:t>[6]</w:t>
        </w:r>
      </w:hyperlink>
      <w:r/>
    </w:p>
    <w:p>
      <w:r/>
      <w:r>
        <w:t>Local businesses may also benefit from the change. A named, springtime destination event can encourage visitors to book accommodation, eat locally and explore beyond the festival footprint, which is precisely the kind of wider economic effect organisers say they want.</w:t>
      </w:r>
      <w:r/>
    </w:p>
    <w:p>
      <w:pPr>
        <w:pStyle w:val="Heading2"/>
      </w:pPr>
      <w:r>
        <w:t>The next chapter is already taking shape</w:t>
      </w:r>
      <w:r/>
    </w:p>
    <w:p>
      <w:r/>
      <w:r>
        <w:t>Planning for the inaugural Cathedral City Pride weekend is under way, with talent, schedules and ticket information due in the coming months. The organisers also expect opportunities for sponsors and vendors, suggesting that the event is being positioned for continued growth rather than a one-off relaunch.</w:t>
      </w:r>
      <w:r/>
    </w:p>
    <w:p>
      <w:r/>
      <w:r>
        <w:t>There’s a reassuringly practical logic to the decision. A clearer name helps people understand the event, while a carefully chosen date gives them more reason to put it in the diary. For a celebration built over a decade, that combination could be the difference between a local favourite and a genuinely regional Pride destination.</w:t>
      </w:r>
      <w:r/>
    </w:p>
    <w:p>
      <w:pPr>
        <w:pStyle w:val="Heading2"/>
      </w:pPr>
      <w:r>
        <w:t>Closing Line</w:t>
      </w:r>
      <w:r/>
    </w:p>
    <w:p>
      <w:r/>
      <w:r>
        <w:t>Cathedral City Pride is a new name for a celebration with plenty of history still ahead.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5">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[7]</w:t>
        </w:r>
      </w:hyperlink>
      <w:r>
        <w:t xml:space="preserve">, </w:t>
      </w:r>
      <w:hyperlink r:id="rId9">
        <w:r>
          <w:rPr>
            <w:color w:val="0000EE"/>
            <w:u w:val="single"/>
          </w:rPr>
          <w:t>[3]</w:t>
        </w:r>
      </w:hyperlink>
      <w:r>
        <w:t xml:space="preserve">- Paragraph 5: </w:t>
      </w:r>
      <w:hyperlink r:id="rId15">
        <w:r>
          <w:rPr>
            <w:color w:val="0000EE"/>
            <w:u w:val="single"/>
          </w:rPr>
          <w:t>[2]</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15">
        <w:r>
          <w:rPr>
            <w:color w:val="0000EE"/>
            <w:u w:val="single"/>
          </w:rPr>
          <w:t>[2]</w:t>
        </w:r>
      </w:hyperlink>
      <w:r>
        <w:t xml:space="preserve">, </w:t>
      </w:r>
      <w:hyperlink r:id="rId9">
        <w:r>
          <w:rPr>
            <w:color w:val="0000EE"/>
            <w:u w:val="single"/>
          </w:rPr>
          <w:t>[3]</w:t>
        </w:r>
      </w:hyperlink>
      <w:r>
        <w:t xml:space="preserve">- Paragraph 8: </w:t>
      </w:r>
      <w:hyperlink r:id="rId10">
        <w:r>
          <w:rPr>
            <w:color w:val="0000EE"/>
            <w:u w:val="single"/>
          </w:rPr>
          <w:t>[4]</w:t>
        </w:r>
      </w:hyperlink>
      <w:r>
        <w:t xml:space="preserve">, </w:t>
      </w:r>
      <w:hyperlink r:id="rId12">
        <w:r>
          <w:rPr>
            <w:color w:val="0000EE"/>
            <w:u w:val="single"/>
          </w:rPr>
          <w:t>[5]</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5">
        <w:r>
          <w:rPr>
            <w:color w:val="0000EE"/>
            <w:u w:val="single"/>
          </w:rPr>
          <w:t>[2]</w:t>
        </w:r>
      </w:hyperlink>
      <w:r>
        <w:t xml:space="preserve">, </w:t>
      </w:r>
      <w:hyperlink r:id="rId9">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https://ukenreport.com/cathedral-city-pride-coming-in-march/</w:t>
        </w:r>
      </w:hyperlink>
      <w:r>
        <w:t xml:space="preserve"> - Please view link - unable to able to access data</w:t>
      </w:r>
      <w:r/>
    </w:p>
    <w:p>
      <w:pPr>
        <w:pStyle w:val="ListNumber"/>
        <w:spacing w:line="240" w:lineRule="auto"/>
        <w:ind w:left="720"/>
      </w:pPr>
      <w:r/>
      <w:hyperlink r:id="rId15">
        <w:r>
          <w:rPr>
            <w:color w:val="0000EE"/>
            <w:u w:val="single"/>
          </w:rPr>
          <w:t>https://kesq.com/news/2026/09/16/cathedral-city-votes-to-change-name-of-lgbtq-celebration/</w:t>
        </w:r>
      </w:hyperlink>
      <w:r>
        <w:t xml:space="preserve"> - Cathedral City's City Council unanimously voted to rename the annual LGBT+ Days celebration to Cathedral City Pride, effective from 2027. The event's dates were also moved to March 12–14, 2027. This rebranding aims to enhance the event's national and regional identity, attract more visitors, and foster collaboration with neighbouring communities. The decision reflects the city's commitment to inclusivity and community pride. (</w:t>
      </w:r>
      <w:hyperlink r:id="rId16">
        <w:r>
          <w:rPr>
            <w:color w:val="0000EE"/>
            <w:u w:val="single"/>
          </w:rPr>
          <w:t>kesq.com</w:t>
        </w:r>
      </w:hyperlink>
      <w:r>
        <w:t>)</w:t>
      </w:r>
      <w:r/>
    </w:p>
    <w:p>
      <w:pPr>
        <w:pStyle w:val="ListNumber"/>
        <w:spacing w:line="240" w:lineRule="auto"/>
        <w:ind w:left="720"/>
      </w:pPr>
      <w:r/>
      <w:hyperlink r:id="rId9">
        <w:r>
          <w:rPr>
            <w:color w:val="0000EE"/>
            <w:u w:val="single"/>
          </w:rPr>
          <w:t>https://www.nbcpalmsprings.com/local-and-community/2026/09/16/cathedral-city-council-unanimously-votes-to-rename-annual-pride-celebration</w:t>
        </w:r>
      </w:hyperlink>
      <w:r>
        <w:t xml:space="preserve"> - The Cathedral City Council unanimously approved renaming the city's annual pride celebration from 'Cathedral City LGBT+ Days' to 'Cathedral City Pride' and rescheduling the event to March 12–14, 2027. This change aims to provide a clearer regional and national identity for the festival. The rebranding is intended to honour the spirit and heritage of the LGBTQ+ community while positioning the event for continued growth. (</w:t>
      </w:r>
      <w:hyperlink r:id="rId17">
        <w:r>
          <w:rPr>
            <w:color w:val="0000EE"/>
            <w:u w:val="single"/>
          </w:rPr>
          <w:t>nbcpalmsprings.com</w:t>
        </w:r>
      </w:hyperlink>
      <w:r>
        <w:t>)</w:t>
      </w:r>
      <w:r/>
    </w:p>
    <w:p>
      <w:pPr>
        <w:pStyle w:val="ListNumber"/>
        <w:spacing w:line="240" w:lineRule="auto"/>
        <w:ind w:left="720"/>
      </w:pPr>
      <w:r/>
      <w:hyperlink r:id="rId10">
        <w:r>
          <w:rPr>
            <w:color w:val="0000EE"/>
            <w:u w:val="single"/>
          </w:rPr>
          <w:t>https://www.cathedralcitylgbtdays.com/schedule/</w:t>
        </w:r>
      </w:hyperlink>
      <w:r>
        <w:t xml:space="preserve"> - The Cathedral City LGBT+ Days schedule outlines events such as the opening ceremony with speeches by officials and community leaders, the raising of the Pride flag by the Mayor and City Council, and the Proclamation opening LGBT+ Days. The schedule also includes the CommUNITY Strong Walk benefiting the Human Rights Campaign Coachella Valley and the Cathedral City LGBT+ Days Festival featuring food, drinks, artisan vendors, music, and live entertainment. (</w:t>
      </w:r>
      <w:hyperlink r:id="rId18">
        <w:r>
          <w:rPr>
            <w:color w:val="0000EE"/>
            <w:u w:val="single"/>
          </w:rPr>
          <w:t>cathedralcitylgbtdays.com</w:t>
        </w:r>
      </w:hyperlink>
      <w:r>
        <w:t>)</w:t>
      </w:r>
      <w:r/>
    </w:p>
    <w:p>
      <w:pPr>
        <w:pStyle w:val="ListNumber"/>
        <w:spacing w:line="240" w:lineRule="auto"/>
        <w:ind w:left="720"/>
      </w:pPr>
      <w:r/>
      <w:hyperlink r:id="rId12">
        <w:r>
          <w:rPr>
            <w:color w:val="0000EE"/>
            <w:u w:val="single"/>
          </w:rPr>
          <w:t>https://www.cathedralcitylgbtdays.com/</w:t>
        </w:r>
      </w:hyperlink>
      <w:r>
        <w:t xml:space="preserve"> - The Cathedral City LGBT+ Days website provides information about the 10th annual event, including a schedule of events such as the Cat City Drag Race, opening ceremony, and festival activities. The website also offers details on sponsorship opportunities, vendor inquiries, and contact information for Montage Agency LLC. (</w:t>
      </w:r>
      <w:hyperlink r:id="rId19">
        <w:r>
          <w:rPr>
            <w:color w:val="0000EE"/>
            <w:u w:val="single"/>
          </w:rPr>
          <w:t>cathedralcitylgbtdays.com</w:t>
        </w:r>
      </w:hyperlink>
      <w:r>
        <w:t>)</w:t>
      </w:r>
      <w:r/>
    </w:p>
    <w:p>
      <w:pPr>
        <w:pStyle w:val="ListNumber"/>
        <w:spacing w:line="240" w:lineRule="auto"/>
        <w:ind w:left="720"/>
      </w:pPr>
      <w:r/>
      <w:hyperlink r:id="rId13">
        <w:r>
          <w:rPr>
            <w:color w:val="0000EE"/>
            <w:u w:val="single"/>
          </w:rPr>
          <w:t>https://www.discovercathedralcity.com/event/cathedral-city-lgbt-days-3-2/</w:t>
        </w:r>
      </w:hyperlink>
      <w:r>
        <w:t xml:space="preserve"> - The 10th Annual Cathedral City LGBT+ Days event, presented by Agua Caliente Casinos, brings together numerous LGBTQ+ celebrities, artists, performers, media, community leaders, Coachella Valley residents, and visitors for an unforgettable weekend of live entertainment, community engagement, and fun activities from March 6th-8th, 2026. (</w:t>
      </w:r>
      <w:hyperlink r:id="rId20">
        <w:r>
          <w:rPr>
            <w:color w:val="0000EE"/>
            <w:u w:val="single"/>
          </w:rPr>
          <w:t>discovercathedralcity.com</w:t>
        </w:r>
      </w:hyperlink>
      <w:r>
        <w:t>)</w:t>
      </w:r>
      <w:r/>
    </w:p>
    <w:p>
      <w:pPr>
        <w:pStyle w:val="ListNumber"/>
        <w:spacing w:line="240" w:lineRule="auto"/>
        <w:ind w:left="720"/>
      </w:pPr>
      <w:r/>
      <w:hyperlink r:id="rId11">
        <w:r>
          <w:rPr>
            <w:color w:val="0000EE"/>
            <w:u w:val="single"/>
          </w:rPr>
          <w:t>https://www.nbcpalmsprings.com/2026/03/02/cathedral-city-repaints-rainbow-crosswalk-ahead-of-10th-annual-lgbt-days-festival</w:t>
        </w:r>
      </w:hyperlink>
      <w:r>
        <w:t xml:space="preserve"> - Ahead of the 10th Annual LGBT+ Days Festival, volunteers repainted Cathedral City's rainbow crosswalk in front of City Hall. The festival, running from March 6-8, includes a pro-equality rally, drone show, parade with bed races, and performances headlined by David Archuleta. The repainting serves as a visible demonstration of inclusivity in Cathedral City. (</w:t>
      </w:r>
      <w:hyperlink r:id="rId21">
        <w:r>
          <w:rPr>
            <w:color w:val="0000EE"/>
            <w:u w:val="single"/>
          </w:rPr>
          <w:t>nbcpalmsprings.com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16/cathedral-city-council-unanimously-votes-to-rename-annual-pride-celebration" TargetMode="External"/><Relationship Id="rId10" Type="http://schemas.openxmlformats.org/officeDocument/2006/relationships/hyperlink" Target="https://www.cathedralcitylgbtdays.com/schedule/" TargetMode="External"/><Relationship Id="rId11" Type="http://schemas.openxmlformats.org/officeDocument/2006/relationships/hyperlink" Target="https://www.nbcpalmsprings.com/2026/03/02/cathedral-city-repaints-rainbow-crosswalk-ahead-of-10th-annual-lgbt-days-festival" TargetMode="External"/><Relationship Id="rId12" Type="http://schemas.openxmlformats.org/officeDocument/2006/relationships/hyperlink" Target="https://www.cathedralcitylgbtdays.com/" TargetMode="External"/><Relationship Id="rId13" Type="http://schemas.openxmlformats.org/officeDocument/2006/relationships/hyperlink" Target="https://www.discovercathedralcity.com/event/cathedral-city-lgbt-days-3-2/" TargetMode="External"/><Relationship Id="rId14" Type="http://schemas.openxmlformats.org/officeDocument/2006/relationships/hyperlink" Target="https://ukenreport.com/cathedral-city-pride-coming-in-march/" TargetMode="External"/><Relationship Id="rId15" Type="http://schemas.openxmlformats.org/officeDocument/2006/relationships/hyperlink" Target="https://kesq.com/news/2026/09/16/cathedral-city-votes-to-change-name-of-lgbtq-celebration/" TargetMode="External"/><Relationship Id="rId16" Type="http://schemas.openxmlformats.org/officeDocument/2006/relationships/hyperlink" Target="https://kesq.com/news/2026/09/16/cathedral-city-votes-to-change-name-of-lgbtq-celebration/?utm_source=openai" TargetMode="External"/><Relationship Id="rId17" Type="http://schemas.openxmlformats.org/officeDocument/2006/relationships/hyperlink" Target="https://www.nbcpalmsprings.com/local-and-community/2026/09/16/cathedral-city-council-unanimously-votes-to-rename-annual-pride-celebration?utm_source=openai" TargetMode="External"/><Relationship Id="rId18" Type="http://schemas.openxmlformats.org/officeDocument/2006/relationships/hyperlink" Target="https://www.cathedralcitylgbtdays.com/schedule/?utm_source=openai" TargetMode="External"/><Relationship Id="rId19" Type="http://schemas.openxmlformats.org/officeDocument/2006/relationships/hyperlink" Target="https://www.cathedralcitylgbtdays.com/?utm_source=openai" TargetMode="External"/><Relationship Id="rId20" Type="http://schemas.openxmlformats.org/officeDocument/2006/relationships/hyperlink" Target="https://www.discovercathedralcity.com/event/cathedral-city-lgbt-days-3-2/?utm_source=openai" TargetMode="External"/><Relationship Id="rId21" Type="http://schemas.openxmlformats.org/officeDocument/2006/relationships/hyperlink" Target="https://www.nbcpalmsprings.com/2026/03/02/cathedral-city-repaints-rainbow-crosswalk-ahead-of-10th-annual-lgbt-days-festiva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