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Kimberley Pride Fest Celebrates Gender Diversity With Music and Colour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filled Kimberley's Platzl and Deer Park Avenue on 12 September for a bright, welcoming Pride Fest, bringing together local families, performers, traders and members of the 2SLGBTAIA+ community. With live music, a drag show and a guest appearance from writer Ivan Coyote, the event turned a Saturday gathering into a lively celebration of identity and belonging.</w:t>
      </w:r>
      <w:r/>
    </w:p>
    <w:p>
      <w:pPr>
        <w:pStyle w:val="Heading2"/>
      </w:pPr>
      <w:r>
        <w:t>Kimberley Pride Fest brought colour to the city centre</w:t>
      </w:r>
      <w:r/>
    </w:p>
    <w:p>
      <w:r/>
      <w:r>
        <w:t>Rainbow colours took over Kimberley as residents gathered for a day of celebration, connection and community pride. The event had the easy, upbeat feel of a town coming together, with performers on stage, music in the air and plenty for families to explore.</w:t>
      </w:r>
      <w:r/>
    </w:p>
    <w:p>
      <w:r/>
      <w:r>
        <w:t>The festival centred the 2SLGBTAIA+ community and gender diversity, while creating an open invitation for the wider public. That mix matters: Pride events can be both joyful occasions and visible reminders that people deserve to feel safe and recognised where they live.</w:t>
      </w:r>
      <w:r/>
    </w:p>
    <w:p>
      <w:pPr>
        <w:pStyle w:val="Heading2"/>
      </w:pPr>
      <w:r>
        <w:t>A thoughtful opening set the tone</w:t>
      </w:r>
      <w:r/>
    </w:p>
    <w:p>
      <w:r/>
      <w:r>
        <w:t>The programme began with speeches from Mayor Don McCormick, Kimberley Pride Society president Khadija Flynn and Canadian writer Ivan Coyote. Their appearances gave the celebration a strong local foundation, while also bringing a broader perspective on identity, equality and social justice.</w:t>
      </w:r>
      <w:r/>
    </w:p>
    <w:p>
      <w:r/>
      <w:r>
        <w:t xml:space="preserve">Coyote's work spans books, films, stage productions and music, with recurring themes including gender, family, class and relationships. Their official biography describes a career built around storytelling and performance, making them a natural fit for an event where personal experiences and public celebration met. </w:t>
      </w:r>
      <w:r/>
    </w:p>
    <w:p>
      <w:pPr>
        <w:pStyle w:val="Heading2"/>
      </w:pPr>
      <w:r>
        <w:t>From drag performances to live music</w:t>
      </w:r>
      <w:r/>
    </w:p>
    <w:p>
      <w:r/>
      <w:r>
        <w:t>There was no shortage of energy. A drag show delivered the biggest bursts of theatrical fun, while live music kept the atmosphere moving through the city centre. The Kootenay Cryptid's playful performance added a memorable dash of camp, proving once again that a good Pride celebration should leave room for both meaning and mischief.</w:t>
      </w:r>
      <w:r/>
    </w:p>
    <w:p>
      <w:r/>
      <w:r>
        <w:t>Elsewhere, a vendor market gave visitors the chance to browse local stalls, and a bouncy castle helped make the programme family-friendly. It was a smart combination, balancing speeches and serious themes with the softer pleasures of a community day out.</w:t>
      </w:r>
      <w:r/>
    </w:p>
    <w:p>
      <w:pPr>
        <w:pStyle w:val="Heading2"/>
      </w:pPr>
      <w:r>
        <w:t>Ivan Coyote's stories add a wider perspective</w:t>
      </w:r>
      <w:r/>
    </w:p>
    <w:p>
      <w:r/>
      <w:r>
        <w:t>Coyote is the author of thirteen books, including Rebent Sinner, Tomboy Survival Guide and Gender Failure. Their official book listings show a body of work concerned with gender, belonging, family and the complicated ways people move through the world.</w:t>
      </w:r>
      <w:r/>
    </w:p>
    <w:p>
      <w:r/>
      <w:r>
        <w:t>That storytelling background adds depth to a festival that could easily have been reduced to flags and entertainment. Pride is colourful, certainly, but it also gives people space to hear experiences unlike their own. A writer who has spent years exploring those questions can help turn a cheerful afternoon into something more reflective.</w:t>
      </w:r>
      <w:r/>
    </w:p>
    <w:p>
      <w:pPr>
        <w:pStyle w:val="Heading2"/>
      </w:pPr>
      <w:r>
        <w:t>Why local Pride celebrations still matter</w:t>
      </w:r>
      <w:r/>
    </w:p>
    <w:p>
      <w:r/>
      <w:r>
        <w:t>A town-based Pride festival offers something national campaigns and online conversations can't quite replicate: people standing together in the same place. The familiar streets, local faces and relaxed pace make inclusion feel practical rather than abstract.</w:t>
      </w:r>
      <w:r/>
    </w:p>
    <w:p>
      <w:r/>
      <w:r>
        <w:t>Kimberley's event also showed how varied a Pride programme can be. A speech can prompt thought, a performance can create delight and a market can encourage conversation, all within a few steps of one another. For many visitors, that combination is the point: community should feel welcoming, visible and genuinely enjoyable.</w:t>
      </w:r>
      <w:r/>
    </w:p>
    <w:p>
      <w:r/>
      <w:r>
        <w:t>Small celebrations can carry a surprisingly big message. Kimberley Pride Fest made that message colourful, musical and very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[7]</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12">
        <w:r>
          <w:rPr>
            <w:color w:val="0000EE"/>
            <w:u w:val="single"/>
          </w:rPr>
          <w:t>[5]</w:t>
        </w:r>
      </w:hyperlink>
      <w:r>
        <w:t xml:space="preserve">- Paragraph 9: </w:t>
      </w:r>
      <w:hyperlink r:id="rId11">
        <w:r>
          <w:rPr>
            <w:color w:val="0000EE"/>
            <w:u w:val="single"/>
          </w:rPr>
          <w:t>[4]</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2">
        <w:r>
          <w:rPr>
            <w:color w:val="0000EE"/>
            <w:u w:val="single"/>
          </w:rPr>
          <w:t>[3]</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https://kimberleybulletin.com/2026/09/18/kimberley-celebrates-pride/</w:t>
        </w:r>
      </w:hyperlink>
      <w:r>
        <w:t xml:space="preserve"> - Please view link - unable to able to access data</w:t>
      </w:r>
      <w:r/>
    </w:p>
    <w:p>
      <w:pPr>
        <w:pStyle w:val="ListNumber"/>
        <w:spacing w:line="240" w:lineRule="auto"/>
        <w:ind w:left="720"/>
      </w:pPr>
      <w:r/>
      <w:hyperlink r:id="rId10">
        <w:r>
          <w:rPr>
            <w:color w:val="0000EE"/>
            <w:u w:val="single"/>
          </w:rPr>
          <w:t>https://www.ivancoyote.com/</w:t>
        </w:r>
      </w:hyperlink>
      <w:r>
        <w:t xml:space="preserve"> - Ivan Coyote is a Canadian writer, storyteller, and performer known for their works that explore themes of family, class, gender, identity, and social justice. They have authored numerous books, including 'Rebent Sinner', 'Tomboy Survival Guide', and 'Gender Failure'. Coyote is non-binary and uses singular they pronouns. They reside in Whitehorse, Yukon Territory, and are celebrated for their contributions to Canadian literature and LGBTQ+ representation.</w:t>
      </w:r>
      <w:r/>
    </w:p>
    <w:p>
      <w:pPr>
        <w:pStyle w:val="ListNumber"/>
        <w:spacing w:line="240" w:lineRule="auto"/>
        <w:ind w:left="720"/>
      </w:pPr>
      <w:r/>
      <w:hyperlink r:id="rId12">
        <w:r>
          <w:rPr>
            <w:color w:val="0000EE"/>
            <w:u w:val="single"/>
          </w:rPr>
          <w:t>https://www.ivancoyote.com/books</w:t>
        </w:r>
      </w:hyperlink>
      <w:r>
        <w:t xml:space="preserve"> - Ivan Coyote's bibliography includes works such as 'Rebent Sinner', 'Tomboy Survival Guide', and 'Gender Failure'. These books delve into topics like relationships, gender, class, family, and social justice, reflecting Coyote's experiences and perspectives. Their storytelling combines personal narratives with broader social themes, offering insights into the complexities of identity and societal norms.</w:t>
      </w:r>
      <w:r/>
    </w:p>
    <w:p>
      <w:pPr>
        <w:pStyle w:val="ListNumber"/>
        <w:spacing w:line="240" w:lineRule="auto"/>
        <w:ind w:left="720"/>
      </w:pPr>
      <w:r/>
      <w:hyperlink r:id="rId11">
        <w:r>
          <w:rPr>
            <w:color w:val="0000EE"/>
            <w:u w:val="single"/>
          </w:rPr>
          <w:t>https://www.ivancoyote.com/about</w:t>
        </w:r>
      </w:hyperlink>
      <w:r>
        <w:t xml:space="preserve"> - Ivan Coyote is a Canadian writer, storyteller, and performer whose works explore themes of family, class, gender, identity, and social justice. They have authored numerous books, including 'Rebent Sinner', 'Tomboy Survival Guide', and 'Gender Failure'. Coyote is non-binary and uses singular they pronouns. They reside in Whitehorse, Yukon Territory, and are celebrated for their contributions to Canadian literature and LGBTQ+ representation.</w:t>
      </w:r>
      <w:r/>
    </w:p>
    <w:p>
      <w:pPr>
        <w:pStyle w:val="ListNumber"/>
        <w:spacing w:line="240" w:lineRule="auto"/>
        <w:ind w:left="720"/>
      </w:pPr>
      <w:r/>
      <w:hyperlink r:id="rId12">
        <w:r>
          <w:rPr>
            <w:color w:val="0000EE"/>
            <w:u w:val="single"/>
          </w:rPr>
          <w:t>https://www.ivancoyote.com/books</w:t>
        </w:r>
      </w:hyperlink>
      <w:r>
        <w:t xml:space="preserve"> - Ivan Coyote's bibliography includes works such as 'Rebent Sinner', 'Tomboy Survival Guide', and 'Gender Failure'. These books delve into topics like relationships, gender, class, family, and social justice, reflecting Coyote's experiences and perspectives. Their storytelling combines personal narratives with broader social themes, offering insights into the complexities of identity and societal norms.</w:t>
      </w:r>
      <w:r/>
    </w:p>
    <w:p>
      <w:pPr>
        <w:pStyle w:val="ListNumber"/>
        <w:spacing w:line="240" w:lineRule="auto"/>
        <w:ind w:left="720"/>
      </w:pPr>
      <w:r/>
      <w:hyperlink r:id="rId11">
        <w:r>
          <w:rPr>
            <w:color w:val="0000EE"/>
            <w:u w:val="single"/>
          </w:rPr>
          <w:t>https://www.ivancoyote.com/about</w:t>
        </w:r>
      </w:hyperlink>
      <w:r>
        <w:t xml:space="preserve"> - Ivan Coyote is a Canadian writer, storyteller, and performer whose works explore themes of family, class, gender, identity, and social justice. They have authored numerous books, including 'Rebent Sinner', 'Tomboy Survival Guide', and 'Gender Failure'. Coyote is non-binary and uses singular they pronouns. They reside in Whitehorse, Yukon Territory, and are celebrated for their contributions to Canadian literature and LGBTQ+ representation.</w:t>
      </w:r>
      <w:r/>
    </w:p>
    <w:p>
      <w:pPr>
        <w:pStyle w:val="ListNumber"/>
        <w:spacing w:line="240" w:lineRule="auto"/>
        <w:ind w:left="720"/>
      </w:pPr>
      <w:r/>
      <w:hyperlink r:id="rId12">
        <w:r>
          <w:rPr>
            <w:color w:val="0000EE"/>
            <w:u w:val="single"/>
          </w:rPr>
          <w:t>https://www.ivancoyote.com/books</w:t>
        </w:r>
      </w:hyperlink>
      <w:r>
        <w:t xml:space="preserve"> - Ivan Coyote's bibliography includes works such as 'Rebent Sinner', 'Tomboy Survival Guide', and 'Gender Failure'. These books delve into topics like relationships, gender, class, family, and social justice, reflecting Coyote's experiences and perspectives. Their storytelling combines personal narratives with broader social themes, offering insights into the complexities of identity and societal norms.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imberleybulletin.com/2026/09/18/kimberley-celebrates-pride/" TargetMode="External"/><Relationship Id="rId10" Type="http://schemas.openxmlformats.org/officeDocument/2006/relationships/hyperlink" Target="https://www.ivancoyote.com/" TargetMode="External"/><Relationship Id="rId11" Type="http://schemas.openxmlformats.org/officeDocument/2006/relationships/hyperlink" Target="https://www.ivancoyote.com/about" TargetMode="External"/><Relationship Id="rId12" Type="http://schemas.openxmlformats.org/officeDocument/2006/relationships/hyperlink" Target="https://www.ivancoyote.com/boo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