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Fathernetics: A Practical Guide to Becoming a Gay Dad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Prospective gay dads are finding a warmer, more practical starting point through Fathernetics, a weekly podcast created by Jameel Mayers and his husband, Nicholas. Their own foster-to-adopt journey offers useful perspective for queer men weighing family-building options, from choosing an agency to preparing for life with an older child.</w:t>
      </w:r>
      <w:r/>
    </w:p>
    <w:p>
      <w:pPr>
        <w:pStyle w:val="Heading2"/>
      </w:pPr>
      <w:r>
        <w:t>Essential Takeaways</w:t>
      </w:r>
      <w:r/>
      <w:r/>
    </w:p>
    <w:p>
      <w:pPr>
        <w:pStyle w:val="ListBullet"/>
        <w:spacing w:line="240" w:lineRule="auto"/>
        <w:ind w:left="720"/>
      </w:pPr>
      <w:r/>
      <w:r>
        <w:rPr>
          <w:b/>
        </w:rPr>
        <w:t>A missing resource:</w:t>
      </w:r>
      <w:r>
        <w:t xml:space="preserve"> Fathernetics was created to support gay men who want children but aren't sure where to start.</w:t>
      </w:r>
      <w:r/>
    </w:p>
    <w:p>
      <w:pPr>
        <w:pStyle w:val="ListBullet"/>
        <w:spacing w:line="240" w:lineRule="auto"/>
        <w:ind w:left="720"/>
      </w:pPr>
      <w:r/>
      <w:r>
        <w:rPr>
          <w:b/>
        </w:rPr>
        <w:t>Foster-to-adopt can be a route in:</w:t>
      </w:r>
      <w:r>
        <w:t xml:space="preserve"> Mayers and Nicholas chose fostering rather than pursuing the more expensive path of surrogacy.</w:t>
      </w:r>
      <w:r/>
    </w:p>
    <w:p>
      <w:pPr>
        <w:pStyle w:val="ListBullet"/>
        <w:spacing w:line="240" w:lineRule="auto"/>
        <w:ind w:left="720"/>
      </w:pPr>
      <w:r/>
      <w:r>
        <w:rPr>
          <w:b/>
        </w:rPr>
        <w:t>Agency research matters:</w:t>
      </w:r>
      <w:r>
        <w:t xml:space="preserve"> Inclusive language and direct questions helped them identify organisations genuinely open to same-sex parents.</w:t>
      </w:r>
      <w:r/>
    </w:p>
    <w:p>
      <w:pPr>
        <w:pStyle w:val="ListBullet"/>
        <w:spacing w:line="240" w:lineRule="auto"/>
        <w:ind w:left="720"/>
      </w:pPr>
      <w:r/>
      <w:r>
        <w:rPr>
          <w:b/>
        </w:rPr>
        <w:t>Preparation takes time:</w:t>
      </w:r>
      <w:r>
        <w:t xml:space="preserve"> Their certification involved weekly classes over roughly four months.</w:t>
      </w:r>
      <w:r/>
    </w:p>
    <w:p>
      <w:pPr>
        <w:pStyle w:val="ListBullet"/>
        <w:spacing w:line="240" w:lineRule="auto"/>
        <w:ind w:left="720"/>
      </w:pPr>
      <w:r/>
      <w:r>
        <w:rPr>
          <w:b/>
        </w:rPr>
        <w:t>Older-child adoption deserves attention:</w:t>
      </w:r>
      <w:r>
        <w:t xml:space="preserve"> The couple chose to avoid the newborn stage and welcomed a child who was four at the time.</w:t>
      </w:r>
      <w:r/>
      <w:r/>
    </w:p>
    <w:p>
      <w:pPr>
        <w:pStyle w:val="Heading2"/>
      </w:pPr>
      <w:r>
        <w:t>A podcast born from a real family journey</w:t>
      </w:r>
      <w:r/>
    </w:p>
    <w:p>
      <w:r/>
      <w:r>
        <w:t>When Jameel Mayers and his husband, Nicholas, began exploring parenthood, they quickly discovered a frustrating gap: plenty of family-building information existed, but much less was written with gay dads in mind. Their answer wasn't simply to keep searching. It was to build the resource they wished they'd had.</w:t>
      </w:r>
      <w:r/>
    </w:p>
    <w:p>
      <w:r/>
      <w:r>
        <w:t>That idea became Fathernetics, a weekly podcast for gay men considering parenthood, already raising children, or somewhere in the uncertain middle. The show sits in a useful space between inspiration and practical guidance, which is often exactly what prospective parents need. Apple Podcasts lists the programme as an active series, while Mayers' own website provides a home for his wider work. (</w:t>
      </w:r>
      <w:hyperlink r:id="rId9">
        <w:r>
          <w:rPr>
            <w:color w:val="0000EE"/>
            <w:u w:val="single"/>
          </w:rPr>
          <w:t>[2]</w:t>
        </w:r>
      </w:hyperlink>
      <w:r>
        <w:t xml:space="preserve">, </w:t>
      </w:r>
      <w:hyperlink r:id="rId10">
        <w:r>
          <w:rPr>
            <w:color w:val="0000EE"/>
            <w:u w:val="single"/>
          </w:rPr>
          <w:t>[3]</w:t>
        </w:r>
      </w:hyperlink>
      <w:r>
        <w:t>)</w:t>
      </w:r>
      <w:r/>
    </w:p>
    <w:p>
      <w:r/>
      <w:r>
        <w:t>The couple's story gives the project credibility without making it feel like a glossy success story. They faced the same questions many prospective parents face, including which route to choose, who to trust and how to prepare emotionally.</w:t>
      </w:r>
      <w:r/>
    </w:p>
    <w:p>
      <w:pPr>
        <w:pStyle w:val="Heading2"/>
      </w:pPr>
      <w:r>
        <w:t>Why foster-to-adopt appealed to the couple</w:t>
      </w:r>
      <w:r/>
    </w:p>
    <w:p>
      <w:r/>
      <w:r>
        <w:t>Surrogacy is often discussed as a leading route for gay men who want a biological connection to their child, but it can involve considerable financial and logistical demands. Mayers and Nicholas looked in another direction and decided that foster-to-adopt suited their circumstances and hopes better.</w:t>
      </w:r>
      <w:r/>
    </w:p>
    <w:p>
      <w:r/>
      <w:r>
        <w:t>Their first practical step was finding an agency and completing certification. In Phoenix, where they live, they were given a list of potential organisations. Some made their position clear through language about building "traditional Christian families", while others required more direct questioning.</w:t>
      </w:r>
      <w:r/>
    </w:p>
    <w:p>
      <w:r/>
      <w:r>
        <w:t xml:space="preserve">The couple called agencies to ask whether they would welcome their family. Several answers were negative before one organisation made it clear that it valued capable parents, regardless of whether they fitted a conventional image. That experience underlines a point often missed in family-planning guides: an agency's public messaging can tell you a lot, but a straightforward conversation can tell you more. ( </w:t>
      </w:r>
      <w:hyperlink r:id="rId11">
        <w:r>
          <w:rPr>
            <w:color w:val="0000EE"/>
            <w:u w:val="single"/>
          </w:rPr>
          <w:t>[4]</w:t>
        </w:r>
      </w:hyperlink>
      <w:r>
        <w:t xml:space="preserve">, </w:t>
      </w:r>
      <w:hyperlink r:id="rId12">
        <w:r>
          <w:rPr>
            <w:color w:val="0000EE"/>
            <w:u w:val="single"/>
          </w:rPr>
          <w:t>[7]</w:t>
        </w:r>
      </w:hyperlink>
      <w:r>
        <w:t xml:space="preserve"> )</w:t>
      </w:r>
      <w:r/>
    </w:p>
    <w:p>
      <w:pPr>
        <w:pStyle w:val="Heading2"/>
      </w:pPr>
      <w:r>
        <w:t>Finding an agency that truly welcomes queer parents</w:t>
      </w:r>
      <w:r/>
    </w:p>
    <w:p>
      <w:r/>
      <w:r>
        <w:t>For gay men considering foster care, inclusivity shouldn't be treated as a pleasant extra. It affects the entire experience, from training and assessment to matching and ongoing support. A welcoming organisation should be able to answer questions plainly rather than leaving applicants to decode vague wording.</w:t>
      </w:r>
      <w:r/>
    </w:p>
    <w:p>
      <w:r/>
      <w:r>
        <w:t>It helps to ask about experience with LGBTQ+ applicants, policies on same-sex couples, support for children with LGBTQ+ identities and how the agency handles discrimination. Prospective parents should also ask who provides training, what the assessment involves and what support remains available after a child arrives.</w:t>
      </w:r>
      <w:r/>
    </w:p>
    <w:p>
      <w:r/>
      <w:r>
        <w:t>Mayers and Nicholas' experience shows why comparison shopping matters. The first agency that answers the phone isn't automatically the right one. A good fit should feel professional, respectful and clear, not like you're asking permission to be a family. Additional queer-parenting resources can help applicants broaden their research before making contact. (</w:t>
      </w:r>
      <w:hyperlink r:id="rId12">
        <w:r>
          <w:rPr>
            <w:color w:val="0000EE"/>
            <w:u w:val="single"/>
          </w:rPr>
          <w:t>[7]</w:t>
        </w:r>
      </w:hyperlink>
      <w:r>
        <w:t xml:space="preserve">, </w:t>
      </w:r>
      <w:hyperlink r:id="rId10">
        <w:r>
          <w:rPr>
            <w:color w:val="0000EE"/>
            <w:u w:val="single"/>
          </w:rPr>
          <w:t>[3]</w:t>
        </w:r>
      </w:hyperlink>
      <w:r>
        <w:t>)</w:t>
      </w:r>
      <w:r/>
    </w:p>
    <w:p>
      <w:pPr>
        <w:pStyle w:val="Heading2"/>
      </w:pPr>
      <w:r>
        <w:t>Certification is demanding, but it can clarify your choices</w:t>
      </w:r>
      <w:r/>
    </w:p>
    <w:p>
      <w:r/>
      <w:r>
        <w:t>The couple completed weekly classes over about four months before becoming certified foster parents. That may sound like a long runway, especially for anyone eager to get started, but training is where many big questions become more manageable.</w:t>
      </w:r>
      <w:r/>
    </w:p>
    <w:p>
      <w:r/>
      <w:r>
        <w:t>Applicants are typically asked what ages they can care for and what kinds of needs they feel equipped to support. Those questions aren't merely administrative. They encourage people to examine their routines, boundaries and expectations before a child enters the home.</w:t>
      </w:r>
      <w:r/>
    </w:p>
    <w:p>
      <w:r/>
      <w:r>
        <w:t xml:space="preserve">Mayers and Nicholas knew they didn't want to return to the baby years, and they were open to welcoming an older child. Their son joined them at four and is now 13. That choice also highlights a broader truth about adoption: family-building isn't defined by one ideal age or one tidy path. ( </w:t>
      </w:r>
      <w:hyperlink r:id="rId13">
        <w:r>
          <w:rPr>
            <w:color w:val="0000EE"/>
            <w:u w:val="single"/>
          </w:rPr>
          <w:t>[5]</w:t>
        </w:r>
      </w:hyperlink>
      <w:r>
        <w:t xml:space="preserve">, </w:t>
      </w:r>
      <w:hyperlink r:id="rId14">
        <w:r>
          <w:rPr>
            <w:color w:val="0000EE"/>
            <w:u w:val="single"/>
          </w:rPr>
          <w:t>[6]</w:t>
        </w:r>
      </w:hyperlink>
      <w:r>
        <w:t xml:space="preserve"> )</w:t>
      </w:r>
      <w:r/>
    </w:p>
    <w:p>
      <w:pPr>
        <w:pStyle w:val="Heading2"/>
      </w:pPr>
      <w:r>
        <w:t>Parent education needs to reflect modern families</w:t>
      </w:r>
      <w:r/>
    </w:p>
    <w:p>
      <w:r/>
      <w:r>
        <w:t>Fathernetics matters because it treats queer fatherhood as a lived experience rather than a niche footnote. Gay dads may need guidance on adoption, fostering, surrogacy and donor conception, but they also need conversations about everyday parenting, identity and the practical work of creating a secure home.</w:t>
      </w:r>
      <w:r/>
    </w:p>
    <w:p>
      <w:r/>
      <w:r>
        <w:t>The podcast's value is likely to be strongest for listeners who are still assembling the basics. What does the process cost? How long might it take? What should you ask an agency? How do you explain your family to a child, a school or a sceptical relative? These are ordinary parenting questions, but they can feel more complicated when mainstream advice doesn't reflect your family.</w:t>
      </w:r>
      <w:r/>
    </w:p>
    <w:p>
      <w:r/>
      <w:r>
        <w:t>Mayers and Nicholas have turned the lessons of their own journey into a resource for others. There's something reassuring about that approach: sometimes the most useful guide isn't a distant expert, but another parent who remembers exactly how confusing the first step felt. (</w:t>
      </w:r>
      <w:hyperlink r:id="rId9">
        <w:r>
          <w:rPr>
            <w:color w:val="0000EE"/>
            <w:u w:val="single"/>
          </w:rPr>
          <w:t>[2]</w:t>
        </w:r>
      </w:hyperlink>
      <w:r>
        <w:t xml:space="preserve">, </w:t>
      </w:r>
      <w:hyperlink r:id="rId11">
        <w:r>
          <w:rPr>
            <w:color w:val="0000EE"/>
            <w:u w:val="single"/>
          </w:rPr>
          <w:t>[4]</w:t>
        </w:r>
      </w:hyperlink>
      <w:r>
        <w:t>)</w:t>
      </w:r>
      <w:r/>
    </w:p>
    <w:p>
      <w:r/>
      <w:r>
        <w:t>For gay men considering parenthood, the right first step may be finding the right questions - and a community willing to answer them.</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https://meaws.com/news/fathernetics-how-to-become-a-gay-dad/105304</w:t>
        </w:r>
      </w:hyperlink>
      <w:r>
        <w:t xml:space="preserve"> - Please view link - unable to able to access data</w:t>
      </w:r>
      <w:r/>
    </w:p>
    <w:p>
      <w:pPr>
        <w:pStyle w:val="ListNumber"/>
        <w:spacing w:line="240" w:lineRule="auto"/>
        <w:ind w:left="720"/>
      </w:pPr>
      <w:r/>
      <w:hyperlink r:id="rId9">
        <w:r>
          <w:rPr>
            <w:color w:val="0000EE"/>
            <w:u w:val="single"/>
          </w:rPr>
          <w:t>https://podcasts.apple.com/gb/podcast/fathernetics/id1802788046</w:t>
        </w:r>
      </w:hyperlink>
      <w:r>
        <w:t xml:space="preserve"> - Fathernetics is a podcast hosted by Jameel Mayers, focusing on the journeys of LGBTQ+ men to fatherhood. The show features real stories from men who have chosen fatherhood, exploring various paths such as adoption, fostering, IVF, and surrogacy. Each episode delves into the experiences, challenges, and triumphs of modern dads, providing candid and unfiltered conversations about identity, resilience, relationships, and the realities of building a family. New episodes are released weekly, offering listeners diverse perspectives on fatherhood within the LGBTQ+ community.</w:t>
      </w:r>
      <w:r/>
    </w:p>
    <w:p>
      <w:pPr>
        <w:pStyle w:val="ListNumber"/>
        <w:spacing w:line="240" w:lineRule="auto"/>
        <w:ind w:left="720"/>
      </w:pPr>
      <w:r/>
      <w:hyperlink r:id="rId10">
        <w:r>
          <w:rPr>
            <w:color w:val="0000EE"/>
            <w:u w:val="single"/>
          </w:rPr>
          <w:t>https://www.jameelmayers.com/</w:t>
        </w:r>
      </w:hyperlink>
      <w:r>
        <w:t xml:space="preserve"> - Jameel Mayers' official website serves as a hub for his podcast, Fathernetics. The site provides information about the podcast, including its mission to share real stories from LGBTQ+ dads and their journeys to fatherhood. It also offers access to episodes, guest appearances, and additional resources related to modern fatherhood. The website reflects Mayers' commitment to creating a space for honest conversations about identity, resilience, and the realities of building a family within the LGBTQ+ community.</w:t>
      </w:r>
      <w:r/>
    </w:p>
    <w:p>
      <w:pPr>
        <w:pStyle w:val="ListNumber"/>
        <w:spacing w:line="240" w:lineRule="auto"/>
        <w:ind w:left="720"/>
      </w:pPr>
      <w:r/>
      <w:hyperlink r:id="rId11">
        <w:r>
          <w:rPr>
            <w:color w:val="0000EE"/>
            <w:u w:val="single"/>
          </w:rPr>
          <w:t>https://zeno.fm/podcast/fathernetics/</w:t>
        </w:r>
      </w:hyperlink>
      <w:r>
        <w:t xml:space="preserve"> - Fathernetics is available on Zeno.FM, a platform that hosts the podcast's episodes. The show, hosted by Jameel Mayers, features real stories from men who have chosen fatherhood, exploring various paths such as adoption, fostering, IVF, and surrogacy. Each episode provides candid and unfiltered conversations about identity, resilience, relationships, and the realities of building a family. New episodes are released weekly, offering listeners diverse perspectives on fatherhood within the LGBTQ+ community.</w:t>
      </w:r>
      <w:r/>
    </w:p>
    <w:p>
      <w:pPr>
        <w:pStyle w:val="ListNumber"/>
        <w:spacing w:line="240" w:lineRule="auto"/>
        <w:ind w:left="720"/>
      </w:pPr>
      <w:r/>
      <w:hyperlink r:id="rId13">
        <w:r>
          <w:rPr>
            <w:color w:val="0000EE"/>
            <w:u w:val="single"/>
          </w:rPr>
          <w:t>https://www.moderndadhood.com/</w:t>
        </w:r>
      </w:hyperlink>
      <w:r>
        <w:t xml:space="preserve"> - Modern Dadhood is a bi-weekly podcast that addresses unique fatherhood-related themes in each episode. Hosts Adam Flaherty and Marc Checket interview a diverse range of dads, including famous and not-so-famous, old and new, stepdads, granddads, and trans dads, aiming to gain new perspectives and become better parents and human beings. The podcast covers various topics related to parenting and fatherhood, providing listeners with insights and stories from different experiences and backgrounds.</w:t>
      </w:r>
      <w:r/>
    </w:p>
    <w:p>
      <w:pPr>
        <w:pStyle w:val="ListNumber"/>
        <w:spacing w:line="240" w:lineRule="auto"/>
        <w:ind w:left="720"/>
      </w:pPr>
      <w:r/>
      <w:hyperlink r:id="rId14">
        <w:r>
          <w:rPr>
            <w:color w:val="0000EE"/>
            <w:u w:val="single"/>
          </w:rPr>
          <w:t>https://www.jameelmayers.com/book-club</w:t>
        </w:r>
      </w:hyperlink>
      <w:r>
        <w:t xml:space="preserve"> - The Gay Ass Book Club, an extension of Fathernetics, is a Substack-exclusive space where members read together, engage in honest conversations, and delve deeper into stories that reflect their lives. The club features curated book picks, author interviews, behind-the-scenes conversations, and real discussions about why these stories matter to members as parents, partners, and individuals. Launched in Q2 2026, the club aims to create a connected, intentional reading community rooted in the values of Fathernetics, visibility, storytelling, and shared growth.</w:t>
      </w:r>
      <w:r/>
    </w:p>
    <w:p>
      <w:pPr>
        <w:pStyle w:val="ListNumber"/>
        <w:spacing w:line="240" w:lineRule="auto"/>
        <w:ind w:left="720"/>
      </w:pPr>
      <w:r/>
      <w:hyperlink r:id="rId12">
        <w:r>
          <w:rPr>
            <w:color w:val="0000EE"/>
            <w:u w:val="single"/>
          </w:rPr>
          <w:t>https://gwkacademy.org/additional-queer-resources/</w:t>
        </w:r>
      </w:hyperlink>
      <w:r>
        <w:t xml:space="preserve"> - The Gay Dad Project is a resource that provides support and information for gay men interested in becoming fathers. It offers guidance on various paths to parenthood, including adoption, fostering, surrogacy, and IVF. The project aims to create a supportive community for gay dads and those considering fatherhood, providing resources, stories, and advice to navigate the journey of building a family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dcasts.apple.com/gb/podcast/fathernetics/id1802788046" TargetMode="External"/><Relationship Id="rId10" Type="http://schemas.openxmlformats.org/officeDocument/2006/relationships/hyperlink" Target="https://www.jameelmayers.com/" TargetMode="External"/><Relationship Id="rId11" Type="http://schemas.openxmlformats.org/officeDocument/2006/relationships/hyperlink" Target="https://zeno.fm/podcast/fathernetics/" TargetMode="External"/><Relationship Id="rId12" Type="http://schemas.openxmlformats.org/officeDocument/2006/relationships/hyperlink" Target="https://gwkacademy.org/additional-queer-resources/" TargetMode="External"/><Relationship Id="rId13" Type="http://schemas.openxmlformats.org/officeDocument/2006/relationships/hyperlink" Target="https://www.moderndadhood.com/" TargetMode="External"/><Relationship Id="rId14" Type="http://schemas.openxmlformats.org/officeDocument/2006/relationships/hyperlink" Target="https://www.jameelmayers.com/book-club" TargetMode="External"/><Relationship Id="rId15" Type="http://schemas.openxmlformats.org/officeDocument/2006/relationships/hyperlink" Target="https://meaws.com/news/fathernetics-how-to-become-a-gay-dad/1053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