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Dallas drag icon Kelexis Davenport named Pride grand marshal</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Dallas drag legend Kelexis Davenport has been chosen to lead the city’s 2026 Pride parade, recognising nearly three decades of performance, mentorship and family-building at the Rose Room. Her story shows how one performer’s backstage generosity helped create one of the country’s most celebrated drag dynasties.</w:t>
      </w:r>
      <w:r/>
    </w:p>
    <w:p>
      <w:pPr>
        <w:pStyle w:val="Heading2"/>
      </w:pPr>
      <w:r>
        <w:t>Essential Takeaways</w:t>
      </w:r>
      <w:r/>
      <w:r/>
    </w:p>
    <w:p>
      <w:pPr>
        <w:pStyle w:val="ListBullet"/>
        <w:spacing w:line="240" w:lineRule="auto"/>
        <w:ind w:left="720"/>
      </w:pPr>
      <w:r/>
      <w:r>
        <w:rPr>
          <w:b/>
        </w:rPr>
        <w:t>A major honour:</w:t>
      </w:r>
      <w:r>
        <w:t xml:space="preserve"> Davenport will serve as grand marshal for Dallas Pride’s Michael Doughman Parade on Cedar Springs.</w:t>
      </w:r>
      <w:r/>
    </w:p>
    <w:p>
      <w:pPr>
        <w:pStyle w:val="ListBullet"/>
        <w:spacing w:line="240" w:lineRule="auto"/>
        <w:ind w:left="720"/>
      </w:pPr>
      <w:r/>
      <w:r>
        <w:rPr>
          <w:b/>
        </w:rPr>
        <w:t>A long career:</w:t>
      </w:r>
      <w:r>
        <w:t xml:space="preserve"> Her journey began in pageants before becoming closely linked with the Rose Room.</w:t>
      </w:r>
      <w:r/>
    </w:p>
    <w:p>
      <w:pPr>
        <w:pStyle w:val="ListBullet"/>
        <w:spacing w:line="240" w:lineRule="auto"/>
        <w:ind w:left="720"/>
      </w:pPr>
      <w:r/>
      <w:r>
        <w:rPr>
          <w:b/>
        </w:rPr>
        <w:t>A huge drag family:</w:t>
      </w:r>
      <w:r>
        <w:t xml:space="preserve"> Around 48 performers reportedly call her “mom”.</w:t>
      </w:r>
      <w:r/>
    </w:p>
    <w:p>
      <w:pPr>
        <w:pStyle w:val="ListBullet"/>
        <w:spacing w:line="240" w:lineRule="auto"/>
        <w:ind w:left="720"/>
      </w:pPr>
      <w:r/>
      <w:r>
        <w:rPr>
          <w:b/>
        </w:rPr>
        <w:t>More than a title:</w:t>
      </w:r>
      <w:r>
        <w:t xml:space="preserve"> The honour recognises mentorship as much as stage presence.</w:t>
      </w:r>
      <w:r/>
    </w:p>
    <w:p>
      <w:pPr>
        <w:pStyle w:val="ListBullet"/>
        <w:spacing w:line="240" w:lineRule="auto"/>
        <w:ind w:left="720"/>
      </w:pPr>
      <w:r/>
      <w:r>
        <w:rPr>
          <w:b/>
        </w:rPr>
        <w:t>A lasting legacy:</w:t>
      </w:r>
      <w:r>
        <w:t xml:space="preserve"> Davenport’s influence reaches into the next generation of pageant and reality-TV drag.</w:t>
      </w:r>
      <w:r/>
      <w:r/>
    </w:p>
    <w:p>
      <w:pPr>
        <w:pStyle w:val="Heading2"/>
      </w:pPr>
      <w:r>
        <w:t>Dallas’ drag matriarch gets her moment</w:t>
      </w:r>
      <w:r/>
    </w:p>
    <w:p>
      <w:r/>
      <w:r>
        <w:t>The envelope arrived just minutes before Kelexis Davenport was due on stage. She initially assumed it was meant for someone else, but inside was the news that she’d been selected as a 2026 Dallas Pride grand marshal.</w:t>
      </w:r>
      <w:r/>
    </w:p>
    <w:p>
      <w:r/>
      <w:r>
        <w:t>It’s a wonderfully theatrical setting for a career-defining announcement: dressing-room bustle, performers preparing, and a surprise tucked into an ordinary-looking envelope. Yet the choice makes sense. Davenport’s work has stretched far beyond her own performances, according to Meaws and the Dallas Voice.</w:t>
      </w:r>
      <w:r/>
    </w:p>
    <w:p>
      <w:r/>
      <w:r>
        <w:t>The Michael Doughman Parade on Cedar Springs will be the centrepiece of the city’s Pride celebrations, tied to the “Pride Lives Here” theme. For Davenport, the recognition lands as both a public celebration and a deeply personal acknowledgement.</w:t>
      </w:r>
      <w:r/>
    </w:p>
    <w:p>
      <w:pPr>
        <w:pStyle w:val="Heading2"/>
      </w:pPr>
      <w:r>
        <w:t>From summer job to Rose Room legend</w:t>
      </w:r>
      <w:r/>
    </w:p>
    <w:p>
      <w:r/>
      <w:r>
        <w:t>Davenport has said her drag career started almost by accident. At 19, while home from university, she joined friends as a backing dancer for a Miss Gay Texas USofA At Large contest. A borrowed makeup kit and a single performance opened the door to something much bigger.</w:t>
      </w:r>
      <w:r/>
    </w:p>
    <w:p>
      <w:r/>
      <w:r>
        <w:t>Pageantry became an early training ground, offering the discipline, polish and competitive instinct that would later shape her work. Profiles collected by Listal and IMDb place her within a wider story of performance, television and the evolving culture around pageant drag.</w:t>
      </w:r>
      <w:r/>
    </w:p>
    <w:p>
      <w:r/>
      <w:r>
        <w:t>The Rose Room then became an important part of her professional identity. For audiences, it’s a venue associated with glamour and high-energy entertainment. For Davenport, it also became a place where she could build relationships that outlast any one show.</w:t>
      </w:r>
      <w:r/>
    </w:p>
    <w:p>
      <w:pPr>
        <w:pStyle w:val="Heading2"/>
      </w:pPr>
      <w:r>
        <w:t>The family behind the famous name</w:t>
      </w:r>
      <w:r/>
    </w:p>
    <w:p>
      <w:r/>
      <w:r>
        <w:t>Davenport’s most remarkable achievement may be the drag family she has built. Around 48 performers reportedly identify her as their mother figure, creating a network that carries the Davenport name across clubs, competitions and popular culture.</w:t>
      </w:r>
      <w:r/>
    </w:p>
    <w:p>
      <w:r/>
      <w:r>
        <w:t>That family structure isn’t simply branding. In drag, chosen families can offer practical support, creative guidance and emotional shelter, particularly for performers finding their feet. Bustle’s coverage of the House of Davenport highlighted how those connections helped turn a television appearance into something resembling a family reunion rather than a simple competition.</w:t>
      </w:r>
      <w:r/>
    </w:p>
    <w:p>
      <w:r/>
      <w:r>
        <w:t>The result is a legacy that feels unusually visible. When audiences recognise a Davenport performer, they may also recognise the training, style and sense of belonging associated with the wider house.</w:t>
      </w:r>
      <w:r/>
    </w:p>
    <w:p>
      <w:pPr>
        <w:pStyle w:val="Heading2"/>
      </w:pPr>
      <w:r>
        <w:t>Why mentorship matters in modern drag</w:t>
      </w:r>
      <w:r/>
    </w:p>
    <w:p>
      <w:r/>
      <w:r>
        <w:t>Davenport’s story sits within a broader shift in how drag success is understood. A performer’s influence is no longer measured only by crowns, bookings or screen time. Teaching, introducing newcomers and creating opportunities can be just as important.</w:t>
      </w:r>
      <w:r/>
    </w:p>
    <w:p>
      <w:r/>
      <w:r>
        <w:t>That idea is reflected in coverage of newer pageant performers, including Mistress Isabelle Brooks, whose work has been discussed as part of drag’s next generation. The emphasis is on continuity: established artists passing down technique and confidence while younger performers bring their own references and energy.</w:t>
      </w:r>
      <w:r/>
    </w:p>
    <w:p>
      <w:r/>
      <w:r>
        <w:t>It’s also a useful reminder that drag families aren’t necessarily literal families. They’re creative ecosystems, built through trust, shared history and the occasional brutally honest note about a wig or a costume.</w:t>
      </w:r>
      <w:r/>
    </w:p>
    <w:p>
      <w:pPr>
        <w:pStyle w:val="Heading2"/>
      </w:pPr>
      <w:r>
        <w:t>A grand marshal with plenty more to say</w:t>
      </w:r>
      <w:r/>
    </w:p>
    <w:p>
      <w:r/>
      <w:r>
        <w:t>Davenport has described the honour as humbling and overwhelming, particularly because she sees herself as someone simply doing what feels right. That modesty may be part of the reason the announcement resonates.</w:t>
      </w:r>
      <w:r/>
    </w:p>
    <w:p>
      <w:r/>
      <w:r>
        <w:t>She has spent years performing, but her influence has become larger than the person audiences see under the lights. The grand marshal role gives Dallas a chance to celebrate both sides: the polished entertainer and the mentor working quietly behind the scenes.</w:t>
      </w:r>
      <w:r/>
    </w:p>
    <w:p>
      <w:r/>
      <w:r>
        <w:t>As Pride approaches, Davenport’s appointment offers a fitting message. Visibility matters, but so does the work that makes visibility possible for others. In her case, the next generation is already stepping into the spotlight.</w:t>
      </w:r>
      <w:r/>
    </w:p>
    <w:p>
      <w:r/>
      <w:r>
        <w:t>Her grand marshal role celebrates not just a drag star, but the family and future she helped create.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4">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https://meaws.com/news/dallas-modern-drag-matriarch-claims-her-next/105318</w:t>
        </w:r>
      </w:hyperlink>
      <w:r>
        <w:t xml:space="preserve"> - Please view link - unable to able to access data</w:t>
      </w:r>
      <w:r/>
    </w:p>
    <w:p>
      <w:pPr>
        <w:pStyle w:val="ListNumber"/>
        <w:spacing w:line="240" w:lineRule="auto"/>
        <w:ind w:left="720"/>
      </w:pPr>
      <w:r/>
      <w:hyperlink r:id="rId10">
        <w:r>
          <w:rPr>
            <w:color w:val="0000EE"/>
            <w:u w:val="single"/>
          </w:rPr>
          <w:t>https://dallasvoice.com/dallas-modern-drag-matriarch-claims-her-next-throne/</w:t>
        </w:r>
      </w:hyperlink>
      <w:r>
        <w:t xml:space="preserve"> - Kelexis Davenport, a legendary figure at Dallas' Rose Room, has been named the grand marshal for the 2026 Dallas Pride parade. Celebrated for her decades of drag excellence, Davenport is the matriarch of the Davenport drag family, which includes notable performers like Kennedy Davenport and Sahara Davenport. The announcement was made during a recent event at the Rose Room, where Davenport expressed her surprise and humility upon receiving the honour. (</w:t>
      </w:r>
      <w:hyperlink r:id="rId16">
        <w:r>
          <w:rPr>
            <w:color w:val="0000EE"/>
            <w:u w:val="single"/>
          </w:rPr>
          <w:t>dallasvoice.com</w:t>
        </w:r>
      </w:hyperlink>
      <w:r>
        <w:t>)</w:t>
      </w:r>
      <w:r/>
    </w:p>
    <w:p>
      <w:pPr>
        <w:pStyle w:val="ListNumber"/>
        <w:spacing w:line="240" w:lineRule="auto"/>
        <w:ind w:left="720"/>
      </w:pPr>
      <w:r/>
      <w:hyperlink r:id="rId12">
        <w:r>
          <w:rPr>
            <w:color w:val="0000EE"/>
            <w:u w:val="single"/>
          </w:rPr>
          <w:t>https://www.listal.com/kelexis-davenport</w:t>
        </w:r>
      </w:hyperlink>
      <w:r>
        <w:t xml:space="preserve"> - Kelexis Davenport is an American drag performer and actress known for her appearances in films such as 'Ticked-Off Trannies with Knives' (2010). She is the drag mother to several prominent figures in the drag community, including Kennedy Davenport and Sahara Davenport. Davenport has been a significant influence in the drag scene, particularly in Dallas, Texas. (</w:t>
      </w:r>
      <w:hyperlink r:id="rId17">
        <w:r>
          <w:rPr>
            <w:color w:val="0000EE"/>
            <w:u w:val="single"/>
          </w:rPr>
          <w:t>listal.com</w:t>
        </w:r>
      </w:hyperlink>
      <w:r>
        <w:t>)</w:t>
      </w:r>
      <w:r/>
    </w:p>
    <w:p>
      <w:pPr>
        <w:pStyle w:val="ListNumber"/>
        <w:spacing w:line="240" w:lineRule="auto"/>
        <w:ind w:left="720"/>
      </w:pPr>
      <w:r/>
      <w:hyperlink r:id="rId11">
        <w:r>
          <w:rPr>
            <w:color w:val="0000EE"/>
            <w:u w:val="single"/>
          </w:rPr>
          <w:t>https://www.intomore.com/entertainment/tv/mistress-isabelle-brooks-is-bringing-pageant-drag-excellence-into-the-next-generation/</w:t>
        </w:r>
      </w:hyperlink>
      <w:r>
        <w:t xml:space="preserve"> - Mistress Isabelle Brooks, a contestant on 'RuPaul's Drag Race' season 15, is bringing pageant drag excellence into the next generation. She is part of the Brooks dynasty, with her drag mother being Chevelle Brooks. The article highlights the influence of established drag families like the Davenports on the current drag scene. (</w:t>
      </w:r>
      <w:hyperlink r:id="rId18">
        <w:r>
          <w:rPr>
            <w:color w:val="0000EE"/>
            <w:u w:val="single"/>
          </w:rPr>
          <w:t>intomore.com</w:t>
        </w:r>
      </w:hyperlink>
      <w:r>
        <w:t>)</w:t>
      </w:r>
      <w:r/>
    </w:p>
    <w:p>
      <w:pPr>
        <w:pStyle w:val="ListNumber"/>
        <w:spacing w:line="240" w:lineRule="auto"/>
        <w:ind w:left="720"/>
      </w:pPr>
      <w:r/>
      <w:hyperlink r:id="rId14">
        <w:r>
          <w:rPr>
            <w:color w:val="0000EE"/>
            <w:u w:val="single"/>
          </w:rPr>
          <w:t>https://www.bustle.com/p/the-house-of-davenport-has-turned-rupauls-drag-race-season-11-into-a-family-reunion-16813444</w:t>
        </w:r>
      </w:hyperlink>
      <w:r>
        <w:t xml:space="preserve"> - The House of Davenport has turned 'RuPaul's Drag Race' season 11 into a family reunion, with multiple members of the Davenport drag family competing. The article discusses the family tree of the Davenports, including Kelexis Davenport as the matriarch and her drag daughters Kennedy Davenport and Sahara Davenport. (</w:t>
      </w:r>
      <w:hyperlink r:id="rId19">
        <w:r>
          <w:rPr>
            <w:color w:val="0000EE"/>
            <w:u w:val="single"/>
          </w:rPr>
          <w:t>bustle.com</w:t>
        </w:r>
      </w:hyperlink>
      <w:r>
        <w:t>)</w:t>
      </w:r>
      <w:r/>
    </w:p>
    <w:p>
      <w:pPr>
        <w:pStyle w:val="ListNumber"/>
        <w:spacing w:line="240" w:lineRule="auto"/>
        <w:ind w:left="720"/>
      </w:pPr>
      <w:r/>
      <w:hyperlink r:id="rId13">
        <w:r>
          <w:rPr>
            <w:color w:val="0000EE"/>
            <w:u w:val="single"/>
          </w:rPr>
          <w:t>https://www.imdb.com/name/nm7088528/bio/</w:t>
        </w:r>
      </w:hyperlink>
      <w:r>
        <w:t xml:space="preserve"> - Kennedy Davenport, born Reuben Asberry Jr., is known for his performances in drag under the name Kennedy Davenport. His drag mother is Kelexis Davenport, who also mentored Sahara Davenport. The biography highlights his career and personal life, including his father's passing in 2013 and his involvement in the drag community. (</w:t>
      </w:r>
      <w:hyperlink r:id="rId20">
        <w:r>
          <w:rPr>
            <w:color w:val="0000EE"/>
            <w:u w:val="single"/>
          </w:rPr>
          <w:t>imdb.com</w:t>
        </w:r>
      </w:hyperlink>
      <w:r>
        <w:t>)</w:t>
      </w:r>
      <w:r/>
    </w:p>
    <w:p>
      <w:pPr>
        <w:pStyle w:val="ListNumber"/>
        <w:spacing w:line="240" w:lineRule="auto"/>
        <w:ind w:left="720"/>
      </w:pPr>
      <w:r/>
      <w:hyperlink r:id="rId15">
        <w:r>
          <w:rPr>
            <w:color w:val="0000EE"/>
            <w:u w:val="single"/>
          </w:rPr>
          <w:t>https://www.imdb.com/name/nm7088528/trivia/</w:t>
        </w:r>
      </w:hyperlink>
      <w:r>
        <w:t xml:space="preserve"> - Kennedy Davenport's trivia section on IMDb provides insights into his drag career, including his drag mother's influence, his father's passing, and his reputation for dance skills and pageant titles. It also mentions the tragic death of his drag sister, Sahara Davenport, and the murder of another drag sister, Bianca Gisele Davenport Starr. (</w:t>
      </w:r>
      <w:hyperlink r:id="rId21">
        <w:r>
          <w:rPr>
            <w:color w:val="0000EE"/>
            <w:u w:val="single"/>
          </w:rPr>
          <w:t>imdb.com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dallas-modern-drag-matriarch-claims-her-next/105318" TargetMode="External"/><Relationship Id="rId10" Type="http://schemas.openxmlformats.org/officeDocument/2006/relationships/hyperlink" Target="https://dallasvoice.com/dallas-modern-drag-matriarch-claims-her-next-throne/" TargetMode="External"/><Relationship Id="rId11" Type="http://schemas.openxmlformats.org/officeDocument/2006/relationships/hyperlink" Target="https://www.intomore.com/entertainment/tv/mistress-isabelle-brooks-is-bringing-pageant-drag-excellence-into-the-next-generation/" TargetMode="External"/><Relationship Id="rId12" Type="http://schemas.openxmlformats.org/officeDocument/2006/relationships/hyperlink" Target="https://www.listal.com/kelexis-davenport" TargetMode="External"/><Relationship Id="rId13" Type="http://schemas.openxmlformats.org/officeDocument/2006/relationships/hyperlink" Target="https://www.imdb.com/name/nm7088528/bio/" TargetMode="External"/><Relationship Id="rId14" Type="http://schemas.openxmlformats.org/officeDocument/2006/relationships/hyperlink" Target="https://www.bustle.com/p/the-house-of-davenport-has-turned-rupauls-drag-race-season-11-into-a-family-reunion-16813444" TargetMode="External"/><Relationship Id="rId15" Type="http://schemas.openxmlformats.org/officeDocument/2006/relationships/hyperlink" Target="https://www.imdb.com/name/nm7088528/trivia/" TargetMode="External"/><Relationship Id="rId16" Type="http://schemas.openxmlformats.org/officeDocument/2006/relationships/hyperlink" Target="https://dallasvoice.com/dallas-modern-drag-matriarch-claims-her-next-throne/?utm_source=openai" TargetMode="External"/><Relationship Id="rId17" Type="http://schemas.openxmlformats.org/officeDocument/2006/relationships/hyperlink" Target="https://www.listal.com/kelexis-davenport?utm_source=openai" TargetMode="External"/><Relationship Id="rId18" Type="http://schemas.openxmlformats.org/officeDocument/2006/relationships/hyperlink" Target="https://www.intomore.com/entertainment/tv/mistress-isabelle-brooks-is-bringing-pageant-drag-excellence-into-the-next-generation/?utm_source=openai" TargetMode="External"/><Relationship Id="rId19" Type="http://schemas.openxmlformats.org/officeDocument/2006/relationships/hyperlink" Target="https://www.bustle.com/p/the-house-of-davenport-has-turned-rupauls-drag-race-season-11-into-a-family-reunion-16813444?utm_source=openai" TargetMode="External"/><Relationship Id="rId20" Type="http://schemas.openxmlformats.org/officeDocument/2006/relationships/hyperlink" Target="https://www.imdb.com/name/nm7088528/bio/?utm_source=openai" TargetMode="External"/><Relationship Id="rId21" Type="http://schemas.openxmlformats.org/officeDocument/2006/relationships/hyperlink" Target="https://www.imdb.com/name/nm7088528/trivia/?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