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Minneapolis En Femme This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exploring Minneapolis en femme have two welcoming events to put on the calendar: an everyday makeup class from TC Pride and a gender-affirming shopping evening at Arc Value Village. Together, they offer practical advice, relaxed browsing and a reminder that the Twin Cities' LGBTQ+ scene is active, varied and worth exploring.</w:t>
      </w:r>
      <w:r/>
    </w:p>
    <w:p>
      <w:pPr>
        <w:pStyle w:val="Heading2"/>
      </w:pPr>
      <w:r>
        <w:t>Essential Takeaways</w:t>
      </w:r>
      <w:r/>
      <w:r/>
    </w:p>
    <w:p>
      <w:pPr>
        <w:pStyle w:val="ListBullet"/>
        <w:spacing w:line="240" w:lineRule="auto"/>
        <w:ind w:left="720"/>
      </w:pPr>
      <w:r/>
      <w:r>
        <w:rPr>
          <w:b/>
        </w:rPr>
        <w:t>Learn everyday makeup:</w:t>
      </w:r>
      <w:r>
        <w:t xml:space="preserve"> TC Pride's class covers shade matching, contour, highlighting and optional eye makeup.</w:t>
      </w:r>
      <w:r/>
    </w:p>
    <w:p>
      <w:pPr>
        <w:pStyle w:val="ListBullet"/>
        <w:spacing w:line="240" w:lineRule="auto"/>
        <w:ind w:left="720"/>
      </w:pPr>
      <w:r/>
      <w:r>
        <w:rPr>
          <w:b/>
        </w:rPr>
        <w:t>Bring your own products:</w:t>
      </w:r>
      <w:r>
        <w:t xml:space="preserve"> Attendees can use their existing makeup bag and learn techniques that fit their routine.</w:t>
      </w:r>
      <w:r/>
    </w:p>
    <w:p>
      <w:pPr>
        <w:pStyle w:val="ListBullet"/>
        <w:spacing w:line="240" w:lineRule="auto"/>
        <w:ind w:left="720"/>
      </w:pPr>
      <w:r/>
      <w:r>
        <w:rPr>
          <w:b/>
        </w:rPr>
        <w:t>Shop in a supportive setting:</w:t>
      </w:r>
      <w:r>
        <w:t xml:space="preserve"> Arc Value Village is hosting a gender-affirming evening at its New Hope shop.</w:t>
      </w:r>
      <w:r/>
    </w:p>
    <w:p>
      <w:pPr>
        <w:pStyle w:val="ListBullet"/>
        <w:spacing w:line="240" w:lineRule="auto"/>
        <w:ind w:left="720"/>
      </w:pPr>
      <w:r/>
      <w:r>
        <w:rPr>
          <w:b/>
        </w:rPr>
        <w:t>Look beyond special events:</w:t>
      </w:r>
      <w:r>
        <w:t xml:space="preserve"> Queermunity and Twin Cities Gay Scene maintain local LGBTQ+ event listings.</w:t>
      </w:r>
      <w:r/>
    </w:p>
    <w:p>
      <w:pPr>
        <w:pStyle w:val="ListBullet"/>
        <w:spacing w:line="240" w:lineRule="auto"/>
        <w:ind w:left="720"/>
      </w:pPr>
      <w:r/>
      <w:r>
        <w:rPr>
          <w:b/>
        </w:rPr>
        <w:t>Plan for comfort:</w:t>
      </w:r>
      <w:r>
        <w:t xml:space="preserve"> Inclusive spaces can help, but sensible planning and personal awareness still matter.</w:t>
      </w:r>
      <w:r/>
      <w:r/>
    </w:p>
    <w:p>
      <w:pPr>
        <w:pStyle w:val="Heading2"/>
      </w:pPr>
      <w:r>
        <w:t>Minneapolis has more to offer than a single event</w:t>
      </w:r>
      <w:r/>
    </w:p>
    <w:p>
      <w:r/>
      <w:r>
        <w:t>The best things to do in Minneapolis en femme aren't limited to officially LGBTQ+ venues. A bookshop, café, sports fixture or gallery can be just as enjoyable as a dedicated community gathering, particularly when the outing reflects your own interests.</w:t>
      </w:r>
      <w:r/>
    </w:p>
    <w:p>
      <w:r/>
      <w:r>
        <w:t xml:space="preserve">That said, an event designed with gender-affirming support in mind can make trying something new feel less daunting. TC Pride's September programme and Arc Value Village's shopping night offer two very different ways to get out, meet people and enjoy the city with a little extra reassurance. TC Pride and Arc Value Village provide the event details. </w:t>
      </w:r>
      <w:hyperlink r:id="rId9">
        <w:r>
          <w:rPr>
            <w:color w:val="0000EE"/>
            <w:u w:val="single"/>
          </w:rPr>
          <w:t>[2]</w:t>
        </w:r>
      </w:hyperlink>
      <w:r>
        <w:t xml:space="preserve">, </w:t>
      </w:r>
      <w:hyperlink r:id="rId10">
        <w:r>
          <w:rPr>
            <w:color w:val="0000EE"/>
            <w:u w:val="single"/>
          </w:rPr>
          <w:t>[3]</w:t>
        </w:r>
      </w:hyperlink>
      <w:r/>
    </w:p>
    <w:p>
      <w:pPr>
        <w:pStyle w:val="Heading2"/>
      </w:pPr>
      <w:r>
        <w:t>Start with practical makeup advice</w:t>
      </w:r>
      <w:r/>
    </w:p>
    <w:p>
      <w:r/>
      <w:r>
        <w:t>TC Pride's "My Every Day Look" class is aimed at anyone who wants to explore gender-affirming makeup without turning the experience into a complicated masterclass. The session covers shade matching, contour and highlighting, with eyeliner, eyeshadow and lashes available for those who want to go further.</w:t>
      </w:r>
      <w:r/>
    </w:p>
    <w:p>
      <w:r/>
      <w:r>
        <w:t xml:space="preserve">The useful touch is that participants are encouraged to bring their own makeup. That means the advice can be tailored to familiar products rather than a fantasy kit of expensive brushes and unfamiliar formulas. For anyone building confidence, that hands-on approach should feel much more approachable than watching another flawless tutorial online. TC Pride lists the class for 23 September, from 6pm to 8pm. </w:t>
      </w:r>
      <w:hyperlink r:id="rId9">
        <w:r>
          <w:rPr>
            <w:color w:val="0000EE"/>
            <w:u w:val="single"/>
          </w:rPr>
          <w:t>[2]</w:t>
        </w:r>
      </w:hyperlink>
      <w:r>
        <w:t xml:space="preserve">, </w:t>
      </w:r>
      <w:hyperlink r:id="rId11">
        <w:r>
          <w:rPr>
            <w:color w:val="0000EE"/>
            <w:u w:val="single"/>
          </w:rPr>
          <w:t>[5]</w:t>
        </w:r>
      </w:hyperlink>
      <w:r/>
    </w:p>
    <w:p>
      <w:pPr>
        <w:pStyle w:val="Heading2"/>
      </w:pPr>
      <w:r>
        <w:t>A supportive evening of second-hand shopping</w:t>
      </w:r>
      <w:r/>
    </w:p>
    <w:p>
      <w:r/>
      <w:r>
        <w:t>The following evening, Arc Value Village's New Hope location is hosting a gender-affirming shopping event from 7pm to 9pm. Thrift shopping can be especially rewarding here: there's the treasure-hunt feeling, the chance to experiment affordably and none of the pressure that can come with committing to a full-price wardrobe.</w:t>
      </w:r>
      <w:r/>
    </w:p>
    <w:p>
      <w:r/>
      <w:r>
        <w:t xml:space="preserve">If you're choosing clothes, arrive with a loose idea of what you need but leave room for surprises. Check sizing, fabric feel and the condition of fastenings, then give yourself time to browse rather than grabbing the first promising item. Arc Value Village's event listings provide the venue and timing. </w:t>
      </w:r>
      <w:hyperlink r:id="rId10">
        <w:r>
          <w:rPr>
            <w:color w:val="0000EE"/>
            <w:u w:val="single"/>
          </w:rPr>
          <w:t>[3]</w:t>
        </w:r>
      </w:hyperlink>
      <w:r>
        <w:t xml:space="preserve">, </w:t>
      </w:r>
      <w:hyperlink r:id="rId12">
        <w:r>
          <w:rPr>
            <w:color w:val="0000EE"/>
            <w:u w:val="single"/>
          </w:rPr>
          <w:t>[4]</w:t>
        </w:r>
      </w:hyperlink>
      <w:r/>
    </w:p>
    <w:p>
      <w:pPr>
        <w:pStyle w:val="Heading2"/>
      </w:pPr>
      <w:r>
        <w:t>How to choose the right Minneapolis outing</w:t>
      </w:r>
      <w:r/>
    </w:p>
    <w:p>
      <w:r/>
      <w:r>
        <w:t>For a first visit out en femme, start with the activity rather than the clothing. Pick somewhere you'd genuinely enjoy, consider travelling during a quieter period and arrange an easy route home. Familiarity helps, whether that's knowing where the toilets are or simply having a friend nearby for a coffee afterwards.</w:t>
      </w:r>
      <w:r/>
    </w:p>
    <w:p>
      <w:r/>
      <w:r>
        <w:t>It also helps to remember that no public place can guarantee perfect behaviour from everyone. Community events may offer a warmer atmosphere, but ordinary precautions still make sense: keep your phone charged, share your plans with someone you trust and trust your instincts if a situation feels uncomfortable. The aim isn't to be nervous; it's to give yourself more freedom to enjoy the evening.</w:t>
      </w:r>
      <w:r/>
    </w:p>
    <w:p>
      <w:pPr>
        <w:pStyle w:val="Heading2"/>
      </w:pPr>
      <w:r>
        <w:t>Keep an eye on the wider Twin Cities calendar</w:t>
      </w:r>
      <w:r/>
    </w:p>
    <w:p>
      <w:r/>
      <w:r>
        <w:t xml:space="preserve">These two events are useful starting points, not the whole story. Queermunity offers a way to find LGBTQ+ community information across Minnesota, while Twin Cities Gay Scene's calendar can help uncover parties, performances, meet-ups and other local activities. </w:t>
      </w:r>
      <w:hyperlink r:id="rId13">
        <w:r>
          <w:rPr>
            <w:color w:val="0000EE"/>
            <w:u w:val="single"/>
          </w:rPr>
          <w:t>[6]</w:t>
        </w:r>
      </w:hyperlink>
      <w:r>
        <w:t xml:space="preserve">, </w:t>
      </w:r>
      <w:hyperlink r:id="rId14">
        <w:r>
          <w:rPr>
            <w:color w:val="0000EE"/>
            <w:u w:val="single"/>
          </w:rPr>
          <w:t>[7]</w:t>
        </w:r>
      </w:hyperlink>
      <w:r/>
    </w:p>
    <w:p>
      <w:r/>
      <w:r>
        <w:t>That wider mix matters because everyone's ideal outing looks different. One person might want a makeup lesson and a vintage jacket; another might prefer a drag show, a quiet meal or a football match. The Twin Cities make room for all of those moods, which is rather the point.</w:t>
      </w:r>
      <w:r/>
    </w:p>
    <w:p>
      <w:pPr>
        <w:pStyle w:val="Heading2"/>
      </w:pPr>
      <w:r>
        <w:t>A little preparation goes a long way</w:t>
      </w:r>
      <w:r/>
    </w:p>
    <w:p>
      <w:r/>
      <w:r>
        <w:t>Check event times, booking requirements and venue information before setting off, especially when dates or arrangements can change. Comfortable shoes, a small touch-up kit and a plan for getting home can make a surprisingly big difference.</w:t>
      </w:r>
      <w:r/>
    </w:p>
    <w:p>
      <w:r/>
      <w:r>
        <w:t>Most importantly, choose something that sounds fun to you. A supportive event can open the door, but confidence often grows fastest when you're simply doing something you already love.</w:t>
      </w:r>
      <w:r/>
    </w:p>
    <w:p>
      <w:r/>
      <w:r>
        <w:t>It’s a small, practical way to make exploring Minneapolis en femme feel more relaxed.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2">
        <w:r>
          <w:rPr>
            <w:color w:val="0000EE"/>
            <w:u w:val="single"/>
          </w:rPr>
          <w:t>[4]</w:t>
        </w:r>
      </w:hyperlink>
      <w:r>
        <w:t xml:space="preserve">, </w:t>
      </w:r>
      <w:hyperlink r:id="rId11">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1">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2">
        <w:r>
          <w:rPr>
            <w:color w:val="0000EE"/>
            <w:u w:val="single"/>
          </w:rPr>
          <w:t>[4]</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2">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https://hannahmcknight.org/2026/09/18/things-to-do-in-minneapolis-when-youre-en-femme/</w:t>
        </w:r>
      </w:hyperlink>
      <w:r>
        <w:t xml:space="preserve"> - Please view link - unable to able to access data</w:t>
      </w:r>
      <w:r/>
    </w:p>
    <w:p>
      <w:pPr>
        <w:pStyle w:val="ListNumber"/>
        <w:spacing w:line="240" w:lineRule="auto"/>
        <w:ind w:left="720"/>
      </w:pPr>
      <w:r/>
      <w:hyperlink r:id="rId9">
        <w:r>
          <w:rPr>
            <w:color w:val="0000EE"/>
            <w:u w:val="single"/>
          </w:rPr>
          <w:t>https://tcpride.org/event/my-every-day-look/</w:t>
        </w:r>
      </w:hyperlink>
      <w:r>
        <w:t xml:space="preserve"> - Twin Cities Pride is hosting a gender-affirming makeup tutorial class titled 'My Everyday Look' on September 23, 2026, from 6:00 pm to 8:00 pm at the Pride Cultural Arts Center in Minneapolis. The class focuses on everyday makeup techniques, including shade matching, contouring, highlighting, and optional eyeliner, eyeshadow, and lashes. It is inclusive of all trans identities wishing to explore makeup. Participants are encouraged to bring their existing makeup bags to learn how to work with what they already have. The event is funded, in part, by the City of Minneapolis Arts &amp; Cultural Affairs Department.</w:t>
      </w:r>
      <w:r/>
    </w:p>
    <w:p>
      <w:pPr>
        <w:pStyle w:val="ListNumber"/>
        <w:spacing w:line="240" w:lineRule="auto"/>
        <w:ind w:left="720"/>
      </w:pPr>
      <w:r/>
      <w:hyperlink r:id="rId10">
        <w:r>
          <w:rPr>
            <w:color w:val="0000EE"/>
            <w:u w:val="single"/>
          </w:rPr>
          <w:t>https://arcsvaluevillage.org/events/gender-affirming-shopping-event/</w:t>
        </w:r>
      </w:hyperlink>
      <w:r>
        <w:t xml:space="preserve"> - Arc's Value Village in New Hope is hosting a gender-affirming shopping event on September 24, 2026, from 7:00 pm to 9:00 pm. This event provides a safe and welcoming space for individuals exploring their gender expression, with experienced personal stylists available to assist with styling needs. For additional information or questions, attendees can reach out to personalshopper@arcminnesota.org.</w:t>
      </w:r>
      <w:r/>
    </w:p>
    <w:p>
      <w:pPr>
        <w:pStyle w:val="ListNumber"/>
        <w:spacing w:line="240" w:lineRule="auto"/>
        <w:ind w:left="720"/>
      </w:pPr>
      <w:r/>
      <w:hyperlink r:id="rId12">
        <w:r>
          <w:rPr>
            <w:color w:val="0000EE"/>
            <w:u w:val="single"/>
          </w:rPr>
          <w:t>https://arcsvaluevillage.org/events/calendar/my-calendar/</w:t>
        </w:r>
      </w:hyperlink>
      <w:r>
        <w:t xml:space="preserve"> - Arc's Value Village offers a variety of events throughout September 2026, including the 'Gender Affirming Shopping Event' on September 24, 2026, from 7:00 pm to 9:00 pm. This event is designed to provide a safe and welcoming space for individuals exploring their gender expression, with experienced personal stylists available to assist with styling needs. For more details, visit their events calendar.</w:t>
      </w:r>
      <w:r/>
    </w:p>
    <w:p>
      <w:pPr>
        <w:pStyle w:val="ListNumber"/>
        <w:spacing w:line="240" w:lineRule="auto"/>
        <w:ind w:left="720"/>
      </w:pPr>
      <w:r/>
      <w:hyperlink r:id="rId11">
        <w:r>
          <w:rPr>
            <w:color w:val="0000EE"/>
            <w:u w:val="single"/>
          </w:rPr>
          <w:t>https://tcpride.org/events/month/</w:t>
        </w:r>
      </w:hyperlink>
      <w:r>
        <w:t xml:space="preserve"> - Twin Cities Pride provides a comprehensive events calendar for September 2026, featuring various activities and gatherings. Notably, on September 23, 2026, they are hosting 'My Everyday Look,' a gender-affirming makeup tutorial class from 6:00 pm to 8:00 pm at the Pride Cultural Arts Center in Minneapolis. This class focuses on everyday makeup techniques and is inclusive of all trans identities wishing to explore makeup.</w:t>
      </w:r>
      <w:r/>
    </w:p>
    <w:p>
      <w:pPr>
        <w:pStyle w:val="ListNumber"/>
        <w:spacing w:line="240" w:lineRule="auto"/>
        <w:ind w:left="720"/>
      </w:pPr>
      <w:r/>
      <w:hyperlink r:id="rId13">
        <w:r>
          <w:rPr>
            <w:color w:val="0000EE"/>
            <w:u w:val="single"/>
          </w:rPr>
          <w:t>https://www.queermunitymn.com/</w:t>
        </w:r>
      </w:hyperlink>
      <w:r>
        <w:t xml:space="preserve"> - Queermunity is a resource for LGBTQIA+ individuals in the Twin Cities area, offering information on various events, support groups, and community resources. Their website provides up-to-date information on happenings in the Twin Cities, including events like the 'Gender Affirming Shopping Event' at Arc's Value Village in New Hope on September 24, 2026, from 7:00 pm to 9:00 pm.</w:t>
      </w:r>
      <w:r/>
    </w:p>
    <w:p>
      <w:pPr>
        <w:pStyle w:val="ListNumber"/>
        <w:spacing w:line="240" w:lineRule="auto"/>
        <w:ind w:left="720"/>
      </w:pPr>
      <w:r/>
      <w:hyperlink r:id="rId14">
        <w:r>
          <w:rPr>
            <w:color w:val="0000EE"/>
            <w:u w:val="single"/>
          </w:rPr>
          <w:t>https://www.twincitiesgayscene.com/</w:t>
        </w:r>
      </w:hyperlink>
      <w:r>
        <w:t xml:space="preserve"> - Twin Cities Gay Scene is an online platform that offers a comprehensive event calendar, news, and resources for the LGBTQIA+ community in the Twin Cities. Their event calendar includes various happenings, such as the 'Gender Affirming Shopping Event' at Arc's Value Village in New Hope on September 24, 2026, from 7:00 pm to 9:00 pm, providing a safe and welcoming space for individuals exploring their gender expression.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cpride.org/event/my-every-day-look/" TargetMode="External"/><Relationship Id="rId10" Type="http://schemas.openxmlformats.org/officeDocument/2006/relationships/hyperlink" Target="https://arcsvaluevillage.org/events/gender-affirming-shopping-event/" TargetMode="External"/><Relationship Id="rId11" Type="http://schemas.openxmlformats.org/officeDocument/2006/relationships/hyperlink" Target="https://tcpride.org/events/month/" TargetMode="External"/><Relationship Id="rId12" Type="http://schemas.openxmlformats.org/officeDocument/2006/relationships/hyperlink" Target="https://arcsvaluevillage.org/events/calendar/my-calendar/" TargetMode="External"/><Relationship Id="rId13" Type="http://schemas.openxmlformats.org/officeDocument/2006/relationships/hyperlink" Target="https://www.queermunitymn.com/" TargetMode="External"/><Relationship Id="rId14" Type="http://schemas.openxmlformats.org/officeDocument/2006/relationships/hyperlink" Target="https://www.twincitiesgayscene.com/" TargetMode="External"/><Relationship Id="rId15" Type="http://schemas.openxmlformats.org/officeDocument/2006/relationships/hyperlink" Target="https://hannahmcknight.org/2026/09/18/things-to-do-in-minneapolis-when-youre-en-fem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