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Cyprus This Friday, 18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Culture-seekers across Cyprus can choose from contemporary dance in Limassol, live Greek music, theatre, exhibitions and the return of Nicosia's Queer Wave film festival. Whether you're planning a full evening out or just fancy one memorable stop, Friday's cultural calendar offers plenty of reasons to leave the sofa behind.</w:t>
      </w:r>
      <w:r/>
    </w:p>
    <w:p>
      <w:pPr>
        <w:pStyle w:val="Heading2"/>
      </w:pPr>
      <w:r>
        <w:t>Essential Takeaways</w:t>
      </w:r>
      <w:r/>
      <w:r/>
    </w:p>
    <w:p>
      <w:pPr>
        <w:pStyle w:val="ListBullet"/>
        <w:spacing w:line="240" w:lineRule="auto"/>
        <w:ind w:left="720"/>
      </w:pPr>
      <w:r/>
      <w:r>
        <w:rPr>
          <w:b/>
        </w:rPr>
        <w:t>Contemporary dance:</w:t>
      </w:r>
      <w:r>
        <w:t xml:space="preserve"> The Cyprus Choreography Showcase brings eight home-grown works to Limassol's Rialto Theatre.</w:t>
      </w:r>
      <w:r/>
    </w:p>
    <w:p>
      <w:pPr>
        <w:pStyle w:val="ListBullet"/>
        <w:spacing w:line="240" w:lineRule="auto"/>
        <w:ind w:left="720"/>
      </w:pPr>
      <w:r/>
      <w:r>
        <w:rPr>
          <w:b/>
        </w:rPr>
        <w:t>Live music:</w:t>
      </w:r>
      <w:r>
        <w:t xml:space="preserve"> Palodia and Korakou host Greek-song performances rooted in memory, tradition and familiar melodies.</w:t>
      </w:r>
      <w:r/>
    </w:p>
    <w:p>
      <w:pPr>
        <w:pStyle w:val="ListBullet"/>
        <w:spacing w:line="240" w:lineRule="auto"/>
        <w:ind w:left="720"/>
      </w:pPr>
      <w:r/>
      <w:r>
        <w:rPr>
          <w:b/>
        </w:rPr>
        <w:t>Film and theatre:</w:t>
      </w:r>
      <w:r>
        <w:t xml:space="preserve"> Nicosia offers queer cinema, staged readings and a sharply comic production for adult audiences.</w:t>
      </w:r>
      <w:r/>
    </w:p>
    <w:p>
      <w:pPr>
        <w:pStyle w:val="ListBullet"/>
        <w:spacing w:line="240" w:lineRule="auto"/>
        <w:ind w:left="720"/>
      </w:pPr>
      <w:r/>
      <w:r>
        <w:rPr>
          <w:b/>
        </w:rPr>
        <w:t>Art with purpose:</w:t>
      </w:r>
      <w:r>
        <w:t xml:space="preserve"> Charity exhibitions in Nicosia and Ayia Napa pair creative work with mental-health and cancer-support causes.</w:t>
      </w:r>
      <w:r/>
    </w:p>
    <w:p>
      <w:pPr>
        <w:pStyle w:val="ListBullet"/>
        <w:spacing w:line="240" w:lineRule="auto"/>
        <w:ind w:left="720"/>
      </w:pPr>
      <w:r/>
      <w:r>
        <w:rPr>
          <w:b/>
        </w:rPr>
        <w:t>Plan ahead:</w:t>
      </w:r>
      <w:r>
        <w:t xml:space="preserve"> Several events run for more than one night, but some exhibitions and showcases have limited dates.</w:t>
      </w:r>
      <w:r/>
      <w:r/>
    </w:p>
    <w:p>
      <w:pPr>
        <w:pStyle w:val="Heading2"/>
      </w:pPr>
      <w:r>
        <w:t>Limassol takes centre stage with contemporary dance</w:t>
      </w:r>
      <w:r/>
    </w:p>
    <w:p>
      <w:r/>
      <w:r>
        <w:t xml:space="preserve">The strongest opening move comes from Limassol, where the fourth Cyprus Choreography Showcase runs at the Rialto Theatre from 18 to 20 September. The programme brings together eight choreographic works, offering a compact snapshot of the island's contemporary dance scene and its growing range of voices. Rialto Theatre and event listings confirm the showcase's return this September. </w:t>
      </w:r>
      <w:hyperlink r:id="rId9">
        <w:r>
          <w:rPr>
            <w:color w:val="0000EE"/>
            <w:u w:val="single"/>
          </w:rPr>
          <w:t>[2]</w:t>
        </w:r>
      </w:hyperlink>
      <w:r>
        <w:t xml:space="preserve">, </w:t>
      </w:r>
      <w:hyperlink r:id="rId10">
        <w:r>
          <w:rPr>
            <w:color w:val="0000EE"/>
            <w:u w:val="single"/>
          </w:rPr>
          <w:t>[3]</w:t>
        </w:r>
      </w:hyperlink>
      <w:r/>
    </w:p>
    <w:p>
      <w:r/>
      <w:r>
        <w:t xml:space="preserve">Friday's programme begins at 7pm with Panos Malaktos's </w:t>
      </w:r>
      <w:r>
        <w:rPr>
          <w:i/>
        </w:rPr>
        <w:t>NO IM NOT</w:t>
      </w:r>
      <w:r>
        <w:t xml:space="preserve">, a 25-minute work. At 8pm, Petros Konnaris and Rodia Vomvolou present </w:t>
      </w:r>
      <w:r>
        <w:rPr>
          <w:i/>
        </w:rPr>
        <w:t>The future is dark which is the best thing a future can be</w:t>
      </w:r>
      <w:r>
        <w:t xml:space="preserve">, a much longer performance lasting 120 minutes. It's a striking contrast in scale, so audiences can choose between a brisk opening work and a more immersive second piece. </w:t>
      </w:r>
      <w:hyperlink r:id="rId11">
        <w:r>
          <w:rPr>
            <w:color w:val="0000EE"/>
            <w:u w:val="single"/>
          </w:rPr>
          <w:t>[4]</w:t>
        </w:r>
      </w:hyperlink>
      <w:r>
        <w:t xml:space="preserve">, </w:t>
      </w:r>
      <w:hyperlink r:id="rId12">
        <w:r>
          <w:rPr>
            <w:color w:val="0000EE"/>
            <w:u w:val="single"/>
          </w:rPr>
          <w:t>[5]</w:t>
        </w:r>
      </w:hyperlink>
      <w:r/>
    </w:p>
    <w:p>
      <w:r/>
      <w:r>
        <w:t xml:space="preserve">The showcase is particularly appealing for anyone who wants to see contemporary dance beyond the usual touring names. The Rialto's announcement describes a programme shaped by the energy and variety of Cyprus-based choreography, making this feel less like a single headline performance and more like a cultural temperature check. </w:t>
      </w:r>
      <w:hyperlink r:id="rId13">
        <w:r>
          <w:rPr>
            <w:color w:val="0000EE"/>
            <w:u w:val="single"/>
          </w:rPr>
          <w:t>[6]</w:t>
        </w:r>
      </w:hyperlink>
      <w:r>
        <w:t xml:space="preserve">, </w:t>
      </w:r>
      <w:hyperlink r:id="rId14">
        <w:r>
          <w:rPr>
            <w:color w:val="0000EE"/>
            <w:u w:val="single"/>
          </w:rPr>
          <w:t>[7]</w:t>
        </w:r>
      </w:hyperlink>
      <w:r/>
    </w:p>
    <w:p>
      <w:pPr>
        <w:pStyle w:val="Heading2"/>
      </w:pPr>
      <w:r>
        <w:t>Follow the music through village squares</w:t>
      </w:r>
      <w:r/>
    </w:p>
    <w:p>
      <w:r/>
      <w:r>
        <w:t xml:space="preserve">For a warmer, more relaxed evening, Es Aei performs </w:t>
      </w:r>
      <w:r>
        <w:rPr>
          <w:i/>
        </w:rPr>
        <w:t>At the Beginning of Songs</w:t>
      </w:r>
      <w:r>
        <w:t xml:space="preserve"> at Ta Alonia tis Palodias at 8pm. The ensemble traces the roots and development of Greek song, with vocals, flute, piano, guitar, lute, bass and percussion creating a generously textured sound. The performance will also travel to Pissouri, Kouklia and Kato Drys on later dates. </w:t>
      </w:r>
      <w:hyperlink r:id="rId9">
        <w:r>
          <w:rPr>
            <w:color w:val="0000EE"/>
            <w:u w:val="single"/>
          </w:rPr>
          <w:t>[2]</w:t>
        </w:r>
      </w:hyperlink>
      <w:r>
        <w:t xml:space="preserve">, </w:t>
      </w:r>
      <w:hyperlink r:id="rId11">
        <w:r>
          <w:rPr>
            <w:color w:val="0000EE"/>
            <w:u w:val="single"/>
          </w:rPr>
          <w:t>[4]</w:t>
        </w:r>
      </w:hyperlink>
      <w:r/>
    </w:p>
    <w:p>
      <w:r/>
      <w:r>
        <w:t xml:space="preserve">Korakou offers a separate musical tribute at 8pm with </w:t>
      </w:r>
      <w:r>
        <w:rPr>
          <w:i/>
        </w:rPr>
        <w:t>Where Have the Years Gone</w:t>
      </w:r>
      <w:r>
        <w:t xml:space="preserve">, dedicated to the work of Greek composer Stavros Kougioumtzis. Dimitris Fanis leads the performance and musical direction, joined by Marina Verzanli and a band featuring piano, bouzouki, accordion, guitar, percussion and acoustic bass. </w:t>
      </w:r>
      <w:hyperlink r:id="rId10">
        <w:r>
          <w:rPr>
            <w:color w:val="0000EE"/>
            <w:u w:val="single"/>
          </w:rPr>
          <w:t>[3]</w:t>
        </w:r>
      </w:hyperlink>
      <w:r>
        <w:t xml:space="preserve">, </w:t>
      </w:r>
      <w:hyperlink r:id="rId12">
        <w:r>
          <w:rPr>
            <w:color w:val="0000EE"/>
            <w:u w:val="single"/>
          </w:rPr>
          <w:t>[5]</w:t>
        </w:r>
      </w:hyperlink>
      <w:r/>
    </w:p>
    <w:p>
      <w:r/>
      <w:r>
        <w:t>These village-based concerts have a particular charm. They make an evening feel less like a formal appointment and more like a small outing, especially if you're willing to arrive early, find a nearby meal and let the music carry the rest of the night.</w:t>
      </w:r>
      <w:r/>
    </w:p>
    <w:p>
      <w:pPr>
        <w:pStyle w:val="Heading2"/>
      </w:pPr>
      <w:r>
        <w:t>Nicosia brings film, theatre and a little provocation</w:t>
      </w:r>
      <w:r/>
    </w:p>
    <w:p>
      <w:r/>
      <w:r>
        <w:t xml:space="preserve">Queer Wave, Cyprus's LGBTQIA+ Film Festival, returns to Nicosia's historic centre from 18 to 27 September at NiMAC's Old Electricity Company Building. Its return gives the capital a dedicated space for queer cinema and expression, with a festival atmosphere that should appeal to regular filmgoers and curious newcomers alike. </w:t>
      </w:r>
      <w:hyperlink r:id="rId9">
        <w:r>
          <w:rPr>
            <w:color w:val="0000EE"/>
            <w:u w:val="single"/>
          </w:rPr>
          <w:t>[2]</w:t>
        </w:r>
      </w:hyperlink>
      <w:r>
        <w:t xml:space="preserve">, </w:t>
      </w:r>
      <w:hyperlink r:id="rId10">
        <w:r>
          <w:rPr>
            <w:color w:val="0000EE"/>
            <w:u w:val="single"/>
          </w:rPr>
          <w:t>[3]</w:t>
        </w:r>
      </w:hyperlink>
      <w:r/>
    </w:p>
    <w:p>
      <w:r/>
      <w:r>
        <w:t xml:space="preserve">Theatre choices are just as varied. At the Satirical Theatre, </w:t>
      </w:r>
      <w:r>
        <w:rPr>
          <w:i/>
        </w:rPr>
        <w:t>The Mountain</w:t>
      </w:r>
      <w:r>
        <w:t xml:space="preserve"> offers one of its final chances to be seen in Nicosia, while at To Erma Reading Café, Kinitiras presents a physical staged reading of Dionysios Solomos's </w:t>
      </w:r>
      <w:r>
        <w:rPr>
          <w:i/>
        </w:rPr>
        <w:t>The Woman of Zakynthos</w:t>
      </w:r>
      <w:r>
        <w:t xml:space="preserve">. The latter uses movement, singing and role-switching to make the language feel active rather than museum-like. </w:t>
      </w:r>
      <w:hyperlink r:id="rId11">
        <w:r>
          <w:rPr>
            <w:color w:val="0000EE"/>
            <w:u w:val="single"/>
          </w:rPr>
          <w:t>[4]</w:t>
        </w:r>
      </w:hyperlink>
      <w:r>
        <w:t xml:space="preserve">, </w:t>
      </w:r>
      <w:hyperlink r:id="rId12">
        <w:r>
          <w:rPr>
            <w:color w:val="0000EE"/>
            <w:u w:val="single"/>
          </w:rPr>
          <w:t>[5]</w:t>
        </w:r>
      </w:hyperlink>
      <w:r/>
    </w:p>
    <w:p>
      <w:r/>
      <w:r>
        <w:t xml:space="preserve">At Dendro Theatre, Lena Kitsopoulou's </w:t>
      </w:r>
      <w:r>
        <w:rPr>
          <w:i/>
        </w:rPr>
        <w:t>Harmful Effects of Smoking</w:t>
      </w:r>
      <w:r>
        <w:t xml:space="preserve"> turns a seemingly cheerful television talk show into something more pointed. The production isn't suitable for under-18s, so check the age guidance before booking. </w:t>
      </w:r>
      <w:hyperlink r:id="rId13">
        <w:r>
          <w:rPr>
            <w:color w:val="0000EE"/>
            <w:u w:val="single"/>
          </w:rPr>
          <w:t>[6]</w:t>
        </w:r>
      </w:hyperlink>
      <w:r>
        <w:t xml:space="preserve">, </w:t>
      </w:r>
      <w:hyperlink r:id="rId14">
        <w:r>
          <w:rPr>
            <w:color w:val="0000EE"/>
            <w:u w:val="single"/>
          </w:rPr>
          <w:t>[7]</w:t>
        </w:r>
      </w:hyperlink>
      <w:r/>
    </w:p>
    <w:p>
      <w:pPr>
        <w:pStyle w:val="Heading2"/>
      </w:pPr>
      <w:r>
        <w:t>Art exhibitions offer quieter ways to go out</w:t>
      </w:r>
      <w:r/>
    </w:p>
    <w:p>
      <w:r/>
      <w:r>
        <w:t xml:space="preserve">If a packed performance sounds too much, Limassol, Nicosia, Larnaca and Ayia Napa are all offering exhibitions. The Edit Gallery opens </w:t>
      </w:r>
      <w:r>
        <w:rPr>
          <w:i/>
        </w:rPr>
        <w:t>Carriers</w:t>
      </w:r>
      <w:r>
        <w:t xml:space="preserve">, a solo show of ceramic sculpture by British artist Hannah Rowan, while Ayia Napa hosts a one-night charity exhibition of Peter Tooby's work, with proceeds going to the Bank of Cyprus Oncology Centre. </w:t>
      </w:r>
      <w:hyperlink r:id="rId10">
        <w:r>
          <w:rPr>
            <w:color w:val="0000EE"/>
            <w:u w:val="single"/>
          </w:rPr>
          <w:t>[3]</w:t>
        </w:r>
      </w:hyperlink>
      <w:r>
        <w:t xml:space="preserve">, </w:t>
      </w:r>
      <w:hyperlink r:id="rId11">
        <w:r>
          <w:rPr>
            <w:color w:val="0000EE"/>
            <w:u w:val="single"/>
          </w:rPr>
          <w:t>[4]</w:t>
        </w:r>
      </w:hyperlink>
      <w:r/>
    </w:p>
    <w:p>
      <w:r/>
      <w:r>
        <w:t xml:space="preserve">Ayia Napa is also launching its new </w:t>
      </w:r>
      <w:r>
        <w:rPr>
          <w:i/>
        </w:rPr>
        <w:t>Days of Ceramics, Art and Clay</w:t>
      </w:r>
      <w:r>
        <w:t xml:space="preserve"> programme at the Georgos Seferis Cultural Centre. The event brings together the municipality, ceramic artists and local cultural groups, with the opening led by Deputy Minister of Culture Clea Papaellina. </w:t>
      </w:r>
      <w:hyperlink r:id="rId12">
        <w:r>
          <w:rPr>
            <w:color w:val="0000EE"/>
            <w:u w:val="single"/>
          </w:rPr>
          <w:t>[5]</w:t>
        </w:r>
      </w:hyperlink>
      <w:r>
        <w:t xml:space="preserve">, </w:t>
      </w:r>
      <w:hyperlink r:id="rId13">
        <w:r>
          <w:rPr>
            <w:color w:val="0000EE"/>
            <w:u w:val="single"/>
          </w:rPr>
          <w:t>[6]</w:t>
        </w:r>
      </w:hyperlink>
      <w:r/>
    </w:p>
    <w:p>
      <w:r/>
      <w:r>
        <w:t xml:space="preserve">In Nicosia, </w:t>
      </w:r>
      <w:r>
        <w:rPr>
          <w:i/>
        </w:rPr>
        <w:t>Resilience: Art and Mental Health</w:t>
      </w:r>
      <w:r>
        <w:t xml:space="preserve"> continues at the Leventis Gallery, alongside exhibitions at IN TOTO Gallery Space and Aigaia. Larnaca's Pierides Museum and several Limassol galleries add further options, making Friday a good opportunity to build a self-guided art trail rather than rush between timed events. </w:t>
      </w:r>
      <w:hyperlink r:id="rId9">
        <w:r>
          <w:rPr>
            <w:color w:val="0000EE"/>
            <w:u w:val="single"/>
          </w:rPr>
          <w:t>[2]</w:t>
        </w:r>
      </w:hyperlink>
      <w:r>
        <w:t xml:space="preserve">, </w:t>
      </w:r>
      <w:hyperlink r:id="rId14">
        <w:r>
          <w:rPr>
            <w:color w:val="0000EE"/>
            <w:u w:val="single"/>
          </w:rPr>
          <w:t>[7]</w:t>
        </w:r>
      </w:hyperlink>
      <w:r/>
    </w:p>
    <w:p>
      <w:pPr>
        <w:pStyle w:val="Heading2"/>
      </w:pPr>
      <w:r>
        <w:t>How to choose your Friday night</w:t>
      </w:r>
      <w:r/>
    </w:p>
    <w:p>
      <w:r/>
      <w:r>
        <w:t xml:space="preserve">For the biggest sense of occasion, book the Rialto showcase or one of Nicosia's theatre performances. Dance fans should allow extra time for the long second work in Limassol, while theatre visitors should check running times and intervals before making dinner plans. </w:t>
      </w:r>
      <w:hyperlink r:id="rId10">
        <w:r>
          <w:rPr>
            <w:color w:val="0000EE"/>
            <w:u w:val="single"/>
          </w:rPr>
          <w:t>[3]</w:t>
        </w:r>
      </w:hyperlink>
      <w:r>
        <w:t xml:space="preserve">, </w:t>
      </w:r>
      <w:hyperlink r:id="rId12">
        <w:r>
          <w:rPr>
            <w:color w:val="0000EE"/>
            <w:u w:val="single"/>
          </w:rPr>
          <w:t>[5]</w:t>
        </w:r>
      </w:hyperlink>
      <w:r/>
    </w:p>
    <w:p>
      <w:r/>
      <w:r>
        <w:t xml:space="preserve">For something more flexible, choose an exhibition or the one-night charity show in Ayia Napa. Film fans have the broadest window, thanks to Queer Wave's multi-day run, while families and casual cinema-goers can also look at the latest releases showing at cinemas in Limassol and Nicosia Mall. </w:t>
      </w:r>
      <w:hyperlink r:id="rId11">
        <w:r>
          <w:rPr>
            <w:color w:val="0000EE"/>
            <w:u w:val="single"/>
          </w:rPr>
          <w:t>[4]</w:t>
        </w:r>
      </w:hyperlink>
      <w:r>
        <w:t xml:space="preserve">, </w:t>
      </w:r>
      <w:hyperlink r:id="rId13">
        <w:r>
          <w:rPr>
            <w:color w:val="0000EE"/>
            <w:u w:val="single"/>
          </w:rPr>
          <w:t>[6]</w:t>
        </w:r>
      </w:hyperlink>
      <w:r/>
    </w:p>
    <w:p>
      <w:r/>
      <w:r>
        <w:t>The best choice may simply depend on your mood. Friday's line-up moves from bold movement and political theatre to familiar Greek melodies and quiet gallery rooms, which is a reassuringly varied way to start the weekend.</w:t>
      </w:r>
      <w:r/>
    </w:p>
    <w:p>
      <w:r/>
      <w:r>
        <w:t>Make your pick early, check the venue details and let Cyprus's cultural calendar do the hard work.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https://en.philenews.com/whats-on/things-to-do-on-friday-september-18/</w:t>
        </w:r>
      </w:hyperlink>
      <w:r>
        <w:t xml:space="preserve"> - Please view link - unable to able to access data</w:t>
      </w:r>
      <w:r/>
    </w:p>
    <w:p>
      <w:pPr>
        <w:pStyle w:val="ListNumber"/>
        <w:spacing w:line="240" w:lineRule="auto"/>
        <w:ind w:left="720"/>
      </w:pPr>
      <w:r/>
      <w:hyperlink r:id="rId9">
        <w:r>
          <w:rPr>
            <w:color w:val="0000EE"/>
            <w:u w:val="single"/>
          </w:rPr>
          <w:t>https://www.rialto.com.cy/post/4th-cyprus-choreography-showcase</w:t>
        </w:r>
      </w:hyperlink>
      <w:r>
        <w:t xml:space="preserve"> - The 4th Cyprus Choreography Showcase is scheduled to take place from 18 to 20 September 2026 at the Rialto Theatre in Limassol. This biennial event aims to present selected choreographic works from Cyprus to international artistic directors and festival organisers, enhancing the visibility of Cypriot contemporary dance. The showcase is co-organised by the Department of Contemporary Culture of the Deputy Ministry of Culture and the Rialto Theatre. The programme includes eight choreographic works over three evenings, with tickets starting from €8. For more details, visit the Rialto Theatre's official website.</w:t>
      </w:r>
      <w:r/>
    </w:p>
    <w:p>
      <w:pPr>
        <w:pStyle w:val="ListNumber"/>
        <w:spacing w:line="240" w:lineRule="auto"/>
        <w:ind w:left="720"/>
      </w:pPr>
      <w:r/>
      <w:hyperlink r:id="rId10">
        <w:r>
          <w:rPr>
            <w:color w:val="0000EE"/>
            <w:u w:val="single"/>
          </w:rPr>
          <w:t>https://www.kiprinform.com/en/news/cyprus-choreography-showcase-to-return-to-limassol-in-september-2026/</w:t>
        </w:r>
      </w:hyperlink>
      <w:r>
        <w:t xml:space="preserve"> - The 4th Cyprus Choreography Showcase is set to return to Limassol from 18 to 20 September 2026 at the Rialto Theatre. Organised by the Department of Contemporary Culture of the Deputy Ministry of Culture and the Rialto Theatre, the event will feature eight productions. The opening evening on 18 September will showcase Panos Malactos' 'No I’m Not' and Petros Konnaris and Rodia Vomvolou's 'The future is dark which is the thing a future can be'. For more information, visit Kiprinform's website.</w:t>
      </w:r>
      <w:r/>
    </w:p>
    <w:p>
      <w:pPr>
        <w:pStyle w:val="ListNumber"/>
        <w:spacing w:line="240" w:lineRule="auto"/>
        <w:ind w:left="720"/>
      </w:pPr>
      <w:r/>
      <w:hyperlink r:id="rId11">
        <w:r>
          <w:rPr>
            <w:color w:val="0000EE"/>
            <w:u w:val="single"/>
          </w:rPr>
          <w:t>https://www.cyprusnews.eu/limassol-today/4th-cyprus-choreography-showcase-returns-to-limassol-this-september/</w:t>
        </w:r>
      </w:hyperlink>
      <w:r>
        <w:t xml:space="preserve"> - The 4th Cyprus Choreography Showcase is scheduled for 18–20 September 2026 at the Rialto Theatre in Limassol. Organised by the Department of Contemporary Culture of the Deputy Ministry of Culture and the Rialto Theatre, the event aims to present selected choreographic works from Cyprus to international artistic directors and festival organisers. The programme includes eight choreographic works over three evenings. For more details, visit CyprusNews.eu.</w:t>
      </w:r>
      <w:r/>
    </w:p>
    <w:p>
      <w:pPr>
        <w:pStyle w:val="ListNumber"/>
        <w:spacing w:line="240" w:lineRule="auto"/>
        <w:ind w:left="720"/>
      </w:pPr>
      <w:r/>
      <w:hyperlink r:id="rId12">
        <w:r>
          <w:rPr>
            <w:color w:val="0000EE"/>
            <w:u w:val="single"/>
          </w:rPr>
          <w:t>https://www.cyprusmail.com/2026/08/03/the-productions-of-the-upcoming-cyprus-choreography-showcase</w:t>
        </w:r>
      </w:hyperlink>
      <w:r>
        <w:t xml:space="preserve"> - The 4th Cyprus Choreography Showcase, taking place from 18–20 September 2026 at the Rialto Theatre in Limassol, will feature eight productions. The opening evening on 18 September includes Panos Malactos' 'No I’m Not' and Petros Konnaris and Rodia Vomvolou's 'The future is dark which is the thing a future can be'. The event aims to connect Cypriot choreographers with international artistic directors and festival organisers. For more information, visit Cyprus Mail's website.</w:t>
      </w:r>
      <w:r/>
    </w:p>
    <w:p>
      <w:pPr>
        <w:pStyle w:val="ListNumber"/>
        <w:spacing w:line="240" w:lineRule="auto"/>
        <w:ind w:left="720"/>
      </w:pPr>
      <w:r/>
      <w:hyperlink r:id="rId13">
        <w:r>
          <w:rPr>
            <w:color w:val="0000EE"/>
            <w:u w:val="single"/>
          </w:rPr>
          <w:t>https://www.rialto.com.cy/post/announcement-4th-cyprus-choreography-showcase-2026</w:t>
        </w:r>
      </w:hyperlink>
      <w:r>
        <w:t xml:space="preserve"> - The 4th Cyprus Choreography Showcase, initially scheduled for 6–8 March 2026, has been postponed to 18–20 September 2026 at the Rialto Theatre in Limassol. Organised by the Department of Contemporary Culture of the Deputy Ministry of Culture and the Rialto Theatre, the event aims to present selected choreographic works to international artistic directors and festival organisers. The full programme will be announced soon. For updates, visit the Rialto Theatre's official website.</w:t>
      </w:r>
      <w:r/>
    </w:p>
    <w:p>
      <w:pPr>
        <w:pStyle w:val="ListNumber"/>
        <w:spacing w:line="240" w:lineRule="auto"/>
        <w:ind w:left="720"/>
      </w:pPr>
      <w:r/>
      <w:hyperlink r:id="rId14">
        <w:r>
          <w:rPr>
            <w:color w:val="0000EE"/>
            <w:u w:val="single"/>
          </w:rPr>
          <w:t>https://www.rialto.com.cy/?lang=GR</w:t>
        </w:r>
      </w:hyperlink>
      <w:r>
        <w:t xml:space="preserve"> - The Rialto Theatre in Limassol is hosting the 4th Cyprus Choreography Showcase from 18 to 20 September 2026. The event aims to present selected choreographic works from Cyprus to international artistic directors and festival organisers. The programme includes eight choreographic works over three evenings. For more details, visit the Rialto Theatre's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alto.com.cy/post/4th-cyprus-choreography-showcase" TargetMode="External"/><Relationship Id="rId10" Type="http://schemas.openxmlformats.org/officeDocument/2006/relationships/hyperlink" Target="https://www.kiprinform.com/en/news/cyprus-choreography-showcase-to-return-to-limassol-in-september-2026/" TargetMode="External"/><Relationship Id="rId11" Type="http://schemas.openxmlformats.org/officeDocument/2006/relationships/hyperlink" Target="https://www.cyprusnews.eu/limassol-today/4th-cyprus-choreography-showcase-returns-to-limassol-this-september/" TargetMode="External"/><Relationship Id="rId12" Type="http://schemas.openxmlformats.org/officeDocument/2006/relationships/hyperlink" Target="https://www.cyprusmail.com/2026/08/03/the-productions-of-the-upcoming-cyprus-choreography-showcase" TargetMode="External"/><Relationship Id="rId13" Type="http://schemas.openxmlformats.org/officeDocument/2006/relationships/hyperlink" Target="https://www.rialto.com.cy/post/announcement-4th-cyprus-choreography-showcase-2026" TargetMode="External"/><Relationship Id="rId14" Type="http://schemas.openxmlformats.org/officeDocument/2006/relationships/hyperlink" Target="https://www.rialto.com.cy/?lang=GR" TargetMode="External"/><Relationship Id="rId15" Type="http://schemas.openxmlformats.org/officeDocument/2006/relationships/hyperlink" Target="https://en.philenews.com/whats-on/things-to-do-on-friday-september-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