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Sligo Pride 2026 events for a community-filled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Sligo Pride 2026 is bringing ten days of LGBTQIA+ celebration to County Sligo, with film, karaoke, a colourful march, live entertainment and a scenic Knocknarea hike. The festival's “Building Community” theme puts connection at the heart of the programme, giving locals, visitors and allies plenty of ways to join in.</w:t>
      </w:r>
      <w:r/>
    </w:p>
    <w:p>
      <w:pPr>
        <w:pStyle w:val="Heading2"/>
      </w:pPr>
      <w:r>
        <w:t>Essential Takeaways</w:t>
      </w:r>
      <w:r/>
      <w:r/>
    </w:p>
    <w:p>
      <w:pPr>
        <w:pStyle w:val="ListBullet"/>
        <w:spacing w:line="240" w:lineRule="auto"/>
        <w:ind w:left="720"/>
      </w:pPr>
      <w:r/>
      <w:r>
        <w:rPr>
          <w:b/>
        </w:rPr>
        <w:t>The main day:</w:t>
      </w:r>
      <w:r>
        <w:t xml:space="preserve"> Sligo's Pride March leads into Fleadh Bród at Knocknarea Arena on Saturday.</w:t>
      </w:r>
      <w:r/>
    </w:p>
    <w:p>
      <w:pPr>
        <w:pStyle w:val="ListBullet"/>
        <w:spacing w:line="240" w:lineRule="auto"/>
        <w:ind w:left="720"/>
      </w:pPr>
      <w:r/>
      <w:r>
        <w:rPr>
          <w:b/>
        </w:rPr>
        <w:t>A packed programme:</w:t>
      </w:r>
      <w:r>
        <w:t xml:space="preserve"> Events range from a queer film classic and karaoke to Tai Chi and hillwalking.</w:t>
      </w:r>
      <w:r/>
    </w:p>
    <w:p>
      <w:pPr>
        <w:pStyle w:val="ListBullet"/>
        <w:spacing w:line="240" w:lineRule="auto"/>
        <w:ind w:left="720"/>
      </w:pPr>
      <w:r/>
      <w:r>
        <w:rPr>
          <w:b/>
        </w:rPr>
        <w:t>Free community fun:</w:t>
      </w:r>
      <w:r>
        <w:t xml:space="preserve"> Fleadh Bród is free to attend, with stalls, speeches and performances.</w:t>
      </w:r>
      <w:r/>
    </w:p>
    <w:p>
      <w:pPr>
        <w:pStyle w:val="ListBullet"/>
        <w:spacing w:line="240" w:lineRule="auto"/>
        <w:ind w:left="720"/>
      </w:pPr>
      <w:r/>
      <w:r>
        <w:rPr>
          <w:b/>
        </w:rPr>
        <w:t>Something for every pace:</w:t>
      </w:r>
      <w:r>
        <w:t xml:space="preserve"> There are lively evening events, relaxed daytime activities and outdoor options.</w:t>
      </w:r>
      <w:r/>
    </w:p>
    <w:p>
      <w:pPr>
        <w:pStyle w:val="ListBullet"/>
        <w:spacing w:line="240" w:lineRule="auto"/>
        <w:ind w:left="720"/>
      </w:pPr>
      <w:r/>
      <w:r>
        <w:rPr>
          <w:b/>
        </w:rPr>
        <w:t>Plan ahead:</w:t>
      </w:r>
      <w:r>
        <w:t xml:space="preserve"> Some paid events and workshops have limited availability, so booking is sensible.</w:t>
      </w:r>
      <w:r/>
      <w:r/>
    </w:p>
    <w:p>
      <w:pPr>
        <w:pStyle w:val="Heading2"/>
      </w:pPr>
      <w:r>
        <w:t>Ten days of Pride, with community at its centre</w:t>
      </w:r>
      <w:r/>
    </w:p>
    <w:p>
      <w:r/>
      <w:r>
        <w:t>Sligo Pride 2026 is built around a simple but powerful idea: community matters. The programme is designed to bring LGBTQIA+ people, families, friends and allies together across County Sligo, rather than confining the festival to one parade or one night out.</w:t>
      </w:r>
      <w:r/>
    </w:p>
    <w:p>
      <w:r/>
      <w:r>
        <w:t>That makes the schedule feel especially welcoming. There are bold, high-energy events, but also slower options for people who'd rather chat, create or enjoy the landscape. GCN's programme coverage also highlights the breadth of activity planned across the festival, from cultural events to social gatherings.</w:t>
      </w:r>
      <w:r/>
    </w:p>
    <w:p>
      <w:r/>
      <w:r>
        <w:t>The result is a festival with plenty of texture. One moment you're watching a glittering drag performance, and the next you're breathing in fresh Atlantic air on Knocknarea.</w:t>
      </w:r>
      <w:r/>
    </w:p>
    <w:p>
      <w:pPr>
        <w:pStyle w:val="Heading2"/>
      </w:pPr>
      <w:r>
        <w:t>Friday begins with camp cinema and karaoke</w:t>
      </w:r>
      <w:r/>
    </w:p>
    <w:p>
      <w:r/>
      <w:r>
        <w:t xml:space="preserve">The weekend opens at Ballymote's Art Deco Theatre with a screening of </w:t>
      </w:r>
      <w:r>
        <w:rPr>
          <w:i/>
        </w:rPr>
        <w:t>The Adventures of Priscilla, Queen of the Desert</w:t>
      </w:r>
      <w:r>
        <w:t>. The much-loved film remains a natural fit for Pride: it's colourful, funny, theatrical and full of road-trip spirit, with enough costume drama to make an ordinary cinema visit feel like an occasion.</w:t>
      </w:r>
      <w:r/>
    </w:p>
    <w:p>
      <w:r/>
      <w:r>
        <w:t>The film is followed by Pink Friday Karaoke at Swagman Bar, where the emphasis is less on perfect vocals and more on having the nerve to pick up the microphone. It's a pay-what-you-can event, making it one of the more accessible ways to ease into the celebrations.</w:t>
      </w:r>
      <w:r/>
    </w:p>
    <w:p>
      <w:r/>
      <w:r>
        <w:t>Those looking for a creative daytime activity can also keep an eye on Pride-related events at Swagman Bar, including the listed Pride, Paint and Sláinte gathering. Details can vary, so checking the organiser's latest information before travelling is worthwhile.</w:t>
      </w:r>
      <w:r/>
    </w:p>
    <w:p>
      <w:pPr>
        <w:pStyle w:val="Heading2"/>
      </w:pPr>
      <w:r>
        <w:t>Saturday is the big Sligo Pride celebration</w:t>
      </w:r>
      <w:r/>
    </w:p>
    <w:p>
      <w:r/>
      <w:r>
        <w:t>Saturday's centrepiece is the Sligo Pride March, beginning at Queen Maeve's Square. It offers a chance for people to be visible together, whether they're marching with friends, family, community groups or simply turning up to show support.</w:t>
      </w:r>
      <w:r/>
    </w:p>
    <w:p>
      <w:r/>
      <w:r>
        <w:t>Afterwards, the action moves to Knocknarea Arena for Fleadh Bród. Visitors can expect food and craft stalls, speeches and live performances, with free entry and no booking required. The atmosphere should be more village fête than formal ceremony, which is part of the appeal: there'll be room to browse, listen, meet people and settle into the afternoon.</w:t>
      </w:r>
      <w:r/>
    </w:p>
    <w:p>
      <w:r/>
      <w:r>
        <w:t>For anyone organising a group, arriving early is a smart move. Pride events are more enjoyable when there's time to find friends, check the layout and avoid rushing from the march straight into the next activity.</w:t>
      </w:r>
      <w:r/>
    </w:p>
    <w:p>
      <w:pPr>
        <w:pStyle w:val="Heading2"/>
      </w:pPr>
      <w:r>
        <w:t>Evening entertainment keeps the energy high</w:t>
      </w:r>
      <w:r/>
    </w:p>
    <w:p>
      <w:r/>
      <w:r>
        <w:t xml:space="preserve">Saturday night continues at Bourbon Bar with Bród After Hours. A drag performance from AIDXN G, part of </w:t>
      </w:r>
      <w:r>
        <w:rPr>
          <w:i/>
        </w:rPr>
        <w:t>Confessions of a Popaholic</w:t>
      </w:r>
      <w:r>
        <w:t>, is followed by music from DJ Ruth, giving the day a suitably bright finish.</w:t>
      </w:r>
      <w:r/>
    </w:p>
    <w:p>
      <w:r/>
      <w:r>
        <w:t>Unlike the daytime events, this is an adults-only occasion, and paid tickets are limited. It's worth checking Eventbrite rather than relying on last-minute entry, particularly if you're travelling into Sligo for the weekend.</w:t>
      </w:r>
      <w:r/>
    </w:p>
    <w:p>
      <w:r/>
      <w:r>
        <w:t>The contrast between the afternoon gathering and the late-night programme is a welcome one. Pride isn't one single mood, and the best festivals understand that some people want speeches and stalls while others are ready to dance until the lights come up.</w:t>
      </w:r>
      <w:r/>
    </w:p>
    <w:p>
      <w:pPr>
        <w:pStyle w:val="Heading2"/>
      </w:pPr>
      <w:r>
        <w:t>Sunday slows the pace before the final climb</w:t>
      </w:r>
      <w:r/>
    </w:p>
    <w:p>
      <w:r/>
      <w:r>
        <w:t>Sunday starts gently with Cool Down Tai Chi at Hawk's Well Theatre. Led by Willem Akkermans, the pay-what-you-can session offers a calmer way to recover after the march, music and late-night celebrations. Bookings are limited, so this is one to arrange in advance through the theatre.</w:t>
      </w:r>
      <w:r/>
    </w:p>
    <w:p>
      <w:r/>
      <w:r>
        <w:t>Later, the festival heads outdoors for a hike up Knocknarea from the Queen Maeve Trail, led by the Wild Atlantic Gay hiking group. It provides a relaxed, social ending, with wide views, open air and plenty of time for conversation.</w:t>
      </w:r>
      <w:r/>
    </w:p>
    <w:p>
      <w:r/>
      <w:r>
        <w:t>Wear proper footwear and bring a layer, even if the morning looks bright. Coastal weather can change quickly, and nobody wants a memorable Pride finale spoiled by cold feet or a surprise shower.</w:t>
      </w:r>
      <w:r/>
    </w:p>
    <w:p>
      <w:pPr>
        <w:pStyle w:val="Heading2"/>
      </w:pPr>
      <w:r>
        <w:t>How to make the most of Sligo Pride 2026</w:t>
      </w:r>
      <w:r/>
    </w:p>
    <w:p>
      <w:r/>
      <w:r>
        <w:t>The easiest approach is to mix the headline events with one or two activities that suit your own pace. Families and first-time attendees may prefer the march and Fleadh Bród, while film fans, karaoke regulars, hikers and nightlife lovers can build a more specialised weekend around them.</w:t>
      </w:r>
      <w:r/>
    </w:p>
    <w:p>
      <w:r/>
      <w:r>
        <w:t>Check age guidance carefully, as some events are all-ages while others are restricted to adults. Also look out for ticket requirements: free entry doesn't always mean no planning, and limited-capacity workshops or performances can fill quickly.</w:t>
      </w:r>
      <w:r/>
    </w:p>
    <w:p>
      <w:r/>
      <w:r>
        <w:t>Most importantly, leave room for spontaneity. Pride festivals often work best in the gaps between the listed events, when a quick conversation becomes a new friendship or a quiet afternoon turns into a story you'll retell later.</w:t>
      </w:r>
      <w:r/>
    </w:p>
    <w:p>
      <w:r/>
      <w:r>
        <w:t>Sligo Pride 2026 is shaping up to be a warm, varied celebration where community is not just the theme, but the main event.</w:t>
      </w:r>
      <w:r/>
    </w:p>
    <w:p>
      <w:r/>
      <w:r>
        <w:t>Explore the programme, choose your pace and join the celebrations in Sligo.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4">
        <w:r>
          <w:rPr>
            <w:color w:val="0000EE"/>
            <w:u w:val="single"/>
          </w:rPr>
          <w:t>[6]</w:t>
        </w:r>
      </w:hyperlink>
      <w:r>
        <w:t xml:space="preserve">, </w:t>
      </w:r>
      <w:hyperlink r:id="rId11">
        <w:r>
          <w:rPr>
            <w:color w:val="0000EE"/>
            <w:u w:val="single"/>
          </w:rPr>
          <w:t>[7]</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2">
        <w:r>
          <w:rPr>
            <w:color w:val="0000EE"/>
            <w:u w:val="single"/>
          </w:rPr>
          <w:t>[2]</w:t>
        </w:r>
      </w:hyperlink>
      <w:r>
        <w:t xml:space="preserve">, </w:t>
      </w:r>
      <w:hyperlink r:id="rId13">
        <w:r>
          <w:rPr>
            <w:color w:val="0000EE"/>
            <w:u w:val="single"/>
          </w:rPr>
          <w:t>[3]</w:t>
        </w:r>
      </w:hyperlink>
      <w:r>
        <w:t xml:space="preserve">- Paragraph 7: </w:t>
      </w:r>
      <w:hyperlink r:id="rId10">
        <w:r>
          <w:rPr>
            <w:color w:val="0000EE"/>
            <w:u w:val="single"/>
          </w:rPr>
          <w:t>[4]</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4">
        <w:r>
          <w:rPr>
            <w:color w:val="0000EE"/>
            <w:u w:val="single"/>
          </w:rPr>
          <w:t>[6]</w:t>
        </w:r>
      </w:hyperlink>
      <w:r>
        <w:t xml:space="preserve">- Paragraph 10: </w:t>
      </w:r>
      <w:hyperlink r:id="rId10">
        <w:r>
          <w:rPr>
            <w:color w:val="0000EE"/>
            <w:u w:val="single"/>
          </w:rPr>
          <w:t>[4]</w:t>
        </w:r>
      </w:hyperlink>
      <w:r>
        <w:t xml:space="preserve">- Paragraph 11: </w:t>
      </w:r>
      <w:hyperlink r:id="rId12">
        <w:r>
          <w:rPr>
            <w:color w:val="0000EE"/>
            <w:u w:val="single"/>
          </w:rPr>
          <w:t>[2]</w:t>
        </w:r>
      </w:hyperlink>
      <w:r>
        <w:t xml:space="preserve">, </w:t>
      </w:r>
      <w:hyperlink r:id="rId13">
        <w:r>
          <w:rPr>
            <w:color w:val="0000EE"/>
            <w:u w:val="single"/>
          </w:rPr>
          <w:t>[3]</w:t>
        </w:r>
      </w:hyperlink>
      <w:r>
        <w:t xml:space="preserve">- Paragraph 12: </w:t>
      </w:r>
      <w:hyperlink r:id="rId11">
        <w:r>
          <w:rPr>
            <w:color w:val="0000EE"/>
            <w:u w:val="single"/>
          </w:rPr>
          <w:t>[5]</w:t>
        </w:r>
      </w:hyperlink>
      <w:r>
        <w:t xml:space="preserve">, </w:t>
      </w:r>
      <w:hyperlink r:id="rId11">
        <w:r>
          <w:rPr>
            <w:color w:val="0000EE"/>
            <w:u w:val="single"/>
          </w:rPr>
          <w:t>[7]</w:t>
        </w:r>
      </w:hyperlink>
      <w:r>
        <w:t xml:space="preserve">- Paragraph 13: </w:t>
      </w:r>
      <w:hyperlink r:id="rId14">
        <w:r>
          <w:rPr>
            <w:color w:val="0000EE"/>
            <w:u w:val="single"/>
          </w:rPr>
          <w:t>[6]</w:t>
        </w:r>
      </w:hyperlink>
      <w:r>
        <w:t xml:space="preserve">- Paragraph 14: </w:t>
      </w:r>
      <w:hyperlink r:id="rId10">
        <w:r>
          <w:rPr>
            <w:color w:val="0000EE"/>
            <w:u w:val="single"/>
          </w:rPr>
          <w:t>[4]</w:t>
        </w:r>
      </w:hyperlink>
      <w:r>
        <w:t xml:space="preserve">- Paragraph 15: </w:t>
      </w:r>
      <w:hyperlink r:id="rId12">
        <w:r>
          <w:rPr>
            <w:color w:val="0000EE"/>
            <w:u w:val="single"/>
          </w:rPr>
          <w:t>[2]</w:t>
        </w:r>
      </w:hyperlink>
      <w:r>
        <w:t xml:space="preserve">, </w:t>
      </w:r>
      <w:hyperlink r:id="rId13">
        <w:r>
          <w:rPr>
            <w:color w:val="0000EE"/>
            <w:u w:val="single"/>
          </w:rPr>
          <w:t>[3]</w:t>
        </w:r>
      </w:hyperlink>
      <w:r>
        <w:t xml:space="preserve">- Paragraph 16: </w:t>
      </w:r>
      <w:hyperlink r:id="rId10">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https://www.independent.ie/county/sligo/from-pride-march-to-fleadh-brod-sligo-pride-2026-festival-closes-ten-day-day-celebrations-this-weekend/a/161644207.html</w:t>
        </w:r>
      </w:hyperlink>
      <w:r>
        <w:t xml:space="preserve"> - Please view link - unable to able to access data</w:t>
      </w:r>
      <w:r/>
    </w:p>
    <w:p>
      <w:pPr>
        <w:pStyle w:val="ListNumber"/>
        <w:spacing w:line="240" w:lineRule="auto"/>
        <w:ind w:left="720"/>
      </w:pPr>
      <w:r/>
      <w:hyperlink r:id="rId12">
        <w:r>
          <w:rPr>
            <w:color w:val="0000EE"/>
            <w:u w:val="single"/>
          </w:rPr>
          <w:t>https://www.themodel.ie/?event=sligo-pride-blindr</w:t>
        </w:r>
      </w:hyperlink>
      <w:r>
        <w:t xml:space="preserve"> - The Model in Sligo is hosting a special performance of 'Blindr', a heartfelt comedy-drama about love, family, and second chances. The play features Brian Higgins, an award-winning actor, and is presented in association with Sligo Pride. The event is scheduled for Sunday, 13 September 2026, from 8:00 to 9:15 pm, with free admission. The play is written and directed by Sean Denyer, an award-winning playwright and Artistic Director of Wilde Stages, Dublin’s Queer Theatre Festival. (</w:t>
      </w:r>
      <w:hyperlink r:id="rId15">
        <w:r>
          <w:rPr>
            <w:color w:val="0000EE"/>
            <w:u w:val="single"/>
          </w:rPr>
          <w:t>themodel.ie</w:t>
        </w:r>
      </w:hyperlink>
      <w:r>
        <w:t>)</w:t>
      </w:r>
      <w:r/>
    </w:p>
    <w:p>
      <w:pPr>
        <w:pStyle w:val="ListNumber"/>
        <w:spacing w:line="240" w:lineRule="auto"/>
        <w:ind w:left="720"/>
      </w:pPr>
      <w:r/>
      <w:hyperlink r:id="rId13">
        <w:r>
          <w:rPr>
            <w:color w:val="0000EE"/>
            <w:u w:val="single"/>
          </w:rPr>
          <w:t>https://happeningnext.com/event/pride-paint-andamp-sl%C3%A1inte-with-lovesmoke-at-swagman-bar-sligo-eid1ef0l5wkg0qr</w:t>
        </w:r>
      </w:hyperlink>
      <w:r>
        <w:t xml:space="preserve"> - Swagman Bar in Sligo is hosting 'Pride, Paint &amp; Sláinte with Lovesmoke', a unique evening combining painting and live music. The event is scheduled for Tuesday, 15 September 2026, from 8:00 pm to 10:00 pm. Participants can enjoy a relaxed two-hour painting session with all materials provided, alongside a live DJ set from LoveSmoke. The event is open to singles, couples, groups, or anyone looking for a different activity with friends or family. (</w:t>
      </w:r>
      <w:hyperlink r:id="rId16">
        <w:r>
          <w:rPr>
            <w:color w:val="0000EE"/>
            <w:u w:val="single"/>
          </w:rPr>
          <w:t>happeningnext.com</w:t>
        </w:r>
      </w:hyperlink>
      <w:r>
        <w:t>)</w:t>
      </w:r>
      <w:r/>
    </w:p>
    <w:p>
      <w:pPr>
        <w:pStyle w:val="ListNumber"/>
        <w:spacing w:line="240" w:lineRule="auto"/>
        <w:ind w:left="720"/>
      </w:pPr>
      <w:r/>
      <w:hyperlink r:id="rId10">
        <w:r>
          <w:rPr>
            <w:color w:val="0000EE"/>
            <w:u w:val="single"/>
          </w:rPr>
          <w:t>https://gcn.ie/sligo-pride-2026-programme/</w:t>
        </w:r>
      </w:hyperlink>
      <w:r>
        <w:t xml:space="preserve"> - The Gay Community News (GCN) provides a comprehensive overview of Sligo Pride 2026, highlighting the festival's theme 'Building Community'. The festival runs from 11 to 20 September 2026, featuring a range of events including flag raisings, a Cuppa &amp; Clean-Up event, a screening of 'The Adventures of Priscilla, Queen of the Desert', Pink Friday Karaoke at Swagman Bar, the main Pride March, Fleadh Bród at Knocknarea Arena, and Bród After Hours at Bourbon Bar. The festival concludes with a Cool Down event and a hike up Knocknarea led by the Wild Atlantic Gay group. (</w:t>
      </w:r>
      <w:hyperlink r:id="rId17">
        <w:r>
          <w:rPr>
            <w:color w:val="0000EE"/>
            <w:u w:val="single"/>
          </w:rPr>
          <w:t>gcn.ie</w:t>
        </w:r>
      </w:hyperlink>
      <w:r>
        <w:t>)</w:t>
      </w:r>
      <w:r/>
    </w:p>
    <w:p>
      <w:pPr>
        <w:pStyle w:val="ListNumber"/>
        <w:spacing w:line="240" w:lineRule="auto"/>
        <w:ind w:left="720"/>
      </w:pPr>
      <w:r/>
      <w:hyperlink r:id="rId11">
        <w:r>
          <w:rPr>
            <w:color w:val="0000EE"/>
            <w:u w:val="single"/>
          </w:rPr>
          <w:t>https://www.hawkswell.com/whats-on/shows/the-adventures-of-priscilla-queen-of-the-desert</w:t>
        </w:r>
      </w:hyperlink>
      <w:r>
        <w:t xml:space="preserve"> - Hawk's Well Theatre in Sligo is hosting a special screening of the queer cinema classic 'The Adventures of Priscilla, Queen of the Desert'. The event is scheduled for Friday, 17 September 2026, at 8:00 pm at the Art Deco Theatre in Ballymote. Limited paid tickets are available for purchase through the Hawk's Well Theatre website. (</w:t>
      </w:r>
      <w:hyperlink r:id="rId15">
        <w:r>
          <w:rPr>
            <w:color w:val="0000EE"/>
            <w:u w:val="single"/>
          </w:rPr>
          <w:t>themodel.ie</w:t>
        </w:r>
      </w:hyperlink>
      <w:r>
        <w:t>)</w:t>
      </w:r>
      <w:r/>
    </w:p>
    <w:p>
      <w:pPr>
        <w:pStyle w:val="ListNumber"/>
        <w:spacing w:line="240" w:lineRule="auto"/>
        <w:ind w:left="720"/>
      </w:pPr>
      <w:r/>
      <w:hyperlink r:id="rId14">
        <w:r>
          <w:rPr>
            <w:color w:val="0000EE"/>
            <w:u w:val="single"/>
          </w:rPr>
          <w:t>https://www.hawkswell.com/whats-on/take-part/sligo-pride-sunday-cool-down</w:t>
        </w:r>
      </w:hyperlink>
      <w:r>
        <w:t xml:space="preserve"> - Hawk's Well Theatre in Sligo is hosting a 'Cool Down' Tai Chi session as part of Sligo Pride 2026. The event is scheduled for Sunday, 20 September 2026, at 10:00 am. The session is open to all ages, and participants are encouraged to pay what they can. Limited bookings are available through the Hawk's Well Theatre website. (</w:t>
      </w:r>
      <w:hyperlink r:id="rId15">
        <w:r>
          <w:rPr>
            <w:color w:val="0000EE"/>
            <w:u w:val="single"/>
          </w:rPr>
          <w:t>themodel.ie</w:t>
        </w:r>
      </w:hyperlink>
      <w:r>
        <w:t>)</w:t>
      </w:r>
      <w:r/>
    </w:p>
    <w:p>
      <w:pPr>
        <w:pStyle w:val="ListNumber"/>
        <w:spacing w:line="240" w:lineRule="auto"/>
        <w:ind w:left="720"/>
      </w:pPr>
      <w:r/>
      <w:hyperlink r:id="rId11">
        <w:r>
          <w:rPr>
            <w:color w:val="0000EE"/>
            <w:u w:val="single"/>
          </w:rPr>
          <w:t>https://www.hawkswell.com/whats-on/shows/the-adventures-of-priscilla-queen-of-the-desert</w:t>
        </w:r>
      </w:hyperlink>
      <w:r>
        <w:t xml:space="preserve"> - Hawk's Well Theatre in Sligo is hosting a special screening of the queer cinema classic 'The Adventures of Priscilla, Queen of the Desert'. The event is scheduled for Friday, 17 September 2026, at 8:00 pm at the Art Deco Theatre in Ballymote. Limited paid tickets are available for purchase through the Hawk's Well Theatre website. (</w:t>
      </w:r>
      <w:hyperlink r:id="rId15">
        <w:r>
          <w:rPr>
            <w:color w:val="0000EE"/>
            <w:u w:val="single"/>
          </w:rPr>
          <w:t>themodel.ie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ie/county/sligo/from-pride-march-to-fleadh-brod-sligo-pride-2026-festival-closes-ten-day-day-celebrations-this-weekend/a/161644207.html" TargetMode="External"/><Relationship Id="rId10" Type="http://schemas.openxmlformats.org/officeDocument/2006/relationships/hyperlink" Target="https://gcn.ie/sligo-pride-2026-programme/" TargetMode="External"/><Relationship Id="rId11" Type="http://schemas.openxmlformats.org/officeDocument/2006/relationships/hyperlink" Target="https://www.hawkswell.com/whats-on/shows/the-adventures-of-priscilla-queen-of-the-desert" TargetMode="External"/><Relationship Id="rId12" Type="http://schemas.openxmlformats.org/officeDocument/2006/relationships/hyperlink" Target="https://www.themodel.ie/?event=sligo-pride-blindr" TargetMode="External"/><Relationship Id="rId13" Type="http://schemas.openxmlformats.org/officeDocument/2006/relationships/hyperlink" Target="https://happeningnext.com/event/pride-paint-andamp-sl%C3%A1inte-with-lovesmoke-at-swagman-bar-sligo-eid1ef0l5wkg0qr" TargetMode="External"/><Relationship Id="rId14" Type="http://schemas.openxmlformats.org/officeDocument/2006/relationships/hyperlink" Target="https://www.hawkswell.com/whats-on/take-part/sligo-pride-sunday-cool-down" TargetMode="External"/><Relationship Id="rId15" Type="http://schemas.openxmlformats.org/officeDocument/2006/relationships/hyperlink" Target="https://www.themodel.ie/?event=sligo-pride-blindr&amp;utm_source=openai" TargetMode="External"/><Relationship Id="rId16" Type="http://schemas.openxmlformats.org/officeDocument/2006/relationships/hyperlink" Target="https://happeningnext.com/event/pride-paint-andamp-sl%C3%A1inte-with-lovesmoke-at-swagman-bar-sligo-eid1ef0l5wkg0qr?utm_source=openai" TargetMode="External"/><Relationship Id="rId17" Type="http://schemas.openxmlformats.org/officeDocument/2006/relationships/hyperlink" Target="https://gcn.ie/sligo-pride-2026-programm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