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September Weekend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Houston's queer calendar is packed from Thursday, September 17, to Saturday, September 19, with dance parties, drag, live pop, ballet and brunch. Whether you're chasing Cartoon Network camp, glossy club anthems or a relaxed afternoon show, these LGBTQ+ events offer an easy way to plan a lively weekend in the city.</w:t>
      </w:r>
      <w:r/>
    </w:p>
    <w:p>
      <w:pPr>
        <w:pStyle w:val="Heading2"/>
      </w:pPr>
      <w:r>
        <w:t>Essential Takeaways</w:t>
      </w:r>
      <w:r/>
      <w:r/>
    </w:p>
    <w:p>
      <w:pPr>
        <w:pStyle w:val="ListBullet"/>
        <w:spacing w:line="240" w:lineRule="auto"/>
        <w:ind w:left="720"/>
      </w:pPr>
      <w:r/>
      <w:r>
        <w:rPr>
          <w:b/>
        </w:rPr>
        <w:t>Thursday starts early:</w:t>
      </w:r>
      <w:r>
        <w:t xml:space="preserve"> Crocker Bar and South Beach offer two different routes into the weekend, from a casual dance party to 2000s pop nostalgia.</w:t>
      </w:r>
      <w:r/>
    </w:p>
    <w:p>
      <w:pPr>
        <w:pStyle w:val="ListBullet"/>
        <w:spacing w:line="240" w:lineRule="auto"/>
        <w:ind w:left="720"/>
      </w:pPr>
      <w:r/>
      <w:r>
        <w:rPr>
          <w:b/>
        </w:rPr>
        <w:t>Friday brings variety:</w:t>
      </w:r>
      <w:r>
        <w:t xml:space="preserve"> Expect drag, pole performance, live pop and cabaret, with events spread across Montrose and central Houston.</w:t>
      </w:r>
      <w:r/>
    </w:p>
    <w:p>
      <w:pPr>
        <w:pStyle w:val="ListBullet"/>
        <w:spacing w:line="240" w:lineRule="auto"/>
        <w:ind w:left="720"/>
      </w:pPr>
      <w:r/>
      <w:r>
        <w:rPr>
          <w:b/>
        </w:rPr>
        <w:t>Ballet gets a queer welcome:</w:t>
      </w:r>
      <w:r>
        <w:t xml:space="preserve"> Houston Ballet's Out@The Ballet night pairs Pecos Bill with a social pre-show gathering.</w:t>
      </w:r>
      <w:r/>
    </w:p>
    <w:p>
      <w:pPr>
        <w:pStyle w:val="ListBullet"/>
        <w:spacing w:line="240" w:lineRule="auto"/>
        <w:ind w:left="720"/>
      </w:pPr>
      <w:r/>
      <w:r>
        <w:rPr>
          <w:b/>
        </w:rPr>
        <w:t>Saturday keeps things playful:</w:t>
      </w:r>
      <w:r>
        <w:t xml:space="preserve"> Cynthia Lee Fontaine's drag brunch at Punch Line Houston combines performances, games, drinks and brunch food.</w:t>
      </w:r>
      <w:r/>
    </w:p>
    <w:p>
      <w:pPr>
        <w:pStyle w:val="ListBullet"/>
        <w:spacing w:line="240" w:lineRule="auto"/>
        <w:ind w:left="720"/>
      </w:pPr>
      <w:r/>
      <w:r>
        <w:rPr>
          <w:b/>
        </w:rPr>
        <w:t>Plan around pace:</w:t>
      </w:r>
      <w:r>
        <w:t xml:space="preserve"> Several events overlap, so choose between a full night out and a more relaxed single-stop itinerary.</w:t>
      </w:r>
      <w:r/>
      <w:r/>
    </w:p>
    <w:p>
      <w:pPr>
        <w:pStyle w:val="Heading2"/>
      </w:pPr>
      <w:r>
        <w:t>Thursday offers two very different warm-ups</w:t>
      </w:r>
      <w:r/>
    </w:p>
    <w:p>
      <w:r/>
      <w:r>
        <w:t>The weekend begins with a choice between laid-back dancing and full-blown pop nostalgia. Crocker Bar's Thursday dance party is designed for an easy start, with music, drinks and a familiar Montrose atmosphere. According to The Gay Agenda, the venue is an LGBTQ+ bar in Houston's Montrose neighbourhood, making it a natural first stop for anyone who wants to ease into the weekend.</w:t>
      </w:r>
      <w:r/>
    </w:p>
    <w:p>
      <w:r/>
      <w:r>
        <w:t>At South Beach, Café con Leche and Millennial Dolls take a brighter, more throwback-led approach. The promise is less quiet catch-up and more 2000s pop, dance-floor energy and the kind of songs that can turn a quick drink into a late one. If your idea of nostalgia involves glossy radio hits and a packed club, this is probably the livelier bet.</w:t>
      </w:r>
      <w:r/>
    </w:p>
    <w:p>
      <w:pPr>
        <w:pStyle w:val="Heading2"/>
      </w:pPr>
      <w:r>
        <w:t>Friday night is where the choices multiply</w:t>
      </w:r>
      <w:r/>
    </w:p>
    <w:p>
      <w:r/>
      <w:r>
        <w:t>Friday is the busiest stretch, and Dragtoon at Madame X looks tailor-made for anyone who likes their nostalgia with a generous helping of camp. The Cartoon Network-inspired drag and pole show adds character costumes, comedy and themed flash tattoos to the evening, creating a colourful alternative to a standard club night.</w:t>
      </w:r>
      <w:r/>
    </w:p>
    <w:p>
      <w:r/>
      <w:r>
        <w:t>For live music, Slayyyter's WOR$T GIRL IN THE WORLD TOUR brings theatrical pop to White Oak Music Hall, with Pearly Drops opening. Ticketing and concert listings place the show within Houston's wider live-music circuit, while Slayyyter's club-ready sound should appeal to fans who prefer their Friday night with loud speakers and a little spectacle.</w:t>
      </w:r>
      <w:r/>
    </w:p>
    <w:p>
      <w:r/>
      <w:r>
        <w:t>There's also a softer option at Michael's Outpost, where Modern Nostalgia offers cabaret in the venue's intimate piano-bar setting. The programme starts at 7:30 p.m., with Jerry Atwood on the keys later in the evening. It feels like the choice for a night that wants conversation, melody and a comfortable seat rather than a full dance-floor sprint.</w:t>
      </w:r>
      <w:r/>
    </w:p>
    <w:p>
      <w:pPr>
        <w:pStyle w:val="Heading2"/>
      </w:pPr>
      <w:r>
        <w:t>A queer ballet night adds a different kind of sparkle</w:t>
      </w:r>
      <w:r/>
    </w:p>
    <w:p>
      <w:r/>
      <w:r>
        <w:t>Houston Ballet's Out@The Ballet event gives the weekend a more theatrical turn with Pecos Bill. The production follows the legendary cowboy and Sluefoot Sue through playful choreography, romance and a distinctly Texan sense of humour. It isn't a conventional nightlife pick, which is precisely why it makes the list feel more rounded.</w:t>
      </w:r>
      <w:r/>
    </w:p>
    <w:p>
      <w:r/>
      <w:r>
        <w:t>The Out@The Ballet gathering takes place before the 7:30 p.m. performance at the Wortham Theater Center. For visitors building a long weekend around LGBTQ+ culture, this is a useful reminder that a queer itinerary doesn't have to revolve around bars and clubs. Sometimes the best evening is a dressed-up one, with a proper stage, a little anticipation and the satisfying hush before the curtain rises.</w:t>
      </w:r>
      <w:r/>
    </w:p>
    <w:p>
      <w:pPr>
        <w:pStyle w:val="Heading2"/>
      </w:pPr>
      <w:r>
        <w:t>Drag brunch keeps Saturday bright</w:t>
      </w:r>
      <w:r/>
    </w:p>
    <w:p>
      <w:r/>
      <w:r>
        <w:t>Saturday's main listing is Cynthia Lee Fontaine Presents: Drag Brunch at Punch Line Houston. The event combines live drag, audience games, cocktails and brunch dishes in a downtown comedy-club setting, so it suits groups looking for entertainment without committing to a late night.</w:t>
      </w:r>
      <w:r/>
    </w:p>
    <w:p>
      <w:r/>
      <w:r>
        <w:t>Listings from Ticketmaster, Groupon, Yodel and Live Nation identify the Punch Line Houston event as a recurring branded drag-brunch format. Fontaine is associated with the production, but she isn't scheduled to perform at this particular date, so check the latest booking information before buying tickets if her appearance is the main reason you're going.</w:t>
      </w:r>
      <w:r/>
    </w:p>
    <w:p>
      <w:r/>
      <w:r>
        <w:t>Brunch shows can fill quickly, especially when food, drinks and a recognisable drag name are part of the pitch. Booking ahead is sensible, and arriving with enough time to settle in usually makes the experience feel much less rushed. The best seats are rarely the ones chosen while everyone is already lining up outside.</w:t>
      </w:r>
      <w:r/>
    </w:p>
    <w:p>
      <w:pPr>
        <w:pStyle w:val="Heading2"/>
      </w:pPr>
      <w:r>
        <w:t>How to plan a smoother Houston queer weekend</w:t>
      </w:r>
      <w:r/>
    </w:p>
    <w:p>
      <w:r/>
      <w:r>
        <w:t>The easiest approach is to pick one anchor event per day, then add something nearby if energy and travel time allow. Thursday could mean Crocker Bar for a gentler beginning or South Beach for dancing; Friday demands a clearer choice between Dragtoon, Slayyyter, Modern Nostalgia and the ballet.</w:t>
      </w:r>
      <w:r/>
    </w:p>
    <w:p>
      <w:r/>
      <w:r>
        <w:t>Check start times, venue details and ticket availability before setting off, particularly for ticketed shows and brunch. Houston's venues are spread across different parts of the city, so a map check can save an over-ambitious itinerary from becoming an expensive taxi tour.</w:t>
      </w:r>
      <w:r/>
    </w:p>
    <w:p>
      <w:r/>
      <w:r>
        <w:t>Most importantly, leave room for the unplanned moments. A good queer weekend often includes the event you booked, the drink afterwards and the conversation that carries on longer than expected.</w:t>
      </w:r>
      <w:r/>
    </w:p>
    <w:p>
      <w:r/>
      <w:r>
        <w:t>Choose the night that matches your mood, then let Houston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https://www.outsmartmagazine.com/2026/09/queer-things-to-do-in-houston-sept-17-21/</w:t>
        </w:r>
      </w:hyperlink>
      <w:r>
        <w:t xml:space="preserve"> - Please view link - unable to able to access data</w:t>
      </w:r>
      <w:r/>
    </w:p>
    <w:p>
      <w:pPr>
        <w:pStyle w:val="ListNumber"/>
        <w:spacing w:line="240" w:lineRule="auto"/>
        <w:ind w:left="720"/>
      </w:pPr>
      <w:r/>
      <w:hyperlink r:id="rId10">
        <w:r>
          <w:rPr>
            <w:color w:val="0000EE"/>
            <w:u w:val="single"/>
          </w:rPr>
          <w:t>https://www.thegayagenda.fyi/houston/businesses/crocker-bar/</w:t>
        </w:r>
      </w:hyperlink>
      <w:r>
        <w:t xml:space="preserve"> - Crocker Bar is a lively gay bar and nightspot located at 2312 Crocker St, Houston, TX 77006. Known for its DJ'd music, patio, pub grub, and happy hours, it offers a vibrant atmosphere for patrons. The bar operates daily, with hours extending from 11:00 AM to 2:00 AM on weekdays and weekends, and opens at 12:00 PM on Sundays. Upcoming events include the $5 Cazadores Tequila Dance Party on September 17 and Tequila Sundays Dance Party on September 20. For more details, visit their website.</w:t>
      </w:r>
      <w:r/>
    </w:p>
    <w:p>
      <w:pPr>
        <w:pStyle w:val="ListNumber"/>
        <w:spacing w:line="240" w:lineRule="auto"/>
        <w:ind w:left="720"/>
      </w:pPr>
      <w:r/>
      <w:hyperlink r:id="rId11">
        <w:r>
          <w:rPr>
            <w:color w:val="0000EE"/>
            <w:u w:val="single"/>
          </w:rPr>
          <w:t>https://www.ticketmaster.com/cynthia-lee-fontaine-presents-drag-brunch-houston-texas-04-18-2026/event/3A006435FE2B3CFE</w:t>
        </w:r>
      </w:hyperlink>
      <w:r>
        <w:t xml:space="preserve"> - Cynthia Lee Fontaine Presents: Drag Brunch at the Punch is a high-energy event held at Punch Line Houston, 1204 Caroline St, Houston, TX 77002. The show features live drag performances, audience games, cocktails, and brunch bites in a downtown comedy-club setting. Produced by RuPaul’s Drag Race favorite Cynthia Lee Fontaine, the event is scheduled for April 18, 2026, at 12:00 PM. The show is 18 &amp; over with valid, government-issued photo ID. For more information and tickets, visit Ticketmaster.</w:t>
      </w:r>
      <w:r/>
    </w:p>
    <w:p>
      <w:pPr>
        <w:pStyle w:val="ListNumber"/>
        <w:spacing w:line="240" w:lineRule="auto"/>
        <w:ind w:left="720"/>
      </w:pPr>
      <w:r/>
      <w:hyperlink r:id="rId12">
        <w:r>
          <w:rPr>
            <w:color w:val="0000EE"/>
            <w:u w:val="single"/>
          </w:rPr>
          <w:t>https://www.groupon.com/deals/gl-lnc-cynthia-lee-fontaine-presents-drag-brunch-at-the-punch-houston-2026</w:t>
        </w:r>
      </w:hyperlink>
      <w:r>
        <w:t xml:space="preserve"> - Cynthia Lee Fontaine Presents: Drag Brunch at the Punch is a monthly extravaganza featuring fierce performances, sassy audience games, and unforgettable live drag performances, paired with brunch cocktails, mimosas, and bites. The event is produced by RuPaul's Drag Race fan-favorite Cynthia Lee Fontaine, with each show featuring Houston drag queens bringing show-stopping numbers, big laughs, and serious talent. The event is scheduled for September 19, 2026, at 12:00 PM at Punch Line Houston, 1204 Caroline Street, Houston. For tickets and more information, visit Groupon.</w:t>
      </w:r>
      <w:r/>
    </w:p>
    <w:p>
      <w:pPr>
        <w:pStyle w:val="ListNumber"/>
        <w:spacing w:line="240" w:lineRule="auto"/>
        <w:ind w:left="720"/>
      </w:pPr>
      <w:r/>
      <w:hyperlink r:id="rId13">
        <w:r>
          <w:rPr>
            <w:color w:val="0000EE"/>
            <w:u w:val="single"/>
          </w:rPr>
          <w:t>https://events.yodel.today/pearland-tx/event/Punch-Line-Houston/Cynthia-Lee-Fontaine-Presents--Drag-Brunch-at-the-Punch/697a9717f0c9f0357ef1bfb7</w:t>
        </w:r>
      </w:hyperlink>
      <w:r>
        <w:t xml:space="preserve"> - Cynthia Lee Fontaine Presents: Drag Brunch at the Punch is a monthly event held at Punch Line Houston, 1204 Caroline St, Houston, TX 77002. The show features live drag performances, audience games, cocktails, and brunch bites in a downtown comedy-club setting. Produced by RuPaul’s Drag Race favorite Cynthia Lee Fontaine, the event is scheduled for September 19, 2026, at 12:00 PM. The show is 18 &amp; over with valid, government-issued photo ID. For more information and tickets, visit Yodel.</w:t>
      </w:r>
      <w:r/>
    </w:p>
    <w:p>
      <w:pPr>
        <w:pStyle w:val="ListNumber"/>
        <w:spacing w:line="240" w:lineRule="auto"/>
        <w:ind w:left="720"/>
      </w:pPr>
      <w:r/>
      <w:hyperlink r:id="rId14">
        <w:r>
          <w:rPr>
            <w:color w:val="0000EE"/>
            <w:u w:val="single"/>
          </w:rPr>
          <w:t>https://www.ticketmaster.com/cynthia-lee-fontaine-presents-drag-brunch-houston-texas-06-20-2026/event/3A006435FE323D1A</w:t>
        </w:r>
      </w:hyperlink>
      <w:r>
        <w:t xml:space="preserve"> - Cynthia Lee Fontaine Presents: Drag Brunch at the Punch is a high-energy event held at Punch Line Houston, 1204 Caroline St, Houston, TX 77002. The show features live drag performances, audience games, cocktails, and brunch bites in a downtown comedy-club setting. Produced by RuPaul’s Drag Race favorite Cynthia Lee Fontaine, the event is scheduled for June 20, 2026, at 12:00 PM. The show is 18 &amp; over with valid, government-issued photo ID. For more information and tickets, visit Ticketmaster.</w:t>
      </w:r>
      <w:r/>
    </w:p>
    <w:p>
      <w:pPr>
        <w:pStyle w:val="ListNumber"/>
        <w:spacing w:line="240" w:lineRule="auto"/>
        <w:ind w:left="720"/>
      </w:pPr>
      <w:r/>
      <w:hyperlink r:id="rId15">
        <w:r>
          <w:rPr>
            <w:color w:val="0000EE"/>
            <w:u w:val="single"/>
          </w:rPr>
          <w:t>https://www.livenation.com/event/G5dIZ_d9X3NgI/cynthia-lee-fontaine-presents-drag-brunch-at-the-punch</w:t>
        </w:r>
      </w:hyperlink>
      <w:r>
        <w:t xml:space="preserve"> - Cynthia Lee Fontaine Presents: Drag Brunch at the Punch is a high-energy event held at Punch Line Houston, 1204 Caroline St, Houston, TX 77002. The show features live drag performances, audience games, cocktails, and brunch bites in a downtown comedy-club setting. Produced by RuPaul’s Drag Race favorite Cynthia Lee Fontaine, the event is scheduled for December 19, 2026, at 12:00 PM. The show is 18 &amp; over with valid, government-issued photo ID. For more information and tickets, visit Live 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queer-things-to-do-in-houston-sept-17-21/" TargetMode="External"/><Relationship Id="rId10" Type="http://schemas.openxmlformats.org/officeDocument/2006/relationships/hyperlink" Target="https://www.thegayagenda.fyi/houston/businesses/crocker-bar/" TargetMode="External"/><Relationship Id="rId11" Type="http://schemas.openxmlformats.org/officeDocument/2006/relationships/hyperlink" Target="https://www.ticketmaster.com/cynthia-lee-fontaine-presents-drag-brunch-houston-texas-04-18-2026/event/3A006435FE2B3CFE" TargetMode="External"/><Relationship Id="rId12" Type="http://schemas.openxmlformats.org/officeDocument/2006/relationships/hyperlink" Target="https://www.groupon.com/deals/gl-lnc-cynthia-lee-fontaine-presents-drag-brunch-at-the-punch-houston-2026" TargetMode="External"/><Relationship Id="rId13" Type="http://schemas.openxmlformats.org/officeDocument/2006/relationships/hyperlink" Target="https://events.yodel.today/pearland-tx/event/Punch-Line-Houston/Cynthia-Lee-Fontaine-Presents--Drag-Brunch-at-the-Punch/697a9717f0c9f0357ef1bfb7" TargetMode="External"/><Relationship Id="rId14" Type="http://schemas.openxmlformats.org/officeDocument/2006/relationships/hyperlink" Target="https://www.ticketmaster.com/cynthia-lee-fontaine-presents-drag-brunch-houston-texas-06-20-2026/event/3A006435FE323D1A" TargetMode="External"/><Relationship Id="rId15" Type="http://schemas.openxmlformats.org/officeDocument/2006/relationships/hyperlink" Target="https://www.livenation.com/event/G5dIZ_d9X3NgI/cynthia-lee-fontaine-presents-drag-brunch-at-the-pun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