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 Festival Picks at Cinema Diverse Palm Springs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lovers are heading to Palm Springs for Cinema Diverse, where LGBTQ+ filmmakers bring intimate stories about love, identity, race, family and wealth to the screen. This year’s programme pairs a moving feature about a marriage under strain with a powerful short exploring housing discrimination, giving audiences plenty to discuss after the lights come up.</w:t>
      </w:r>
      <w:r/>
    </w:p>
    <w:p>
      <w:pPr>
        <w:pStyle w:val="Heading2"/>
      </w:pPr>
      <w:r>
        <w:t>Essential Takeaways</w:t>
      </w:r>
      <w:r/>
      <w:r/>
    </w:p>
    <w:p>
      <w:pPr>
        <w:pStyle w:val="ListBullet"/>
        <w:spacing w:line="240" w:lineRule="auto"/>
        <w:ind w:left="720"/>
      </w:pPr>
      <w:r/>
      <w:r>
        <w:rPr>
          <w:b/>
        </w:rPr>
        <w:t>Two films stand out:</w:t>
      </w:r>
      <w:r>
        <w:t xml:space="preserve"> </w:t>
      </w:r>
      <w:r>
        <w:rPr>
          <w:i/>
        </w:rPr>
        <w:t>In This Moment</w:t>
      </w:r>
      <w:r>
        <w:t xml:space="preserve"> explores marriage, caregiving and forgiveness, while </w:t>
      </w:r>
      <w:r>
        <w:rPr>
          <w:i/>
        </w:rPr>
        <w:t>Redlining</w:t>
      </w:r>
      <w:r>
        <w:t xml:space="preserve"> examines race, sexuality and housing inequality.</w:t>
      </w:r>
      <w:r/>
    </w:p>
    <w:p>
      <w:pPr>
        <w:pStyle w:val="ListBullet"/>
        <w:spacing w:line="240" w:lineRule="auto"/>
        <w:ind w:left="720"/>
      </w:pPr>
      <w:r/>
      <w:r>
        <w:rPr>
          <w:b/>
        </w:rPr>
        <w:t>Personal stories lead the programme:</w:t>
      </w:r>
      <w:r>
        <w:t xml:space="preserve"> Both filmmakers draw on lived experience and observations from their communities.</w:t>
      </w:r>
      <w:r/>
    </w:p>
    <w:p>
      <w:pPr>
        <w:pStyle w:val="ListBullet"/>
        <w:spacing w:line="240" w:lineRule="auto"/>
        <w:ind w:left="720"/>
      </w:pPr>
      <w:r/>
      <w:r>
        <w:rPr>
          <w:b/>
        </w:rPr>
        <w:t>The festival is back in Palm Springs:</w:t>
      </w:r>
      <w:r>
        <w:t xml:space="preserve"> Cinema Diverse remains a key local showcase for LGBTQ+ cinema and emerging voices.</w:t>
      </w:r>
      <w:r/>
    </w:p>
    <w:p>
      <w:pPr>
        <w:pStyle w:val="ListBullet"/>
        <w:spacing w:line="240" w:lineRule="auto"/>
        <w:ind w:left="720"/>
      </w:pPr>
      <w:r/>
      <w:r>
        <w:rPr>
          <w:b/>
        </w:rPr>
        <w:t>Dates to note:</w:t>
      </w:r>
      <w:r>
        <w:t xml:space="preserve"> </w:t>
      </w:r>
      <w:r>
        <w:rPr>
          <w:i/>
        </w:rPr>
        <w:t>In This Moment</w:t>
      </w:r>
      <w:r>
        <w:t xml:space="preserve"> screens on 18 September, followed by </w:t>
      </w:r>
      <w:r>
        <w:rPr>
          <w:i/>
        </w:rPr>
        <w:t>Redlining</w:t>
      </w:r>
      <w:r>
        <w:t xml:space="preserve"> on 19 September.</w:t>
      </w:r>
      <w:r/>
    </w:p>
    <w:p>
      <w:pPr>
        <w:pStyle w:val="ListBullet"/>
        <w:spacing w:line="240" w:lineRule="auto"/>
        <w:ind w:left="720"/>
      </w:pPr>
      <w:r/>
      <w:r>
        <w:rPr>
          <w:b/>
        </w:rPr>
        <w:t>Expect more than entertainment:</w:t>
      </w:r>
      <w:r>
        <w:t xml:space="preserve"> These films connect private lives with wider questions about representation, rights and generational wealth.</w:t>
      </w:r>
      <w:r/>
      <w:r/>
    </w:p>
    <w:p>
      <w:pPr>
        <w:pStyle w:val="Heading2"/>
      </w:pPr>
      <w:r>
        <w:t>Cinema Diverse puts lived experience centre stage</w:t>
      </w:r>
      <w:r/>
    </w:p>
    <w:p>
      <w:r/>
      <w:r>
        <w:t>There’s something especially affecting about watching a filmmaker turn a personal truth into a public conversation. That’s the mood surrounding Cinema Diverse’s return to Palm Springs, where LGBTQ+ stories are being presented not as a single category, but as a broad mix of family dramas, social history and identity-led storytelling.</w:t>
      </w:r>
      <w:r/>
    </w:p>
    <w:p>
      <w:r/>
      <w:r>
        <w:t>The festival’s wider programme reflects that range, according to Palm Springs Cultural Center information. Its appeal lies in the chance to see experiences that mainstream cinema can still overlook, presented with the immediacy and warmth of independent filmmaking.</w:t>
      </w:r>
      <w:r/>
    </w:p>
    <w:p>
      <w:pPr>
        <w:pStyle w:val="Heading2"/>
      </w:pPr>
      <w:r>
        <w:t>A marriage tested by family, care and betrayal</w:t>
      </w:r>
      <w:r/>
    </w:p>
    <w:p>
      <w:r/>
      <w:r>
        <w:rPr>
          <w:i/>
        </w:rPr>
        <w:t>In This Moment</w:t>
      </w:r>
      <w:r>
        <w:t>, the feature debut from Mike Placido, follows longtime partners Luis and David as their relationship faces pressure from family responsibilities, caregiving, betrayal and the difficult possibility of forgiveness. It sounds emotionally heavy, but that’s precisely where the film’s interest lies: this is a relationship story shaped by ordinary life rather than a tidy romantic formula.</w:t>
      </w:r>
      <w:r/>
    </w:p>
    <w:p>
      <w:r/>
      <w:r>
        <w:t>Placido told NBC Palm Springs that the film grew from his experience as a gay Filipino immigrant and from the limited representation he encountered on screen. The story is set in the American South, adding another layer to its portrait of identity, belonging and partnership.</w:t>
      </w:r>
      <w:r/>
    </w:p>
    <w:p>
      <w:r/>
      <w:r>
        <w:t>The film screens on 18 September at 7.15pm at the Palm Springs Cultural Center. For audiences looking for a thoughtful LGBTQ+ drama about long-term relationships, it could be one of the festival’s most intimate offerings.</w:t>
      </w:r>
      <w:r/>
    </w:p>
    <w:p>
      <w:pPr>
        <w:pStyle w:val="Heading2"/>
      </w:pPr>
      <w:r>
        <w:t xml:space="preserve">Why </w:t>
      </w:r>
      <w:r>
        <w:rPr>
          <w:i/>
        </w:rPr>
        <w:t>Redlining</w:t>
      </w:r>
      <w:r>
        <w:t xml:space="preserve"> reaches beyond the history books</w:t>
      </w:r>
      <w:r/>
    </w:p>
    <w:p>
      <w:r/>
      <w:r>
        <w:t xml:space="preserve">Jason Stewart’s 18-minute short </w:t>
      </w:r>
      <w:r>
        <w:rPr>
          <w:i/>
        </w:rPr>
        <w:t>Redlining</w:t>
      </w:r>
      <w:r>
        <w:t xml:space="preserve"> takes a different route, connecting sexuality and women’s rights with the discriminatory housing practices that shaped American communities. Set in 1970s Georgia, it looks at how decisions about who could buy property continued to influence families long after the original barriers were put in place.</w:t>
      </w:r>
      <w:r/>
    </w:p>
    <w:p>
      <w:r/>
      <w:r>
        <w:t>The film’s central question is both simple and unsettling: what happens to a home, and the wealth tied to it, when its owner dies? Stewart’s comments, reported by NBC Palm Springs, underline how homeownership can become a foundation for generational wealth, while exclusion from the housing market can leave families playing catch-up for decades.</w:t>
      </w:r>
      <w:r/>
    </w:p>
    <w:p>
      <w:r/>
      <w:r>
        <w:t xml:space="preserve">With 22 festival selections and eight best film wins listed in its presentation, </w:t>
      </w:r>
      <w:r>
        <w:rPr>
          <w:i/>
        </w:rPr>
        <w:t>Redlining</w:t>
      </w:r>
      <w:r>
        <w:t xml:space="preserve"> has already travelled widely. Its local screening on 19 September at 7.30pm, as part of the festival’s civil rights programme, adds a personal note because Stewart lives in Palm Springs.</w:t>
      </w:r>
      <w:r/>
    </w:p>
    <w:p>
      <w:pPr>
        <w:pStyle w:val="Heading2"/>
      </w:pPr>
      <w:r>
        <w:t>Two films, one bigger conversation</w:t>
      </w:r>
      <w:r/>
    </w:p>
    <w:p>
      <w:r/>
      <w:r>
        <w:t xml:space="preserve">Although </w:t>
      </w:r>
      <w:r>
        <w:rPr>
          <w:i/>
        </w:rPr>
        <w:t>In This Moment</w:t>
      </w:r>
      <w:r>
        <w:t xml:space="preserve"> and </w:t>
      </w:r>
      <w:r>
        <w:rPr>
          <w:i/>
        </w:rPr>
        <w:t>Redlining</w:t>
      </w:r>
      <w:r>
        <w:t xml:space="preserve"> focus on very different subjects, they share a useful quality: neither treats identity as a slogan. Instead, each connects LGBTQ+ lives with family, place, race, money and the quiet decisions that shape people’s futures.</w:t>
      </w:r>
      <w:r/>
    </w:p>
    <w:p>
      <w:r/>
      <w:r>
        <w:t>That breadth is part of Cinema Diverse’s staying power. The Palm Springs Cultural Center describes the event as a platform for LGBTQ+ cinema, while local listings from Palm Springs Life present it as a major cultural weekend for the area. In practice, that means viewers can arrive for one film and leave with a much wider sense of the stories being made today.</w:t>
      </w:r>
      <w:r/>
    </w:p>
    <w:p>
      <w:pPr>
        <w:pStyle w:val="Heading2"/>
      </w:pPr>
      <w:r>
        <w:t>How to make the most of the festival</w:t>
      </w:r>
      <w:r/>
    </w:p>
    <w:p>
      <w:r/>
      <w:r>
        <w:t xml:space="preserve">If you’re choosing between screenings, consider the mood you want. </w:t>
      </w:r>
      <w:r>
        <w:rPr>
          <w:i/>
        </w:rPr>
        <w:t>In This Moment</w:t>
      </w:r>
      <w:r>
        <w:t xml:space="preserve"> is likely to suit viewers who prefer character-led drama and emotionally complicated relationships, while </w:t>
      </w:r>
      <w:r>
        <w:rPr>
          <w:i/>
        </w:rPr>
        <w:t>Redlining</w:t>
      </w:r>
      <w:r>
        <w:t xml:space="preserve"> offers a brisker, issue-driven experience with plenty of historical weight.</w:t>
      </w:r>
      <w:r/>
    </w:p>
    <w:p>
      <w:r/>
      <w:r>
        <w:t>It’s also worth leaving time around each screening. Independent festivals are often at their best when audiences linger, compare reactions and discover filmmakers whose work they might not encounter elsewhere. Sometimes the conversation in the foyer is almost as memorable as the film itself.</w:t>
      </w:r>
      <w:r/>
    </w:p>
    <w:p>
      <w:r/>
      <w:r>
        <w:t>Cinema Diverse’s return is a reminder that representation works best when it feels specific, textured and human. These films aren’t simply asking audiences to look at different lives; they’re inviting them to recognise the forces that connect those lives to their own.</w:t>
      </w:r>
      <w:r/>
    </w:p>
    <w:p>
      <w:r/>
      <w:r>
        <w:t>Explore the programme and choose the screening that speaks to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[1]</w:t>
        </w:r>
      </w:hyperlink>
      <w:r>
        <w:t xml:space="preserve">, </w:t>
      </w:r>
      <w:hyperlink r:id="rId11">
        <w:r>
          <w:rPr>
            <w:color w:val="0000EE"/>
            <w:u w:val="single"/>
          </w:rPr>
          <w:t>[3]</w:t>
        </w:r>
      </w:hyperlink>
      <w:r>
        <w:t xml:space="preserve">- Paragraph 4: </w:t>
      </w:r>
      <w:hyperlink r:id="rId9">
        <w:r>
          <w:rPr>
            <w:color w:val="0000EE"/>
            <w:u w:val="single"/>
          </w:rPr>
          <w:t>[1]</w:t>
        </w:r>
      </w:hyperlink>
      <w:r>
        <w:t xml:space="preserve">, </w:t>
      </w:r>
      <w:hyperlink r:id="rId13">
        <w:r>
          <w:rPr>
            <w:color w:val="0000EE"/>
            <w:u w:val="single"/>
          </w:rPr>
          <w:t>[5]</w:t>
        </w:r>
      </w:hyperlink>
      <w:r>
        <w:t xml:space="preserve">- Paragraph 5: </w:t>
      </w:r>
      <w:hyperlink r:id="rId9">
        <w:r>
          <w:rPr>
            <w:color w:val="0000EE"/>
            <w:u w:val="single"/>
          </w:rPr>
          <w:t>[1]</w:t>
        </w:r>
      </w:hyperlink>
      <w:r>
        <w:t xml:space="preserve">, </w:t>
      </w:r>
      <w:hyperlink r:id="rId14">
        <w:r>
          <w:rPr>
            <w:color w:val="0000EE"/>
            <w:u w:val="single"/>
          </w:rPr>
          <w:t>[6]</w:t>
        </w:r>
      </w:hyperlink>
      <w:r>
        <w:t xml:space="preserve">- Paragraph 6: </w:t>
      </w:r>
      <w:hyperlink r:id="rId9">
        <w:r>
          <w:rPr>
            <w:color w:val="0000EE"/>
            <w:u w:val="single"/>
          </w:rPr>
          <w:t>[1]</w:t>
        </w:r>
      </w:hyperlink>
      <w:r>
        <w:t xml:space="preserve">, </w:t>
      </w:r>
      <w:hyperlink r:id="rId15">
        <w:r>
          <w:rPr>
            <w:color w:val="0000EE"/>
            <w:u w:val="single"/>
          </w:rPr>
          <w:t>[7]</w:t>
        </w:r>
      </w:hyperlink>
      <w:r>
        <w:t xml:space="preserve">- Paragraph 7: </w:t>
      </w:r>
      <w:hyperlink r:id="rId9">
        <w:r>
          <w:rPr>
            <w:color w:val="0000EE"/>
            <w:u w:val="single"/>
          </w:rPr>
          <w:t>[1]</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4">
        <w:r>
          <w:rPr>
            <w:color w:val="0000EE"/>
            <w:u w:val="single"/>
          </w:rPr>
          <w:t>[6]</w:t>
        </w:r>
      </w:hyperlink>
      <w:r>
        <w:t xml:space="preserve">- Paragraph 10: </w:t>
      </w:r>
      <w:hyperlink r:id="rId9">
        <w:r>
          <w:rPr>
            <w:color w:val="0000EE"/>
            <w:u w:val="single"/>
          </w:rPr>
          <w:t>[1]</w:t>
        </w:r>
      </w:hyperlink>
      <w:r>
        <w:t xml:space="preserve">, </w:t>
      </w:r>
      <w:hyperlink r:id="rId15">
        <w:r>
          <w:rPr>
            <w:color w:val="0000EE"/>
            <w:u w:val="single"/>
          </w:rPr>
          <w:t>[7]</w:t>
        </w:r>
      </w:hyperlink>
      <w:r>
        <w:t xml:space="preserve">- Paragraph 11: </w:t>
      </w:r>
      <w:hyperlink r:id="rId9">
        <w:r>
          <w:rPr>
            <w:color w:val="0000EE"/>
            <w:u w:val="single"/>
          </w:rPr>
          <w:t>[1]</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4">
        <w:r>
          <w:rPr>
            <w:color w:val="0000EE"/>
            <w:u w:val="single"/>
          </w:rPr>
          <w:t>[6]</w:t>
        </w:r>
      </w:hyperlink>
      <w:r>
        <w:t xml:space="preserve">- Paragraph 13: </w:t>
      </w:r>
      <w:hyperlink r:id="rId11">
        <w:r>
          <w:rPr>
            <w:color w:val="0000EE"/>
            <w:u w:val="single"/>
          </w:rPr>
          <w:t>[3]</w:t>
        </w:r>
      </w:hyperlink>
      <w:r>
        <w:t xml:space="preserve">, </w:t>
      </w:r>
      <w:hyperlink r:id="rId15">
        <w:r>
          <w:rPr>
            <w:color w:val="0000EE"/>
            <w:u w:val="single"/>
          </w:rPr>
          <w:t>[7]</w:t>
        </w:r>
      </w:hyperlink>
      <w:r>
        <w:t xml:space="preserve">- Paragraph 14: </w:t>
      </w:r>
      <w:hyperlink r:id="rId9">
        <w:r>
          <w:rPr>
            <w:color w:val="0000EE"/>
            <w:u w:val="single"/>
          </w:rPr>
          <w:t>[1]</w:t>
        </w:r>
      </w:hyperlink>
      <w:r>
        <w:t xml:space="preserve">, </w:t>
      </w:r>
      <w:hyperlink r:id="rId10">
        <w:r>
          <w:rPr>
            <w:color w:val="0000EE"/>
            <w:u w:val="single"/>
          </w:rPr>
          <w:t>[2]</w:t>
        </w:r>
      </w:hyperlink>
      <w:r>
        <w:t xml:space="preserve">- Paragraph 15: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https://www.nbcpalmsprings.com/manny-the-movie-guy/2026/09/17/cinema-diverse-returns-to-palm-springs-with-lgbtq-films-and-filmmakers</w:t>
        </w:r>
      </w:hyperlink>
      <w:r>
        <w:t xml:space="preserve"> - Please view link - unable to able to access data</w:t>
      </w:r>
      <w:r/>
    </w:p>
    <w:p>
      <w:pPr>
        <w:pStyle w:val="ListNumber"/>
        <w:spacing w:line="240" w:lineRule="auto"/>
        <w:ind w:left="720"/>
      </w:pPr>
      <w:r/>
      <w:hyperlink r:id="rId10">
        <w:r>
          <w:rPr>
            <w:color w:val="0000EE"/>
            <w:u w:val="single"/>
          </w:rPr>
          <w:t>https://kesq.com/news/2026/09/17/cinema-diverse-returns-to-palm-springs-for-its-19th-edition/</w:t>
        </w:r>
      </w:hyperlink>
      <w:r>
        <w:t xml:space="preserve"> - Cinema Diverse, Palm Springs' annual LGBTQ+ film festival, returns for its 19th edition, running from September 17–20 and September 24–27, 2026. The festival features a diverse selection of feature films, documentaries, short films, and web series, with over 100 shorts presented over the two weekends. The opening documentary, 'Mineshaft: The Cruising Murders', explores the real-life murder that inspired William Friedkin's 'Cruising' and the protests surrounding its production and release. The festival aims to provide a platform for LGBTQ+ filmmakers and stories, reflecting a broad range of identities and experiences.</w:t>
      </w:r>
      <w:r/>
    </w:p>
    <w:p>
      <w:pPr>
        <w:pStyle w:val="ListNumber"/>
        <w:spacing w:line="240" w:lineRule="auto"/>
        <w:ind w:left="720"/>
      </w:pPr>
      <w:r/>
      <w:hyperlink r:id="rId11">
        <w:r>
          <w:rPr>
            <w:color w:val="0000EE"/>
            <w:u w:val="single"/>
          </w:rPr>
          <w:t>https://www.psculturalcenter.org/filmfest/about-cinema-diverse</w:t>
        </w:r>
      </w:hyperlink>
      <w:r>
        <w:t xml:space="preserve"> - Cinema Diverse is dedicated to advancing and strengthening the LGBTQ+ community by presenting a world-class film festival that showcases lesbian, gay, bisexual, and transgender cinema from around the world. The festival features a combination of feature films and short films, celebrating LGBTQ+ filmmakers and the stories they tell. Each year, Cinema Diverse invites filmmakers, writers, directors, producers, actors, and other industry professionals to Palm Springs for an exciting celebration of motion pictures that reflect, inform, enrich, and often transform lives.</w:t>
      </w:r>
      <w:r/>
    </w:p>
    <w:p>
      <w:pPr>
        <w:pStyle w:val="ListNumber"/>
        <w:spacing w:line="240" w:lineRule="auto"/>
        <w:ind w:left="720"/>
      </w:pPr>
      <w:r/>
      <w:hyperlink r:id="rId12">
        <w:r>
          <w:rPr>
            <w:color w:val="0000EE"/>
            <w:u w:val="single"/>
          </w:rPr>
          <w:t>https://www.psculturalcenter.org/filmfest</w:t>
        </w:r>
      </w:hyperlink>
      <w:r>
        <w:t xml:space="preserve"> - Cinema Diverse: The Palm Springs LGBTQ+ Film Festival is dedicated to advancing and further strengthening the diverse gay community through the establishment of a world-class film festival that presents lesbian, gay, bisexual, and transgender cinema from around the world. The festival features an exciting and varied combination of feature films and short films from around the world, celebrating LGBTQ+ cinema. Each year, Cinema Diverse invites filmmakers, writers, directors, producers, actors, film artists, film lovers, distributors, and other industry professionals to join in Palm Springs for an exciting celebration of motion pictures that reflect, inform, enrich, and often transform lives.</w:t>
      </w:r>
      <w:r/>
    </w:p>
    <w:p>
      <w:pPr>
        <w:pStyle w:val="ListNumber"/>
        <w:spacing w:line="240" w:lineRule="auto"/>
        <w:ind w:left="720"/>
      </w:pPr>
      <w:r/>
      <w:hyperlink r:id="rId13">
        <w:r>
          <w:rPr>
            <w:color w:val="0000EE"/>
            <w:u w:val="single"/>
          </w:rPr>
          <w:t>https://www.ourfamilypride.net/</w:t>
        </w:r>
      </w:hyperlink>
      <w:r>
        <w:t xml:space="preserve"> - 'Our Family Pride' is an award-winning LGBTQ+ series that tells a deeply personal story about identity, family, acceptance, addiction, and the courage to live honestly. The series follows Jaimie's journey toward truth and the challenges he faces with his attraction to men and experiences with brutal homophobia throughout his life. The film has earned festival honors and a People’s Telly Silver award, resonating with audiences through its themes of family, identity, and acceptance. Upcoming screenings include September 17, 2026, at the Chinese Theatre in Hollywood and September 26, 2026, at Cinema Diverse in Palm Springs.</w:t>
      </w:r>
      <w:r/>
    </w:p>
    <w:p>
      <w:pPr>
        <w:pStyle w:val="ListNumber"/>
        <w:spacing w:line="240" w:lineRule="auto"/>
        <w:ind w:left="720"/>
      </w:pPr>
      <w:r/>
      <w:hyperlink r:id="rId14">
        <w:r>
          <w:rPr>
            <w:color w:val="0000EE"/>
            <w:u w:val="single"/>
          </w:rPr>
          <w:t>https://www.palmspringslife.com/event/cinema-diverse-lgbtq-film-festival/</w:t>
        </w:r>
      </w:hyperlink>
      <w:r>
        <w:t xml:space="preserve"> - Cinema Diverse returns for two weekends, September 17–20 and 24–27, at the Palm Springs Cultural Center’s Historic Camelot Theatre. The festival presents LGBTQ+ feature films, documentaries, and shorts from filmmakers around the world, with programming selected to reflect a broad range of identities, experiences, and storytelling styles. Founded in 2008, Cinema Diverse has grown into one of Palm Springs’ signature fall film events, giving audiences a concentrated look at queer cinema outside the usual awards-season cycle and creating space for filmmakers and viewers to connect around the work.</w:t>
      </w:r>
      <w:r/>
    </w:p>
    <w:p>
      <w:pPr>
        <w:pStyle w:val="ListNumber"/>
        <w:spacing w:line="240" w:lineRule="auto"/>
        <w:ind w:left="720"/>
      </w:pPr>
      <w:r/>
      <w:hyperlink r:id="rId15">
        <w:r>
          <w:rPr>
            <w:color w:val="0000EE"/>
            <w:u w:val="single"/>
          </w:rPr>
          <w:t>https://www.palmspringslife.com/event/cinema-diverse-lgbtq-film-festival-weekend-2/</w:t>
        </w:r>
      </w:hyperlink>
      <w:r>
        <w:t xml:space="preserve"> - Cinema Diverse returns for two weekends, September 17–20 and 24–27, at the Palm Springs Cultural Center’s Historic Camelot Theatre. The festival presents LGBTQ+ feature films, documentaries, and shorts from filmmakers around the world, with programming selected to reflect a broad range of identities, experiences, and storytelling styles. Founded in 2008, Cinema Diverse has grown into one of Palm Springs’ signature fall film events, giving audiences a concentrated look at queer cinema outside the usual awards-season cycle and creating space for filmmakers and viewers to connect around the 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bcpalmsprings.com/manny-the-movie-guy/2026/09/17/cinema-diverse-returns-to-palm-springs-with-lgbtq-films-and-filmmakers" TargetMode="External"/><Relationship Id="rId10" Type="http://schemas.openxmlformats.org/officeDocument/2006/relationships/hyperlink" Target="https://kesq.com/news/2026/09/17/cinema-diverse-returns-to-palm-springs-for-its-19th-edition/" TargetMode="External"/><Relationship Id="rId11" Type="http://schemas.openxmlformats.org/officeDocument/2006/relationships/hyperlink" Target="https://www.psculturalcenter.org/filmfest/about-cinema-diverse" TargetMode="External"/><Relationship Id="rId12" Type="http://schemas.openxmlformats.org/officeDocument/2006/relationships/hyperlink" Target="https://www.psculturalcenter.org/filmfest" TargetMode="External"/><Relationship Id="rId13" Type="http://schemas.openxmlformats.org/officeDocument/2006/relationships/hyperlink" Target="https://www.ourfamilypride.net/" TargetMode="External"/><Relationship Id="rId14" Type="http://schemas.openxmlformats.org/officeDocument/2006/relationships/hyperlink" Target="https://www.palmspringslife.com/event/cinema-diverse-lgbtq-film-festival/" TargetMode="External"/><Relationship Id="rId15" Type="http://schemas.openxmlformats.org/officeDocument/2006/relationships/hyperlink" Target="https://www.palmspringslife.com/event/cinema-diverse-lgbtq-film-festival-weekend-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