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Fall Events in Washington DC for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embracing autumn in the capital. From Laverne Cox's memoir conversation to Oktoberfest, live music and LGBTQ+ community gatherings, Washington DC's 2026 fall events offer plenty of reasons to swap the sofa for a warm, lively night out.</w:t>
      </w:r>
      <w:r/>
    </w:p>
    <w:p>
      <w:pPr>
        <w:pStyle w:val="Heading2"/>
      </w:pPr>
      <w:r>
        <w:t>Essential Takeaways</w:t>
      </w:r>
      <w:r/>
      <w:r/>
    </w:p>
    <w:p>
      <w:pPr>
        <w:pStyle w:val="ListBullet"/>
        <w:spacing w:line="240" w:lineRule="auto"/>
        <w:ind w:left="720"/>
      </w:pPr>
      <w:r/>
      <w:r>
        <w:rPr>
          <w:b/>
        </w:rPr>
        <w:t>A headline conversation:</w:t>
      </w:r>
      <w:r>
        <w:t xml:space="preserve"> Laverne Cox is scheduled to discuss her memoir at Baltimore Book Fest on 19 September.</w:t>
      </w:r>
      <w:r/>
    </w:p>
    <w:p>
      <w:pPr>
        <w:pStyle w:val="ListBullet"/>
        <w:spacing w:line="240" w:lineRule="auto"/>
        <w:ind w:left="720"/>
      </w:pPr>
      <w:r/>
      <w:r>
        <w:rPr>
          <w:b/>
        </w:rPr>
        <w:t>A long-running beer festival:</w:t>
      </w:r>
      <w:r>
        <w:t xml:space="preserve"> Dacha Beer Garden's Oktoberfest is planned across its Shaw and Navy Yard venues through 4 October.</w:t>
      </w:r>
      <w:r/>
    </w:p>
    <w:p>
      <w:pPr>
        <w:pStyle w:val="ListBullet"/>
        <w:spacing w:line="240" w:lineRule="auto"/>
        <w:ind w:left="720"/>
      </w:pPr>
      <w:r/>
      <w:r>
        <w:rPr>
          <w:b/>
        </w:rPr>
        <w:t>A thoughtful community calendar:</w:t>
      </w:r>
      <w:r>
        <w:t xml:space="preserve"> Workshops and intergenerational events create space for learning, connection and reflection.</w:t>
      </w:r>
      <w:r/>
    </w:p>
    <w:p>
      <w:pPr>
        <w:pStyle w:val="ListBullet"/>
        <w:spacing w:line="240" w:lineRule="auto"/>
        <w:ind w:left="720"/>
      </w:pPr>
      <w:r/>
      <w:r>
        <w:rPr>
          <w:b/>
        </w:rPr>
        <w:t>Plenty of live entertainment:</w:t>
      </w:r>
      <w:r>
        <w:t xml:space="preserve"> Drag, comedy, concerts, open-mic performances and theatre fill the autumn diary.</w:t>
      </w:r>
      <w:r/>
    </w:p>
    <w:p>
      <w:pPr>
        <w:pStyle w:val="ListBullet"/>
        <w:spacing w:line="240" w:lineRule="auto"/>
        <w:ind w:left="720"/>
      </w:pPr>
      <w:r/>
      <w:r>
        <w:rPr>
          <w:b/>
        </w:rPr>
        <w:t>A practical tip:</w:t>
      </w:r>
      <w:r>
        <w:t xml:space="preserve"> Check each organiser's listing before travelling, as times, tickets and entry details can change.</w:t>
      </w:r>
      <w:r/>
      <w:r/>
    </w:p>
    <w:p>
      <w:pPr>
        <w:pStyle w:val="Heading2"/>
      </w:pPr>
      <w:r>
        <w:t>Laverne Cox brings a personal story to Baltimore Book Fest</w:t>
      </w:r>
      <w:r/>
    </w:p>
    <w:p>
      <w:r/>
      <w:r>
        <w:t xml:space="preserve">The season's most reflective event may be Laverne Cox's conversation at Baltimore Book Fest on Saturday 19 September. The actor and activist is expected to discuss her memoir, </w:t>
      </w:r>
      <w:r>
        <w:rPr>
          <w:i/>
        </w:rPr>
        <w:t>Transcendent</w:t>
      </w:r>
      <w:r>
        <w:t>, with Dr Melanie Bryant at 7pm, offering an evening centred on identity, resilience and healing.</w:t>
      </w:r>
      <w:r/>
    </w:p>
    <w:p>
      <w:r/>
      <w:r>
        <w:t>Cox's story reaches well beyond celebrity biography. The discussion is set to cover childhood trauma, transition, body image, relationships and the difficult work of confronting shame. According to The Banner, the appearance is part of the festival's wider literary programme, making it an especially strong choice for readers who like their autumn outings to leave them with something to think about.</w:t>
      </w:r>
      <w:r/>
    </w:p>
    <w:p>
      <w:pPr>
        <w:pStyle w:val="Heading2"/>
      </w:pPr>
      <w:r>
        <w:t>Dacha's Oktoberfest turns up the volume</w:t>
      </w:r>
      <w:r/>
    </w:p>
    <w:p>
      <w:r/>
      <w:r>
        <w:t>If your ideal autumn evening involves steins, brass music and a crowd ready to join in, Dacha Beer Garden's Oktoberfest looks hard to beat. The 2026 celebration is planned as a 17-day run across the Shaw and Navy Yard locations, with Bavarian food, drinks, music and themed activities.</w:t>
      </w:r>
      <w:r/>
    </w:p>
    <w:p>
      <w:r/>
      <w:r>
        <w:t>The opening programme promises plenty of theatre, too. DC Brau is due to tap the first keg, while Austrian performer Manuela Horn joins Johnny Koenig and his band for a lively exchange of yodels, polka and crowd games. Dacha's event listings also point to family-friendly sessions, brewer-themed activities, Olympics and other special events, so it's worth checking the calendar rather than treating Oktoberfest as one single night.</w:t>
      </w:r>
      <w:r/>
    </w:p>
    <w:p>
      <w:pPr>
        <w:pStyle w:val="Heading2"/>
      </w:pPr>
      <w:r>
        <w:t>Community events add meaning to the calendar</w:t>
      </w:r>
      <w:r/>
    </w:p>
    <w:p>
      <w:r/>
      <w:r>
        <w:t>Not every worthwhile event needs a stage and a loudspeaker. Howard University's workshop on intergenerational trauma in BIPOC communities uses art as a way to explore history, memory and support, while the DC LGBTQ+ Community Center's intergenerational gathering is designed to bring people of different ages together over lunch, discussion and breakout sessions.</w:t>
      </w:r>
      <w:r/>
    </w:p>
    <w:p>
      <w:r/>
      <w:r>
        <w:t>Team DC's Open Play event offers a more relaxed route into community life. Hosted with Athlete Ally and District Wrestling, the mixer welcomes LGBTQ+ athletes, recreational players and sports fans. It sounds like the sort of evening where you can arrive knowing nobody and leave with a few new names in your phone, which is sometimes the real luxury of a good local event.</w:t>
      </w:r>
      <w:r/>
    </w:p>
    <w:p>
      <w:pPr>
        <w:pStyle w:val="Heading2"/>
      </w:pPr>
      <w:r>
        <w:t>Music, drag and open-mic nights keep things lively</w:t>
      </w:r>
      <w:r/>
    </w:p>
    <w:p>
      <w:r/>
      <w:r>
        <w:t xml:space="preserve">For a louder night out, the autumn line-up includes BERTHA: Grateful Drag at 9:30 Club, with a donation from each ticket supporting SMYAL and its work with LGBTQ+ young people. Steve Lacy is also scheduled to bring his </w:t>
      </w:r>
      <w:r>
        <w:rPr>
          <w:i/>
        </w:rPr>
        <w:t>Oh Yeah?</w:t>
      </w:r>
      <w:r>
        <w:t xml:space="preserve"> tour to The Anthem, while Cupcakke is set to perform at Howard Theatre later in October.</w:t>
      </w:r>
      <w:r/>
    </w:p>
    <w:p>
      <w:r/>
      <w:r>
        <w:t>Spark Social's open-mic night offers a less polished but potentially more memorable kind of entertainment. Singers, poets and comedians can take the stage, while everyone else can settle in with a drink and watch the evening unfold. Sign-ups are first come, first served, so performers should contact the venue ahead of time if they want to improve their chances of getting a slot.</w:t>
      </w:r>
      <w:r/>
    </w:p>
    <w:p>
      <w:pPr>
        <w:pStyle w:val="Heading2"/>
      </w:pPr>
      <w:r>
        <w:t>Pick your perfect autumn outing</w:t>
      </w:r>
      <w:r/>
    </w:p>
    <w:p>
      <w:r/>
      <w:r>
        <w:t>For a gentler afternoon, Capital One Center's Celebration of the Arts in Tysons combines workshops, installations, food trucks, local vendors and outdoor performances. It's a good fit for families or anyone who wants a cultural day out without committing to a late night.</w:t>
      </w:r>
      <w:r/>
    </w:p>
    <w:p>
      <w:r/>
      <w:r>
        <w:t xml:space="preserve">Elsewhere, Fay Jacobs' </w:t>
      </w:r>
      <w:r>
        <w:rPr>
          <w:i/>
        </w:rPr>
        <w:t>Aging Gracefully: 2nd Annual Farewell Tour</w:t>
      </w:r>
      <w:r>
        <w:t xml:space="preserve"> brings new stories to CAMP Rehoboth Community Center over two October dates. The title may sound final, but the promise of fresh material suggests a show with plenty of warmth and mischief. Before booking any of these events, check the relevant organiser's website or ticket page for updated timings, prices, accessibility information and venue details.</w:t>
      </w:r>
      <w:r/>
    </w:p>
    <w:p>
      <w:r/>
      <w:r>
        <w:t>The best LGBTQ+ fall events in Washington DC aren't all the same, and that's precisely the point. Whether you want a big concert, a serious conversation, a beer garden or a welcoming community room, autumn has room for all of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https://www.washingtonblade.com/2026/09/18/roundup-fall-events-lgbtq-dc/</w:t>
        </w:r>
      </w:hyperlink>
      <w:r>
        <w:t xml:space="preserve"> - Please view link - unable to able to access data</w:t>
      </w:r>
      <w:r/>
    </w:p>
    <w:p>
      <w:pPr>
        <w:pStyle w:val="ListNumber"/>
        <w:spacing w:line="240" w:lineRule="auto"/>
        <w:ind w:left="720"/>
      </w:pPr>
      <w:r/>
      <w:hyperlink r:id="rId10">
        <w:r>
          <w:rPr>
            <w:color w:val="0000EE"/>
            <w:u w:val="single"/>
          </w:rPr>
          <w:t>https://www.thebanner.com/culture/books/laverne-cox-memoir-baltimore-book-festival-ERXBKLBX5NFW3JX4J7WI5GBD2M/</w:t>
        </w:r>
      </w:hyperlink>
      <w:r>
        <w:t xml:space="preserve"> - Emmy-winning actress and New York Times bestselling author Laverne Cox is set to discuss her memoir, 'Transcendent,' at the Baltimore Book Festival. The event is scheduled for Saturday, September 19, 2026, at 7 p.m. on the 32nd Street Stage. Cox will engage in a conversation with Melanie Bryant, the director of the Mayor’s Office of LGBTQ Affairs, sharing insights into her journey as a transgender woman in Hollywood, her experiences with childhood trauma, gender identity, and her path to healing.</w:t>
      </w:r>
      <w:r/>
    </w:p>
    <w:p>
      <w:pPr>
        <w:pStyle w:val="ListNumber"/>
        <w:spacing w:line="240" w:lineRule="auto"/>
        <w:ind w:left="720"/>
      </w:pPr>
      <w:r/>
      <w:hyperlink r:id="rId11">
        <w:r>
          <w:rPr>
            <w:color w:val="0000EE"/>
            <w:u w:val="single"/>
          </w:rPr>
          <w:t>https://www.dachabeergarden.com/event/oktoberfest-preparty-with-dc-brau/</w:t>
        </w:r>
      </w:hyperlink>
      <w:r>
        <w:t xml:space="preserve"> - Dacha Beer Garden is hosting an Oktoberfest opening-night celebration on Friday, September 18, 2026, from 5 p.m. to 11 p.m. at their Navy Yard location. The event features a ceremonial keg tapping with DC Brau at 5:30 p.m., live music by Manuela Horn and Johnny Koenig's band from 6 p.m. to 10 p.m., and Oktoberfest games and crafts. Attendees are encouraged to wear traditional Bavarian attire to receive a free pint from the ceremonial keg.</w:t>
      </w:r>
      <w:r/>
    </w:p>
    <w:p>
      <w:pPr>
        <w:pStyle w:val="ListNumber"/>
        <w:spacing w:line="240" w:lineRule="auto"/>
        <w:ind w:left="720"/>
      </w:pPr>
      <w:r/>
      <w:hyperlink r:id="rId12">
        <w:r>
          <w:rPr>
            <w:color w:val="0000EE"/>
            <w:u w:val="single"/>
          </w:rPr>
          <w:t>https://www.dachabeergarden.com/event/oktoberfest-kickoff-party-navyyard/</w:t>
        </w:r>
      </w:hyperlink>
      <w:r>
        <w:t xml:space="preserve"> - Dacha Beer Garden's Navy Yard location is kicking off Oktoberfest on Saturday, September 19, 2026, starting at 1:30 p.m. The festivities include a ceremonial keg tapping of Weihenstephan, the world's oldest continuously operating brewery, at 1:30 p.m., live music from Potomactaler from 2 p.m. to 3 p.m., and performances by Manuela Horn from 3:30 p.m. to 6:30 p.m. Traditional Oktoberfest games and crafts, such as Bavarian Musical Chairs, Yodel-Off, and Stein Holding Contest, will also be part of the celebration.</w:t>
      </w:r>
      <w:r/>
    </w:p>
    <w:p>
      <w:pPr>
        <w:pStyle w:val="ListNumber"/>
        <w:spacing w:line="240" w:lineRule="auto"/>
        <w:ind w:left="720"/>
      </w:pPr>
      <w:r/>
      <w:hyperlink r:id="rId13">
        <w:r>
          <w:rPr>
            <w:color w:val="0000EE"/>
            <w:u w:val="single"/>
          </w:rPr>
          <w:t>https://www.dachabeergarden.com/event/oktoberfest-family-day-battle-of-the-brewers/</w:t>
        </w:r>
      </w:hyperlink>
      <w:r>
        <w:t xml:space="preserve"> - On Saturday, September 26, 2026, from 5:30 p.m. to 11 p.m., Dacha Beer Garden's Navy Yard location is hosting an Oktoberfest Family Day &amp; Battle of the Brewers. The event features a National's game viewing at 4 p.m., live music by the Jonny Grave Quintet at 6:30 p.m., and a Battle of the Brewers: Boot Holding Competition at 7:30 p.m. Additional activities include Oktoberfest Plinko, bracelet and necklace making, and a colouring station for children.</w:t>
      </w:r>
      <w:r/>
    </w:p>
    <w:p>
      <w:pPr>
        <w:pStyle w:val="ListNumber"/>
        <w:spacing w:line="240" w:lineRule="auto"/>
        <w:ind w:left="720"/>
      </w:pPr>
      <w:r/>
      <w:hyperlink r:id="rId14">
        <w:r>
          <w:rPr>
            <w:color w:val="0000EE"/>
            <w:u w:val="single"/>
          </w:rPr>
          <w:t>https://www.dachabeergarden.com/event/oktoberfest-olympics/</w:t>
        </w:r>
      </w:hyperlink>
      <w:r>
        <w:t xml:space="preserve"> - Dacha Beer Garden's Navy Yard location is hosting the Oktoberfest Olympics on Saturday, October 3, 2026, from 2 p.m. to 5 p.m. Teams of four will compete in eight Oktoberfest-inspired events, including Boot Hold, Boot Chug, Pretzel Eating, Hammerschlagen, Flip Cup, Cornhole, Quarters, and Beer Pong. The winning team will receive a $200 Dacha gift card and four Dacha Boot Glasses.</w:t>
      </w:r>
      <w:r/>
    </w:p>
    <w:p>
      <w:pPr>
        <w:pStyle w:val="ListNumber"/>
        <w:spacing w:line="240" w:lineRule="auto"/>
        <w:ind w:left="720"/>
      </w:pPr>
      <w:r/>
      <w:hyperlink r:id="rId15">
        <w:r>
          <w:rPr>
            <w:color w:val="0000EE"/>
            <w:u w:val="single"/>
          </w:rPr>
          <w:t>https://www.dachabeergarden.com/event/oktoberfest-schwanzfest/</w:t>
        </w:r>
      </w:hyperlink>
      <w:r>
        <w:t xml:space="preserve"> - Dacha Beer Garden's Shaw location is hosting Schwanzfest, a gay Oktoberfest Sunday Funday, on Sunday, October 4, 2026, from 12 p.m. to 3 p.m. The event includes a Drag Brunch, Schwanzfest Trivia, Wiener &amp; Pretzel Toss, Pass the Sausage relay, and Sunday Funday Specials. Attendees are encouraged to come hungry, thirsty, and prepared to celebrate the final day of Oktoberfest in a unique way.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18/roundup-fall-events-lgbtq-dc/" TargetMode="External"/><Relationship Id="rId10" Type="http://schemas.openxmlformats.org/officeDocument/2006/relationships/hyperlink" Target="https://www.thebanner.com/culture/books/laverne-cox-memoir-baltimore-book-festival-ERXBKLBX5NFW3JX4J7WI5GBD2M/" TargetMode="External"/><Relationship Id="rId11" Type="http://schemas.openxmlformats.org/officeDocument/2006/relationships/hyperlink" Target="https://www.dachabeergarden.com/event/oktoberfest-preparty-with-dc-brau/" TargetMode="External"/><Relationship Id="rId12" Type="http://schemas.openxmlformats.org/officeDocument/2006/relationships/hyperlink" Target="https://www.dachabeergarden.com/event/oktoberfest-kickoff-party-navyyard/" TargetMode="External"/><Relationship Id="rId13" Type="http://schemas.openxmlformats.org/officeDocument/2006/relationships/hyperlink" Target="https://www.dachabeergarden.com/event/oktoberfest-family-day-battle-of-the-brewers/" TargetMode="External"/><Relationship Id="rId14" Type="http://schemas.openxmlformats.org/officeDocument/2006/relationships/hyperlink" Target="https://www.dachabeergarden.com/event/oktoberfest-olympics/" TargetMode="External"/><Relationship Id="rId15" Type="http://schemas.openxmlformats.org/officeDocument/2006/relationships/hyperlink" Target="https://www.dachabeergarden.com/event/oktoberfest-schwanzf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