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Philadelphia: OURfest 2026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visitors aren’t the only ones planning ahead for Philadelphia this autumn. OURfest will bring three days of LGBTQ+ events to the Gayborhood and venues across the city from 9 to 11 October 2026, culminating in a free National Coming Out Day parade, festival and resource fair.</w:t>
      </w:r>
      <w:r/>
    </w:p>
    <w:p>
      <w:pPr>
        <w:pStyle w:val="Heading2"/>
      </w:pPr>
      <w:r>
        <w:t>Essential Takeaways</w:t>
      </w:r>
      <w:r/>
      <w:r/>
    </w:p>
    <w:p>
      <w:pPr>
        <w:pStyle w:val="ListBullet"/>
        <w:spacing w:line="240" w:lineRule="auto"/>
        <w:ind w:left="720"/>
      </w:pPr>
      <w:r/>
      <w:r>
        <w:rPr>
          <w:b/>
        </w:rPr>
        <w:t>Three-day celebration:</w:t>
      </w:r>
      <w:r>
        <w:t xml:space="preserve"> Events run from Friday 9 October to Sunday 11 October 2026.</w:t>
      </w:r>
      <w:r/>
    </w:p>
    <w:p>
      <w:pPr>
        <w:pStyle w:val="ListBullet"/>
        <w:spacing w:line="240" w:lineRule="auto"/>
        <w:ind w:left="720"/>
      </w:pPr>
      <w:r/>
      <w:r>
        <w:rPr>
          <w:b/>
        </w:rPr>
        <w:t>Sunday’s main attraction:</w:t>
      </w:r>
      <w:r>
        <w:t xml:space="preserve"> A National Coming Out Day parade leads into a free festival and community resource fair.</w:t>
      </w:r>
      <w:r/>
    </w:p>
    <w:p>
      <w:pPr>
        <w:pStyle w:val="ListBullet"/>
        <w:spacing w:line="240" w:lineRule="auto"/>
        <w:ind w:left="720"/>
      </w:pPr>
      <w:r/>
      <w:r>
        <w:rPr>
          <w:b/>
        </w:rPr>
        <w:t>Friday sets the tone:</w:t>
      </w:r>
      <w:r>
        <w:t xml:space="preserve"> Kickoff gatherings and pre-parties will take place around the Gayborhood.</w:t>
      </w:r>
      <w:r/>
    </w:p>
    <w:p>
      <w:pPr>
        <w:pStyle w:val="ListBullet"/>
        <w:spacing w:line="240" w:lineRule="auto"/>
        <w:ind w:left="720"/>
      </w:pPr>
      <w:r/>
      <w:r>
        <w:rPr>
          <w:b/>
        </w:rPr>
        <w:t>Saturday goes city-wide:</w:t>
      </w:r>
      <w:r>
        <w:t xml:space="preserve"> Independent events include BOS Philly’s late-night “Lost in Space” party at Voyeur Nightclub.</w:t>
      </w:r>
      <w:r/>
    </w:p>
    <w:p>
      <w:pPr>
        <w:pStyle w:val="ListBullet"/>
        <w:spacing w:line="240" w:lineRule="auto"/>
        <w:ind w:left="720"/>
      </w:pPr>
      <w:r/>
      <w:r>
        <w:rPr>
          <w:b/>
        </w:rPr>
        <w:t>Plan carefully:</w:t>
      </w:r>
      <w:r>
        <w:t xml:space="preserve"> The Sunday events are free, but individual parties and nightlife activities may need tickets.</w:t>
      </w:r>
      <w:r/>
      <w:r/>
    </w:p>
    <w:p>
      <w:pPr>
        <w:pStyle w:val="Heading2"/>
      </w:pPr>
      <w:r>
        <w:t>Philadelphia’s OURfest returns with a bigger weekend feel</w:t>
      </w:r>
      <w:r/>
    </w:p>
    <w:p>
      <w:r/>
      <w:r>
        <w:t>Philadelphia’s OURfest is shaping up as more than a single afternoon in the Gayborhood. The 2026 programme will stretch across an entire weekend, mixing nightlife, community events and a public celebration that feels both welcoming and unmistakably local. Details from PhillyVoice and event listings point to a busy city-centre gathering with something happening well beyond Sunday’s headline parade. (According to PhillyVoice and Gay Travel 4 U.)</w:t>
      </w:r>
      <w:r/>
    </w:p>
    <w:p>
      <w:r/>
      <w:r>
        <w:t>The event has its roots in Philadelphia’s long-running OutFest, which began in 1990 before returning under the OURfest name in 2022. That history gives the festival a useful sense of continuity, while the newer format creates room for independent organisers, performers and venues to join the programme. (PhillyVoice reported on the festival’s origins and relaunch, while Philly Gay Calendar lists OURfest among the city’s LGBTQ+ events.)</w:t>
      </w:r>
      <w:r/>
    </w:p>
    <w:p>
      <w:pPr>
        <w:pStyle w:val="Heading2"/>
      </w:pPr>
      <w:r>
        <w:t>When and where to experience the 2026 festival</w:t>
      </w:r>
      <w:r/>
    </w:p>
    <w:p>
      <w:r/>
      <w:r>
        <w:t>OURfest runs from Friday 9 October through Sunday 11 October 2026, with activity centred on Philadelphia’s Gayborhood and additional events across the city. Friday is expected to be the gentler starting point, with kickoff gatherings and pre-parties offering an easy way to settle into the weekend before the crowds build. (Event details are listed by PhillyVoice, Gay Travel 4 U and Philly Gay Calendar.)</w:t>
      </w:r>
      <w:r/>
    </w:p>
    <w:p>
      <w:r/>
      <w:r>
        <w:t>Saturday shifts the focus towards independent events and nightlife. One notable option is BOS Philly’s “Lost in Space” at Voyeur Nightclub, a multi-room party scheduled from 10pm until 6am. That’s a serious night out, so comfortable shoes, a charged phone and a realistic journey-home plan are all sensible additions to the outfit. (BOS Philly and PhillyVoice provide the event and venue details.)</w:t>
      </w:r>
      <w:r/>
    </w:p>
    <w:p>
      <w:pPr>
        <w:pStyle w:val="Heading2"/>
      </w:pPr>
      <w:r>
        <w:t>Sunday’s parade and free festival are the main draw</w:t>
      </w:r>
      <w:r/>
    </w:p>
    <w:p>
      <w:r/>
      <w:r>
        <w:t>Sunday will bring the weekend’s central public celebration: a National Coming Out Day parade through the Gayborhood, followed by a free festival and resource fair. It’s the kind of format that works for both first-time visitors and regular attendees, with the parade providing movement and energy before the festival creates space to browse, meet organisations and spend time with the community. (PhillyVoice, Gay Travel 4 U and Philly Gay Calendar describe Sunday’s programme.)</w:t>
      </w:r>
      <w:r/>
    </w:p>
    <w:p>
      <w:r/>
      <w:r>
        <w:t>The free admission matters, especially for visitors deciding how much of the wider weekend to attend. You can enjoy the public events without committing to a ticketed party, while still having the option of adding nightlife or independent activities around them. Sensory-friendly planning may also be useful for some guests, particularly during busy outdoor periods, and Philadelphia’s accessibility calendar is worth checking nearer the date. (Disability Pride PA and Philly Gay Calendar offer relevant event and accessibility information.)</w:t>
      </w:r>
      <w:r/>
    </w:p>
    <w:p>
      <w:pPr>
        <w:pStyle w:val="Heading2"/>
      </w:pPr>
      <w:r>
        <w:t>What to know before choosing your OURfest events</w:t>
      </w:r>
      <w:r/>
    </w:p>
    <w:p>
      <w:r/>
      <w:r>
        <w:t>The easiest way to plan is to treat OURfest as several different experiences rather than one fixed festival. Friday suits people who prefer a softer start, Saturday is aimed more squarely at nightlife fans, and Sunday offers the broadest public programme. Checking venue details and ticket requirements before travelling will help avoid an awkward surprise at the door. (PhillyVoice and BOS Philly outline the weekend’s different event formats.)</w:t>
      </w:r>
      <w:r/>
    </w:p>
    <w:p>
      <w:r/>
      <w:r>
        <w:t>For the Saturday party, the late finish is the main practical consideration. “Lost in Space” is planned across three rooms, with international DJ Guy Scheiman joining local performers, so it’s likely to feel high-energy and crowded. If you’re attending, check age rules, entry arrangements, transport and any bag policy in advance, then pace yourself. Your future self will be grateful by breakfast. (BOS Philly and PhillyVoice provide the party information.)</w:t>
      </w:r>
      <w:r/>
    </w:p>
    <w:p>
      <w:pPr>
        <w:pStyle w:val="Heading2"/>
      </w:pPr>
      <w:r>
        <w:t>A community weekend with room to grow</w:t>
      </w:r>
      <w:r/>
    </w:p>
    <w:p>
      <w:r/>
      <w:r>
        <w:t>The combination of a free parade and festival with independently organised events gives OURfest a broader reach than a conventional street celebration. It can welcome families, visitors and community groups during the day, then offer a distinctly late-night side after dark. Net proceeds from the BOS Philly event are also set to support LGBTQ+ programmes and charitable giving in Philadelphia, adding a practical purpose to the party atmosphere. (BOS Philly and PhillyVoice report on the event’s fundraising element.)</w:t>
      </w:r>
      <w:r/>
    </w:p>
    <w:p>
      <w:r/>
      <w:r>
        <w:t>More programme announcements are likely as October approaches, so plans may continue to develop. For now, the clearest choice is simple: make Sunday the anchor, then add Friday or Saturday depending on whether you prefer a relaxed introduction or a full night of music and dancing. (Outfest, Philly Gay Calendar and PhillyVoice list the developing 2026 programme.)</w:t>
      </w:r>
      <w:r/>
    </w:p>
    <w:p>
      <w:r/>
      <w:r>
        <w:t>OURfest looks set to make Philadelphia’s Gayborhood the place to be this October.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[1]</w:t>
        </w:r>
      </w:hyperlink>
      <w:r>
        <w:t xml:space="preserve">, </w:t>
      </w:r>
      <w:hyperlink r:id="rId11">
        <w:r>
          <w:rPr>
            <w:color w:val="0000EE"/>
            <w:u w:val="single"/>
          </w:rPr>
          <w:t>[5]</w:t>
        </w:r>
      </w:hyperlink>
      <w:r>
        <w:t xml:space="preserve">- Paragraph 3: </w:t>
      </w:r>
      <w:hyperlink r:id="rId9">
        <w:r>
          <w:rPr>
            <w:color w:val="0000EE"/>
            <w:u w:val="single"/>
          </w:rPr>
          <w:t>[1]</w:t>
        </w:r>
      </w:hyperlink>
      <w:r>
        <w:t xml:space="preserve">, </w:t>
      </w:r>
      <w:hyperlink r:id="rId10">
        <w:r>
          <w:rPr>
            <w:color w:val="0000EE"/>
            <w:u w:val="single"/>
          </w:rPr>
          <w:t>[3]</w:t>
        </w:r>
      </w:hyperlink>
      <w:r>
        <w:t xml:space="preserve">, </w:t>
      </w:r>
      <w:hyperlink r:id="rId11">
        <w:r>
          <w:rPr>
            <w:color w:val="0000EE"/>
            <w:u w:val="single"/>
          </w:rPr>
          <w:t>[5]</w:t>
        </w:r>
      </w:hyperlink>
      <w:r>
        <w:t xml:space="preserve">- Paragraph 4: </w:t>
      </w:r>
      <w:hyperlink r:id="rId12">
        <w:r>
          <w:rPr>
            <w:color w:val="0000EE"/>
            <w:u w:val="single"/>
          </w:rPr>
          <w:t>[4]</w:t>
        </w:r>
      </w:hyperlink>
      <w:r>
        <w:t xml:space="preserve">, </w:t>
      </w:r>
      <w:hyperlink r:id="rId9">
        <w:r>
          <w:rPr>
            <w:color w:val="0000EE"/>
            <w:u w:val="single"/>
          </w:rPr>
          <w:t>[1]</w:t>
        </w:r>
      </w:hyperlink>
      <w:r>
        <w:t xml:space="preserve">- Paragraph 5: </w:t>
      </w:r>
      <w:hyperlink r:id="rId9">
        <w:r>
          <w:rPr>
            <w:color w:val="0000EE"/>
            <w:u w:val="single"/>
          </w:rPr>
          <w:t>[1]</w:t>
        </w:r>
      </w:hyperlink>
      <w:r>
        <w:t xml:space="preserve">, </w:t>
      </w:r>
      <w:hyperlink r:id="rId10">
        <w:r>
          <w:rPr>
            <w:color w:val="0000EE"/>
            <w:u w:val="single"/>
          </w:rPr>
          <w:t>[3]</w:t>
        </w:r>
      </w:hyperlink>
      <w:r>
        <w:t xml:space="preserve">, </w:t>
      </w:r>
      <w:hyperlink r:id="rId11">
        <w:r>
          <w:rPr>
            <w:color w:val="0000EE"/>
            <w:u w:val="single"/>
          </w:rPr>
          <w:t>[5]</w:t>
        </w:r>
      </w:hyperlink>
      <w:r>
        <w:t xml:space="preserve">- Paragraph 6: </w:t>
      </w:r>
      <w:hyperlink r:id="rId13">
        <w:r>
          <w:rPr>
            <w:color w:val="0000EE"/>
            <w:u w:val="single"/>
          </w:rPr>
          <w:t>[6]</w:t>
        </w:r>
      </w:hyperlink>
      <w:r>
        <w:t xml:space="preserve">, </w:t>
      </w:r>
      <w:hyperlink r:id="rId11">
        <w:r>
          <w:rPr>
            <w:color w:val="0000EE"/>
            <w:u w:val="single"/>
          </w:rPr>
          <w:t>[5]</w:t>
        </w:r>
      </w:hyperlink>
      <w:r>
        <w:t xml:space="preserve">- Paragraph 7: </w:t>
      </w:r>
      <w:hyperlink r:id="rId9">
        <w:r>
          <w:rPr>
            <w:color w:val="0000EE"/>
            <w:u w:val="single"/>
          </w:rPr>
          <w:t>[1]</w:t>
        </w:r>
      </w:hyperlink>
      <w:r>
        <w:t xml:space="preserve">, </w:t>
      </w:r>
      <w:hyperlink r:id="rId12">
        <w:r>
          <w:rPr>
            <w:color w:val="0000EE"/>
            <w:u w:val="single"/>
          </w:rPr>
          <w:t>[4]</w:t>
        </w:r>
      </w:hyperlink>
      <w:r>
        <w:t xml:space="preserve">- Paragraph 8: </w:t>
      </w:r>
      <w:hyperlink r:id="rId12">
        <w:r>
          <w:rPr>
            <w:color w:val="0000EE"/>
            <w:u w:val="single"/>
          </w:rPr>
          <w:t>[4]</w:t>
        </w:r>
      </w:hyperlink>
      <w:r>
        <w:t xml:space="preserve">, </w:t>
      </w:r>
      <w:hyperlink r:id="rId9">
        <w:r>
          <w:rPr>
            <w:color w:val="0000EE"/>
            <w:u w:val="single"/>
          </w:rPr>
          <w:t>[1]</w:t>
        </w:r>
      </w:hyperlink>
      <w:r>
        <w:t xml:space="preserve">- Paragraph 9: </w:t>
      </w:r>
      <w:hyperlink r:id="rId12">
        <w:r>
          <w:rPr>
            <w:color w:val="0000EE"/>
            <w:u w:val="single"/>
          </w:rPr>
          <w:t>[4]</w:t>
        </w:r>
      </w:hyperlink>
      <w:r>
        <w:t xml:space="preserve">, </w:t>
      </w:r>
      <w:hyperlink r:id="rId9">
        <w:r>
          <w:rPr>
            <w:color w:val="0000EE"/>
            <w:u w:val="single"/>
          </w:rPr>
          <w:t>[1]</w:t>
        </w:r>
      </w:hyperlink>
      <w:r>
        <w:t xml:space="preserve">- Paragraph 10: </w:t>
      </w:r>
      <w:hyperlink r:id="rId14">
        <w:r>
          <w:rPr>
            <w:color w:val="0000EE"/>
            <w:u w:val="single"/>
          </w:rPr>
          <w:t>[7]</w:t>
        </w:r>
      </w:hyperlink>
      <w:r>
        <w:t xml:space="preserve">, </w:t>
      </w:r>
      <w:hyperlink r:id="rId11">
        <w:r>
          <w:rPr>
            <w:color w:val="0000EE"/>
            <w:u w:val="single"/>
          </w:rPr>
          <w:t>[5]</w:t>
        </w:r>
      </w:hyperlink>
      <w:r>
        <w:t xml:space="preserve">, </w:t>
      </w:r>
      <w:hyperlink r:id="rId9">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https://www.phillyvoice.com/ourfest-outfest-philadelphia-national-coming-out-day-parade-gayborhood-festival-2026/?utm_source=pv-rss&amp;utm_medium=rss&amp;utm_campaign=pv-site</w:t>
        </w:r>
      </w:hyperlink>
      <w:r>
        <w:t xml:space="preserve"> - Please view link - unable to able to access data</w:t>
      </w:r>
      <w:r/>
    </w:p>
    <w:p>
      <w:pPr>
        <w:pStyle w:val="ListNumber"/>
        <w:spacing w:line="240" w:lineRule="auto"/>
        <w:ind w:left="720"/>
      </w:pPr>
      <w:r/>
      <w:hyperlink r:id="rId9">
        <w:r>
          <w:rPr>
            <w:color w:val="0000EE"/>
            <w:u w:val="single"/>
          </w:rPr>
          <w:t>https://www.phillyvoice.com/ourfest-outfest-philadelphia-national-coming-out-day-parade-gayborhood-festival-2026/?utm_source=pv-rss&amp;utm_medium=rss&amp;utm_campaign=pv-site</w:t>
        </w:r>
      </w:hyperlink>
      <w:r>
        <w:t xml:space="preserve"> - OURfest, formerly known as OutFest, is returning to Philadelphia from October 9 to 11, 2026. The event spans three days, featuring LGBTQ+ activities leading up to a National Coming Out Day parade and free festival in the Gayborhood. The celebration begins on Friday with kickoff events and pre-parties, continues on Saturday with independent events across the city, including BOS Philly’s 'Lost in Space' party at Voyeur Nightclub, and culminates on Sunday with the main public event: a National Coming Out Day parade, free festival, resource fair, and community celebration. Admission to Sunday’s parade and festival is free; individual weekend events may require tickets.</w:t>
      </w:r>
      <w:r/>
    </w:p>
    <w:p>
      <w:pPr>
        <w:pStyle w:val="ListNumber"/>
        <w:spacing w:line="240" w:lineRule="auto"/>
        <w:ind w:left="720"/>
      </w:pPr>
      <w:r/>
      <w:hyperlink r:id="rId10">
        <w:r>
          <w:rPr>
            <w:color w:val="0000EE"/>
            <w:u w:val="single"/>
          </w:rPr>
          <w:t>https://www.gaytravel4u.com/event/outfest-philadelphia/</w:t>
        </w:r>
      </w:hyperlink>
      <w:r>
        <w:t xml:space="preserve"> - OurFest Philadelphia 2026 is scheduled for October 10 and 11, 2026. Organised by Galaei’s Pride 365 program, the event includes a block party, main stage performances, live entertainment, dance parties, bar crawls, and drag shows. The parade is set for Saturday, October 10, from 4:00 pm to 6:00 pm, marking the fourth annual National Coming Out Parade.</w:t>
      </w:r>
      <w:r/>
    </w:p>
    <w:p>
      <w:pPr>
        <w:pStyle w:val="ListNumber"/>
        <w:spacing w:line="240" w:lineRule="auto"/>
        <w:ind w:left="720"/>
      </w:pPr>
      <w:r/>
      <w:hyperlink r:id="rId12">
        <w:r>
          <w:rPr>
            <w:color w:val="0000EE"/>
            <w:u w:val="single"/>
          </w:rPr>
          <w:t>https://bosphilly.org/events/ourfest/</w:t>
        </w:r>
      </w:hyperlink>
      <w:r>
        <w:t xml:space="preserve"> - BOS Philly is hosting the 'Lost in Space' party at Voyeur Nightclub on Saturday, October 10, 2026, from 10:00 PM to 6:00 AM. The event features international DJ Guy Scheiman and local performers across three rooms. Net proceeds support LGBTQ+ community programs and charitable giving in Philadelphia.</w:t>
      </w:r>
      <w:r/>
    </w:p>
    <w:p>
      <w:pPr>
        <w:pStyle w:val="ListNumber"/>
        <w:spacing w:line="240" w:lineRule="auto"/>
        <w:ind w:left="720"/>
      </w:pPr>
      <w:r/>
      <w:hyperlink r:id="rId11">
        <w:r>
          <w:rPr>
            <w:color w:val="0000EE"/>
            <w:u w:val="single"/>
          </w:rPr>
          <w:t>https://phillygaycalendar.com/ourfest/</w:t>
        </w:r>
      </w:hyperlink>
      <w:r>
        <w:t xml:space="preserve"> - OURfest 2026, formerly known as OutFest, is Philadelphia’s largest National Coming Out Day festival, returning from October 9 to 11, 2026. The event includes a parade through the Gayborhood, a free festival, resource fair, and numerous independent events throughout the weekend.</w:t>
      </w:r>
      <w:r/>
    </w:p>
    <w:p>
      <w:pPr>
        <w:pStyle w:val="ListNumber"/>
        <w:spacing w:line="240" w:lineRule="auto"/>
        <w:ind w:left="720"/>
      </w:pPr>
      <w:r/>
      <w:hyperlink r:id="rId13">
        <w:r>
          <w:rPr>
            <w:color w:val="0000EE"/>
            <w:u w:val="single"/>
          </w:rPr>
          <w:t>https://www.disabilitypridepa.org/calendar/sensoryavenue</w:t>
        </w:r>
      </w:hyperlink>
      <w:r>
        <w:t xml:space="preserve"> - Disability Pride Pennsylvania is hosting 'Sensory Avenue' at OurFest on Sunday, October 11, 2026, from 12:00 PM to 5:00 PM at The Church of Saint Luke &amp; The Epiphany, 330 South 13th Street, Philadelphia. The event offers a low-impact, sensory room, silent disco, disabled artists, and resources.</w:t>
      </w:r>
      <w:r/>
    </w:p>
    <w:p>
      <w:pPr>
        <w:pStyle w:val="ListNumber"/>
        <w:spacing w:line="240" w:lineRule="auto"/>
        <w:ind w:left="720"/>
      </w:pPr>
      <w:r/>
      <w:hyperlink r:id="rId14">
        <w:r>
          <w:rPr>
            <w:color w:val="0000EE"/>
            <w:u w:val="single"/>
          </w:rPr>
          <w:t>https://www.outfest.org/news-posts/outfest-in-2026</w:t>
        </w:r>
      </w:hyperlink>
      <w:r>
        <w:t xml:space="preserve"> - Outfest is launching the new Outfest Cinema Series in 2026, producing the 2026 edition of OutfestNEXT, and continuing its work supporting queer filmmakers through education and mentorship. The series kicks off with a reception and screening of the festival award-winning film 'BOOKENDS'.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hillyvoice.com/ourfest-outfest-philadelphia-national-coming-out-day-parade-gayborhood-festival-2026/?utm_source=pv-rss&amp;utm_medium=rss&amp;utm_campaign=pv-site" TargetMode="External"/><Relationship Id="rId10" Type="http://schemas.openxmlformats.org/officeDocument/2006/relationships/hyperlink" Target="https://www.gaytravel4u.com/event/outfest-philadelphia/" TargetMode="External"/><Relationship Id="rId11" Type="http://schemas.openxmlformats.org/officeDocument/2006/relationships/hyperlink" Target="https://phillygaycalendar.com/ourfest/" TargetMode="External"/><Relationship Id="rId12" Type="http://schemas.openxmlformats.org/officeDocument/2006/relationships/hyperlink" Target="https://bosphilly.org/events/ourfest/" TargetMode="External"/><Relationship Id="rId13" Type="http://schemas.openxmlformats.org/officeDocument/2006/relationships/hyperlink" Target="https://www.disabilitypridepa.org/calendar/sensoryavenue" TargetMode="External"/><Relationship Id="rId14" Type="http://schemas.openxmlformats.org/officeDocument/2006/relationships/hyperlink" Target="https://www.outfest.org/news-posts/outfest-in-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