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Hillyard Pride Guide: A Free, All-Ages Spokane Celebration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Spokane’s Hillyard neighbourhood is getting its own Pride celebration, bringing LGBTQ+ joy, local businesses and community spirit together for a free, all-ages day in the heart of the district. With an afternoon festival and an after-party planned, it’s a bright new addition to the city’s summer events calendar.</w:t>
      </w:r>
      <w:r/>
    </w:p>
    <w:p>
      <w:pPr>
        <w:pStyle w:val="Heading2"/>
      </w:pPr>
      <w:r>
        <w:t>Essential Takeaways</w:t>
      </w:r>
      <w:r/>
      <w:r/>
    </w:p>
    <w:p>
      <w:pPr>
        <w:pStyle w:val="ListBullet"/>
        <w:spacing w:line="240" w:lineRule="auto"/>
        <w:ind w:left="720"/>
      </w:pPr>
      <w:r/>
      <w:r>
        <w:rPr>
          <w:b/>
        </w:rPr>
        <w:t>When:</w:t>
      </w:r>
      <w:r>
        <w:t xml:space="preserve"> Saturday, 19 September, from noon until 7pm.</w:t>
      </w:r>
      <w:r/>
    </w:p>
    <w:p>
      <w:pPr>
        <w:pStyle w:val="ListBullet"/>
        <w:spacing w:line="240" w:lineRule="auto"/>
        <w:ind w:left="720"/>
      </w:pPr>
      <w:r/>
      <w:r>
        <w:rPr>
          <w:b/>
        </w:rPr>
        <w:t>Where:</w:t>
      </w:r>
      <w:r>
        <w:t xml:space="preserve"> Hillyard in Spokane, Washington, with local venues involved.</w:t>
      </w:r>
      <w:r/>
    </w:p>
    <w:p>
      <w:pPr>
        <w:pStyle w:val="ListBullet"/>
        <w:spacing w:line="240" w:lineRule="auto"/>
        <w:ind w:left="720"/>
      </w:pPr>
      <w:r/>
      <w:r>
        <w:rPr>
          <w:b/>
        </w:rPr>
        <w:t>What to expect:</w:t>
      </w:r>
      <w:r>
        <w:t xml:space="preserve"> A free, all-ages celebration of LGBTQ+ Pride and neighbourhood identity.</w:t>
      </w:r>
      <w:r/>
    </w:p>
    <w:p>
      <w:pPr>
        <w:pStyle w:val="ListBullet"/>
        <w:spacing w:line="240" w:lineRule="auto"/>
        <w:ind w:left="720"/>
      </w:pPr>
      <w:r/>
      <w:r>
        <w:rPr>
          <w:b/>
        </w:rPr>
        <w:t>Why it matters:</w:t>
      </w:r>
      <w:r>
        <w:t xml:space="preserve"> The event puts Hillyard’s independent businesses, creative spaces and residents in the spotlight.</w:t>
      </w:r>
      <w:r/>
    </w:p>
    <w:p>
      <w:pPr>
        <w:pStyle w:val="ListBullet"/>
        <w:spacing w:line="240" w:lineRule="auto"/>
        <w:ind w:left="720"/>
      </w:pPr>
      <w:r/>
      <w:r>
        <w:rPr>
          <w:b/>
        </w:rPr>
        <w:t>After-hours plans:</w:t>
      </w:r>
      <w:r>
        <w:t xml:space="preserve"> An after-party is expected to continue the festivities nearby.</w:t>
      </w:r>
      <w:r/>
      <w:r/>
    </w:p>
    <w:p>
      <w:pPr>
        <w:pStyle w:val="Heading2"/>
      </w:pPr>
      <w:r>
        <w:t>Hillyard Pride brings a fresh spark to Spokane</w:t>
      </w:r>
      <w:r/>
    </w:p>
    <w:p>
      <w:r/>
      <w:r>
        <w:t>The strongest part of Hillyard Pride is its double focus. This isn’t only a celebration of LGBTQ+ identity; it’s also a cheerful showcase for Hillyard itself, from its colourful streets to the businesses that give the area its character.</w:t>
      </w:r>
      <w:r/>
    </w:p>
    <w:p>
      <w:r/>
      <w:r>
        <w:t>Organised by Spokane Pride and the Hillyard Creative District, the event is designed to be welcoming, accessible and firmly rooted in the neighbourhood. A free entry policy also makes it easier for families, friends and first-time visitors to join in without overthinking the cost.</w:t>
      </w:r>
      <w:r/>
    </w:p>
    <w:p>
      <w:pPr>
        <w:pStyle w:val="Heading2"/>
      </w:pPr>
      <w:r>
        <w:t>Why this neighbourhood celebration matters</w:t>
      </w:r>
      <w:r/>
    </w:p>
    <w:p>
      <w:r/>
      <w:r>
        <w:t>Hillyard has been building a reputation as a lively creative and community district, and the festival gives that identity a very public moment. Local organisations describe the area as a place where businesses, artists and residents are increasingly working together.</w:t>
      </w:r>
      <w:r/>
    </w:p>
    <w:p>
      <w:r/>
      <w:r>
        <w:t>That local emphasis gives the day a warmer feel than a standard city-wide event. Visitors can celebrate Pride while discovering the independent shops, venues and community projects that make Hillyard distinctive. It’s the sort of occasion where a quick visit can easily turn into an afternoon wander.</w:t>
      </w:r>
      <w:r/>
    </w:p>
    <w:p>
      <w:pPr>
        <w:pStyle w:val="Heading2"/>
      </w:pPr>
      <w:r>
        <w:t>A free, all-ages day with plenty of room to explore</w:t>
      </w:r>
      <w:r/>
    </w:p>
    <w:p>
      <w:r/>
      <w:r>
        <w:t>The festival runs from noon to 7pm, leaving plenty of time for people to arrive gradually, meet friends and explore the surrounding district. Families may appreciate the relaxed daytime format, while older attendees can look forward to the after-party later on.</w:t>
      </w:r>
      <w:r/>
    </w:p>
    <w:p>
      <w:r/>
      <w:r>
        <w:t>As with any outdoor community event, it’s sensible to wear comfortable shoes, bring water and check final details before setting off. If you’re travelling across Spokane, allow extra time for parking and consider making a loose plan rather than trying to squeeze everything into a tight schedule.</w:t>
      </w:r>
      <w:r/>
    </w:p>
    <w:p>
      <w:pPr>
        <w:pStyle w:val="Heading2"/>
      </w:pPr>
      <w:r>
        <w:t>Local businesses are part of the main attraction</w:t>
      </w:r>
      <w:r/>
    </w:p>
    <w:p>
      <w:r/>
      <w:r>
        <w:t>Spokane Pride executive director Matthew Danielson said the event is intended to highlight the businesses and neighbourhood projects already making Hillyard special. That approach turns the festival into more than a one-day gathering: it helps introduce visitors to the district’s wider creative scene.</w:t>
      </w:r>
      <w:r/>
    </w:p>
    <w:p>
      <w:r/>
      <w:r>
        <w:t>For shoppers and curious visitors, that could mean browsing local businesses, stopping for food or drinks, and finding new places to return to after the banners come down. Community festivals are often at their best when the surrounding area becomes part of the experience, rather than simply a backdrop.</w:t>
      </w:r>
      <w:r/>
    </w:p>
    <w:p>
      <w:pPr>
        <w:pStyle w:val="Heading2"/>
      </w:pPr>
      <w:r>
        <w:t>What to know before you go</w:t>
      </w:r>
      <w:r/>
    </w:p>
    <w:p>
      <w:r/>
      <w:r>
        <w:t>Check Spokane Pride and Hillyard Creative District channels for the latest timetable, venue information and after-party details. Event plans can change, particularly where outdoor programming and multiple local partners are involved.</w:t>
      </w:r>
      <w:r/>
    </w:p>
    <w:p>
      <w:r/>
      <w:r>
        <w:t>It’s also worth deciding whether you’re coming for the full afternoon or simply dropping in for a few hours. Either way, the free entry and all-ages format make Hillyard Pride an easy addition to a Spokane weekend.</w:t>
      </w:r>
      <w:r/>
    </w:p>
    <w:p>
      <w:r/>
      <w:r>
        <w:t>Hillyard Pride is a small but meaningful step towards a more local, welcoming Pride calendar.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3">
        <w:r>
          <w:rPr>
            <w:color w:val="0000EE"/>
            <w:u w:val="single"/>
          </w:rPr>
          <w:t>[6]</w:t>
        </w:r>
      </w:hyperlink>
      <w:r>
        <w:t xml:space="preserve">- Paragraph 4: </w:t>
      </w:r>
      <w:hyperlink r:id="rId12">
        <w:r>
          <w:rPr>
            <w:color w:val="0000EE"/>
            <w:u w:val="single"/>
          </w:rPr>
          <w:t>[4]</w:t>
        </w:r>
      </w:hyperlink>
      <w:r>
        <w:t xml:space="preserve">, </w:t>
      </w:r>
      <w:hyperlink r:id="rId14">
        <w:r>
          <w:rPr>
            <w:color w:val="0000EE"/>
            <w:u w:val="single"/>
          </w:rPr>
          <w:t>[5]</w:t>
        </w:r>
      </w:hyperlink>
      <w:r>
        <w:t xml:space="preserve">- Paragraph 5: </w:t>
      </w:r>
      <w:hyperlink r:id="rId11">
        <w:r>
          <w:rPr>
            <w:color w:val="0000EE"/>
            <w:u w:val="single"/>
          </w:rPr>
          <w:t>[3]</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3">
        <w:r>
          <w:rPr>
            <w:color w:val="0000EE"/>
            <w:u w:val="single"/>
          </w:rPr>
          <w:t>[6]</w:t>
        </w:r>
      </w:hyperlink>
      <w:r>
        <w:t xml:space="preserve">- Paragraph 7: </w:t>
      </w:r>
      <w:hyperlink r:id="rId11">
        <w:r>
          <w:rPr>
            <w:color w:val="0000EE"/>
            <w:u w:val="single"/>
          </w:rPr>
          <w:t>[3]</w:t>
        </w:r>
      </w:hyperlink>
      <w:r>
        <w:t xml:space="preserve">, </w:t>
      </w:r>
      <w:hyperlink r:id="rId14">
        <w:r>
          <w:rPr>
            <w:color w:val="0000EE"/>
            <w:u w:val="single"/>
          </w:rPr>
          <w:t>[5]</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2">
        <w:r>
          <w:rPr>
            <w:color w:val="0000EE"/>
            <w:u w:val="single"/>
          </w:rPr>
          <w:t>[4]</w:t>
        </w:r>
      </w:hyperlink>
      <w:r>
        <w:t xml:space="preserve">, </w:t>
      </w:r>
      <w:hyperlink r:id="rId13">
        <w:r>
          <w:rPr>
            <w:color w:val="0000EE"/>
            <w:u w:val="single"/>
          </w:rPr>
          <w:t>[6]</w:t>
        </w:r>
      </w:hyperlink>
      <w:r>
        <w:t xml:space="preserve">- Paragraph 10: </w:t>
      </w:r>
      <w:hyperlink r:id="rId11">
        <w:r>
          <w:rPr>
            <w:color w:val="0000EE"/>
            <w:u w:val="single"/>
          </w:rPr>
          <w:t>[3]</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4">
        <w:r>
          <w:rPr>
            <w:color w:val="0000EE"/>
            <w:u w:val="single"/>
          </w:rPr>
          <w:t>[5]</w:t>
        </w:r>
      </w:hyperlink>
      <w:r>
        <w:t xml:space="preserve">- Paragraph 12: </w:t>
      </w:r>
      <w:hyperlink r:id="rId11">
        <w:r>
          <w:rPr>
            <w:color w:val="0000EE"/>
            <w:u w:val="single"/>
          </w:rPr>
          <w:t>[3]</w:t>
        </w:r>
      </w:hyperlink>
      <w:r>
        <w:t xml:space="preserve">, </w:t>
      </w:r>
      <w:hyperlink r:id="rId13">
        <w:r>
          <w:rPr>
            <w:color w:val="0000EE"/>
            <w:u w:val="single"/>
          </w:rPr>
          <w:t>[6]</w:t>
        </w:r>
      </w:hyperlink>
      <w:r>
        <w:t xml:space="preserve">- Paragraph 13: </w:t>
      </w:r>
      <w:hyperlink r:id="rId10">
        <w:r>
          <w:rPr>
            <w:color w:val="0000EE"/>
            <w:u w:val="single"/>
          </w:rPr>
          <w:t>[2]</w:t>
        </w:r>
      </w:hyperlink>
      <w:r>
        <w:t xml:space="preserve">, </w:t>
      </w:r>
      <w:hyperlink r:id="rId12">
        <w:r>
          <w:rPr>
            <w:color w:val="0000EE"/>
            <w:u w:val="single"/>
          </w:rPr>
          <w:t>[4]</w:t>
        </w:r>
      </w:hyperlink>
      <w:r>
        <w:t xml:space="preserve">- Paragraph 14: </w:t>
      </w:r>
      <w:hyperlink r:id="rId11">
        <w:r>
          <w:rPr>
            <w:color w:val="0000EE"/>
            <w:u w:val="single"/>
          </w:rPr>
          <w:t>[3]</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https://www.krem.com/article/entertainment/events/inaugural-hillyard-pride-this-weekend/293-d1f0b7b2-0f17-45b1-8913-06011e51266b</w:t>
        </w:r>
      </w:hyperlink>
      <w:r>
        <w:t xml:space="preserve"> - Please view link - unable to able to access data</w:t>
      </w:r>
      <w:r/>
    </w:p>
    <w:p>
      <w:pPr>
        <w:pStyle w:val="ListNumber"/>
        <w:spacing w:line="240" w:lineRule="auto"/>
        <w:ind w:left="720"/>
      </w:pPr>
      <w:r/>
      <w:hyperlink r:id="rId10">
        <w:r>
          <w:rPr>
            <w:color w:val="0000EE"/>
            <w:u w:val="single"/>
          </w:rPr>
          <w:t>https://www.hillyardspokane.org/</w:t>
        </w:r>
      </w:hyperlink>
      <w:r>
        <w:t xml:space="preserve"> - The official website of Hillyard Spokane provides comprehensive information about the community, including its history, events, and local businesses. It highlights the area's rich heritage and vibrant culture, offering resources for residents and visitors alike. The site features details on upcoming events, such as the Hillyard Pride festival, and showcases the neighborhood's unique charm and attractions.</w:t>
      </w:r>
      <w:r/>
    </w:p>
    <w:p>
      <w:pPr>
        <w:pStyle w:val="ListNumber"/>
        <w:spacing w:line="240" w:lineRule="auto"/>
        <w:ind w:left="720"/>
      </w:pPr>
      <w:r/>
      <w:hyperlink r:id="rId11">
        <w:r>
          <w:rPr>
            <w:color w:val="0000EE"/>
            <w:u w:val="single"/>
          </w:rPr>
          <w:t>https://www.spokanepride.org/hillyard-pride</w:t>
        </w:r>
      </w:hyperlink>
      <w:r>
        <w:t xml:space="preserve"> - Spokane Pride's dedicated page for the Hillyard Pride event outlines the festival's schedule, activities, and mission. Scheduled for September 19, 2026, from 12 pm to 7 pm, the event aims to celebrate LGBTQIA2S+ pride and community spirit in the Hillyard district. The page provides information on live music, open karaoke, local artisan vendors, food trucks, and more, with free admission for all ages.</w:t>
      </w:r>
      <w:r/>
    </w:p>
    <w:p>
      <w:pPr>
        <w:pStyle w:val="ListNumber"/>
        <w:spacing w:line="240" w:lineRule="auto"/>
        <w:ind w:left="720"/>
      </w:pPr>
      <w:r/>
      <w:hyperlink r:id="rId12">
        <w:r>
          <w:rPr>
            <w:color w:val="0000EE"/>
            <w:u w:val="single"/>
          </w:rPr>
          <w:t>https://www.spokesman.com/stories/2023/jun/08/spokane-pride-2023-never-going-back-event-is-downt/</w:t>
        </w:r>
      </w:hyperlink>
      <w:r>
        <w:t xml:space="preserve"> - An article from The Spokesman-Review detailing the Spokane Pride 2023 event, themed 'Never Going Back.' The piece describes the expanded festivities at Riverfront Park, including the parade route, entertainment stages, and the youth area organized by Odyssey Youth Movement. It emphasizes the importance of such events for the LGBTQ+ community, especially in light of recent legislative challenges.</w:t>
      </w:r>
      <w:r/>
    </w:p>
    <w:p>
      <w:pPr>
        <w:pStyle w:val="ListNumber"/>
        <w:spacing w:line="240" w:lineRule="auto"/>
        <w:ind w:left="720"/>
      </w:pPr>
      <w:r/>
      <w:hyperlink r:id="rId14">
        <w:r>
          <w:rPr>
            <w:color w:val="0000EE"/>
            <w:u w:val="single"/>
          </w:rPr>
          <w:t>https://tractionpnw.org/event/spokane-pride-parade-festival/</w:t>
        </w:r>
      </w:hyperlink>
      <w:r>
        <w:t xml:space="preserve"> - TRACTION's event page for the Spokane Pride Parade &amp; Festival provides logistical details for the 2023 event, including the parade route and festival activities. The page offers insights into the event's schedule, highlighting the free admission and community-focused nature of the celebration. It serves as a resource for attendees seeking information on the day's events and festivities.</w:t>
      </w:r>
      <w:r/>
    </w:p>
    <w:p>
      <w:pPr>
        <w:pStyle w:val="ListNumber"/>
        <w:spacing w:line="240" w:lineRule="auto"/>
        <w:ind w:left="720"/>
      </w:pPr>
      <w:r/>
      <w:hyperlink r:id="rId13">
        <w:r>
          <w:rPr>
            <w:color w:val="0000EE"/>
            <w:u w:val="single"/>
          </w:rPr>
          <w:t>https://www.spokanepublicradio.org/community-calendar/event/hillyard-festival-and-hi-jinx-parade-29-06-2023-18-17-12</w:t>
        </w:r>
      </w:hyperlink>
      <w:r>
        <w:t xml:space="preserve"> - A Spokane Public Radio community calendar entry detailing the 2023 Hillyard Festival and Hi-Jinx Parade. The event, themed 'HILLYARD BOOMTOWN,' took place from August 4 to 6, 2023, featuring live entertainment, a vendor fair, food, and a fireworks display. The page provides contact information for event organizers and highlights the festival's community engagement and entertainment offerings.</w:t>
      </w:r>
      <w:r/>
    </w:p>
    <w:p>
      <w:pPr>
        <w:pStyle w:val="ListNumber"/>
        <w:spacing w:line="240" w:lineRule="auto"/>
        <w:ind w:left="720"/>
      </w:pPr>
      <w:r/>
      <w:hyperlink r:id="rId15">
        <w:r>
          <w:rPr>
            <w:color w:val="0000EE"/>
            <w:u w:val="single"/>
          </w:rPr>
          <w:t>https://events.spokanelibrary.org/event/8577216</w:t>
        </w:r>
      </w:hyperlink>
      <w:r>
        <w:t xml:space="preserve"> - An event listing for 'Touch-a-Truck!' hosted by the Spokane Public Library in the Hillyard Library parking lot. Scheduled for August 3, 2023, the event allowed families to explore various vehicles, including a recycling truck and a water truck, and engage in hands-on activities. The page emphasizes the community-focused nature of the event and its educational opportunities for attendees of all ages.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krem.com/article/entertainment/events/inaugural-hillyard-pride-this-weekend/293-d1f0b7b2-0f17-45b1-8913-06011e51266b" TargetMode="External"/><Relationship Id="rId10" Type="http://schemas.openxmlformats.org/officeDocument/2006/relationships/hyperlink" Target="https://www.hillyardspokane.org/" TargetMode="External"/><Relationship Id="rId11" Type="http://schemas.openxmlformats.org/officeDocument/2006/relationships/hyperlink" Target="https://www.spokanepride.org/hillyard-pride" TargetMode="External"/><Relationship Id="rId12" Type="http://schemas.openxmlformats.org/officeDocument/2006/relationships/hyperlink" Target="https://www.spokesman.com/stories/2023/jun/08/spokane-pride-2023-never-going-back-event-is-downt/" TargetMode="External"/><Relationship Id="rId13" Type="http://schemas.openxmlformats.org/officeDocument/2006/relationships/hyperlink" Target="https://www.spokanepublicradio.org/community-calendar/event/hillyard-festival-and-hi-jinx-parade-29-06-2023-18-17-12" TargetMode="External"/><Relationship Id="rId14" Type="http://schemas.openxmlformats.org/officeDocument/2006/relationships/hyperlink" Target="https://tractionpnw.org/event/spokane-pride-parade-festival/" TargetMode="External"/><Relationship Id="rId15" Type="http://schemas.openxmlformats.org/officeDocument/2006/relationships/hyperlink" Target="https://events.spokanelibrary.org/event/85772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