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Dallas Pride 2026 Events and Parade Weekend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Dallas Pride returns to Cedar Springs Road in September 2026, bringing a local-history focus, a full weekend of community events and the newly named Michael Doughman Pride Parade. From Friday’s dignitary gathering to Saturday’s festival and Sunday’s procession, here’s what visitors need to know before celebrating in Oak Lawn.</w:t>
      </w:r>
      <w:r/>
    </w:p>
    <w:p>
      <w:pPr>
        <w:pStyle w:val="Heading2"/>
      </w:pPr>
      <w:r>
        <w:t>Essential Takeaways</w:t>
      </w:r>
      <w:r/>
      <w:r/>
    </w:p>
    <w:p>
      <w:pPr>
        <w:pStyle w:val="ListBullet"/>
        <w:spacing w:line="240" w:lineRule="auto"/>
        <w:ind w:left="720"/>
      </w:pPr>
      <w:r/>
      <w:r>
        <w:rPr>
          <w:b/>
        </w:rPr>
        <w:t>Parade date:</w:t>
      </w:r>
      <w:r>
        <w:t xml:space="preserve"> The Michael Doughman Pride Parade is scheduled for 2pm on Sunday, 20 September 2026.</w:t>
      </w:r>
      <w:r/>
    </w:p>
    <w:p>
      <w:pPr>
        <w:pStyle w:val="ListBullet"/>
        <w:spacing w:line="240" w:lineRule="auto"/>
        <w:ind w:left="720"/>
      </w:pPr>
      <w:r/>
      <w:r>
        <w:rPr>
          <w:b/>
        </w:rPr>
        <w:t>Weekend plans:</w:t>
      </w:r>
      <w:r>
        <w:t xml:space="preserve"> Events begin on Friday evening, followed by a festival on Saturday and the parade on Sunday.</w:t>
      </w:r>
      <w:r/>
    </w:p>
    <w:p>
      <w:pPr>
        <w:pStyle w:val="ListBullet"/>
        <w:spacing w:line="240" w:lineRule="auto"/>
        <w:ind w:left="720"/>
      </w:pPr>
      <w:r/>
      <w:r>
        <w:rPr>
          <w:b/>
        </w:rPr>
        <w:t>Road access:</w:t>
      </w:r>
      <w:r>
        <w:t xml:space="preserve"> Cedar Springs Road will close to traffic for much of the weekend, while nearby car parks are expected to remain available.</w:t>
      </w:r>
      <w:r/>
    </w:p>
    <w:p>
      <w:pPr>
        <w:pStyle w:val="ListBullet"/>
        <w:spacing w:line="240" w:lineRule="auto"/>
        <w:ind w:left="720"/>
      </w:pPr>
      <w:r/>
      <w:r>
        <w:rPr>
          <w:b/>
        </w:rPr>
        <w:t>Community focus:</w:t>
      </w:r>
      <w:r>
        <w:t xml:space="preserve"> September Pride highlights Dallas’ own LGBTQ+ history, rather than the national liberation milestones associated with June Pride.</w:t>
      </w:r>
      <w:r/>
    </w:p>
    <w:p>
      <w:pPr>
        <w:pStyle w:val="ListBullet"/>
        <w:spacing w:line="240" w:lineRule="auto"/>
        <w:ind w:left="720"/>
      </w:pPr>
      <w:r/>
      <w:r>
        <w:rPr>
          <w:b/>
        </w:rPr>
        <w:t>Library spotlight:</w:t>
      </w:r>
      <w:r>
        <w:t xml:space="preserve"> Oak Lawn Branch Library’s new murals will be unveiled during a Friday morning ribbon-cutting event.</w:t>
      </w:r>
      <w:r/>
      <w:r/>
    </w:p>
    <w:p>
      <w:pPr>
        <w:pStyle w:val="Heading2"/>
      </w:pPr>
      <w:r>
        <w:t>Dallas Pride 2026 puts local history centre stage</w:t>
      </w:r>
      <w:r/>
    </w:p>
    <w:p>
      <w:r/>
      <w:r>
        <w:t>The biggest message from Dallas Pride 2026 is that Pride doesn't have to follow the calendar everyone expects. While June remains closely tied to the wider gay liberation movement, Dallas’ September celebrations are rooted in the city’s own LGBTQ+ story and traditions.</w:t>
      </w:r>
      <w:r/>
    </w:p>
    <w:p>
      <w:r/>
      <w:r>
        <w:t>That gives the weekend a distinctly local feel. Instead of being just another large festival, it becomes a chance to revisit the people, venues and community spaces that helped shape Oak Lawn over the years. Pride in Dallas has described the parade as a major public celebration on Cedar Springs Road, while local coverage has highlighted its renamed tribute to Michael Doughman.</w:t>
      </w:r>
      <w:r/>
    </w:p>
    <w:p>
      <w:r/>
      <w:r>
        <w:t>For visitors, that context adds something more meaningful than another busy afternoon of music and crowds. You can enjoy the colour and noise, but you’ll also be walking through one of the city’s most recognisable queer neighbourhoods.</w:t>
      </w:r>
      <w:r/>
    </w:p>
    <w:p>
      <w:pPr>
        <w:pStyle w:val="Heading2"/>
      </w:pPr>
      <w:r>
        <w:t>What happens from Friday to Sunday?</w:t>
      </w:r>
      <w:r/>
    </w:p>
    <w:p>
      <w:r/>
      <w:r>
        <w:t>The weekend starts on Friday evening with a meet-and-greet for parade dignitaries at the Rose Room, running from 6pm to 8pm. Grand Marshal Kelexis Davenport is due to appear alongside honorary grand marshals Jimmy Bartlett and David Taffet, with the parade hosts also joining the event.</w:t>
      </w:r>
      <w:r/>
    </w:p>
    <w:p>
      <w:r/>
      <w:r>
        <w:t>It’s an early start to the weekend rather than a late-night headline act, which means visitors can drop in, meet familiar community figures and still continue their evening along The Strip. In other words, it works as a warm-up rather than a full stop.</w:t>
      </w:r>
      <w:r/>
    </w:p>
    <w:p>
      <w:r/>
      <w:r>
        <w:t>Saturday brings the festival atmosphere, with Sunday reserved for the main parade at 2pm. Pride in Dallas’ official event information remains the best place to check for programme updates, timings and any changes as the weekend approaches.</w:t>
      </w:r>
      <w:r/>
    </w:p>
    <w:p>
      <w:pPr>
        <w:pStyle w:val="Heading2"/>
      </w:pPr>
      <w:r>
        <w:t>Getting around Cedar Springs Road</w:t>
      </w:r>
      <w:r/>
    </w:p>
    <w:p>
      <w:r/>
      <w:r>
        <w:t>Transport planning will matter. Cedar Springs Road is expected to be closed to cars for much of the weekend, so anyone driving should allow extra time and avoid assuming they can park directly beside the parade route.</w:t>
      </w:r>
      <w:r/>
    </w:p>
    <w:p>
      <w:r/>
      <w:r>
        <w:t>Parking lots accessed from side streets are expected to stay open, while Dickason Avenue between Oak Lawn and Reagan will remain open to traffic but won't permit parking. Cars left on Cedar Springs Road after the bars close on Friday night may be towed, so this isn't the weekend to gamble on finding a convenient kerbside space.</w:t>
      </w:r>
      <w:r/>
    </w:p>
    <w:p>
      <w:r/>
      <w:r>
        <w:t>A sensible approach is to arrive early, use an approved nearby car park and wear comfortable shoes. The crowds, road closures and warm Dallas weather can turn a short walk into a longer one, but being a few blocks away is far better than beginning the day with a tow-truck surprise.</w:t>
      </w:r>
      <w:r/>
    </w:p>
    <w:p>
      <w:pPr>
        <w:pStyle w:val="Heading2"/>
      </w:pPr>
      <w:r>
        <w:t>Don't miss the Oak Lawn library mural unveiling</w:t>
      </w:r>
      <w:r/>
    </w:p>
    <w:p>
      <w:r/>
      <w:r>
        <w:t>Before the festival mood takes over, Friday morning offers a quieter but important community event. Oak Lawn Branch Library is scheduled to host a ribbon cutting at 10.30am for new murals painted on the building's side and rear pillars.</w:t>
      </w:r>
      <w:r/>
    </w:p>
    <w:p>
      <w:r/>
      <w:r>
        <w:t>The branch is especially significant because it houses a substantial LGBTQ+ collection and serves as one of the city's busiest library locations. Dallas Public Library information confirms the branch's role as a neighbourhood resource, while local event listings frame the mural unveiling as a visible celebration of the space.</w:t>
      </w:r>
      <w:r/>
    </w:p>
    <w:p>
      <w:r/>
      <w:r>
        <w:t>The timing also gives the event extra weight. With public services facing financial pressure, showing up at a local library can feel like a small act of support with a very clear message: this place matters, and people are paying attention.</w:t>
      </w:r>
      <w:r/>
    </w:p>
    <w:p>
      <w:pPr>
        <w:pStyle w:val="Heading2"/>
      </w:pPr>
      <w:r>
        <w:t>A weekend with celebration and perspective</w:t>
      </w:r>
      <w:r/>
    </w:p>
    <w:p>
      <w:r/>
      <w:r>
        <w:t>Recent changes around Cedar Springs Road have shown how public symbols and community spaces can carry real emotional weight. NBC 5 reported on the resilience represented by the area's rainbow steps after the removal of a rainbow crosswalk, while wider Pride coverage continues to reflect the neighbourhood's role as a gathering point.</w:t>
      </w:r>
      <w:r/>
    </w:p>
    <w:p>
      <w:r/>
      <w:r>
        <w:t>That makes the 2026 parade more than a colourful procession. It’s a chance to celebrate openly, remember local history and support the businesses and institutions that keep the district active throughout the year.</w:t>
      </w:r>
      <w:r/>
    </w:p>
    <w:p>
      <w:r/>
      <w:r>
        <w:t>If you're visiting from outside Dallas, plan the practical details early. If you're local, consider making time for at least one quieter event as well as the parade. The best Pride weekends leave you with more than photos; they leave you feeling connected to the place.</w:t>
      </w:r>
      <w:r/>
    </w:p>
    <w:p>
      <w:r/>
      <w:r>
        <w:t>A little planning will make Dallas Pride 2026 brighter, easier and more enjoyable.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4">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[6]</w:t>
        </w:r>
      </w:hyperlink>
      <w:r>
        <w:t xml:space="preserve">, </w:t>
      </w:r>
      <w:hyperlink r:id="rId15">
        <w:r>
          <w:rPr>
            <w:color w:val="0000EE"/>
            <w:u w:val="single"/>
          </w:rPr>
          <w:t>[7]</w:t>
        </w:r>
      </w:hyperlink>
      <w:r>
        <w:t xml:space="preserve">- Paragraph 12: </w:t>
      </w:r>
      <w:hyperlink r:id="rId15">
        <w:r>
          <w:rPr>
            <w:color w:val="0000EE"/>
            <w:u w:val="single"/>
          </w:rPr>
          <w:t>[7]</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https://meaws.com/news/prepare-to-celebrate-with-pride/105320</w:t>
        </w:r>
      </w:hyperlink>
      <w:r>
        <w:t xml:space="preserve"> - Please view link - unable to able to access data</w:t>
      </w:r>
      <w:r/>
    </w:p>
    <w:p>
      <w:pPr>
        <w:pStyle w:val="ListNumber"/>
        <w:spacing w:line="240" w:lineRule="auto"/>
        <w:ind w:left="720"/>
      </w:pPr>
      <w:r/>
      <w:hyperlink r:id="rId10">
        <w:r>
          <w:rPr>
            <w:color w:val="0000EE"/>
            <w:u w:val="single"/>
          </w:rPr>
          <w:t>https://prideindallas.org/parade/</w:t>
        </w:r>
      </w:hyperlink>
      <w:r>
        <w:t xml:space="preserve"> - The official page for the 2026 Pride in Dallas Parade, renamed to honour Michael Doughman, the longtime executive director of the Dallas Tavern Guild. The parade is scheduled for Sunday, September 20, 2026, at 2:00 PM, marching along Cedar Springs Road in Oak Lawn, Dallas. The theme for this year's parade is 'Pride Lives Here', celebrating the community's resilience and unity. The event is free and open to the public, with pre-show activities starting at 12:00 PM. The page provides details on parade entry, sponsorships, and visitor information.</w:t>
      </w:r>
      <w:r/>
    </w:p>
    <w:p>
      <w:pPr>
        <w:pStyle w:val="ListNumber"/>
        <w:spacing w:line="240" w:lineRule="auto"/>
        <w:ind w:left="720"/>
      </w:pPr>
      <w:r/>
      <w:hyperlink r:id="rId14">
        <w:r>
          <w:rPr>
            <w:color w:val="0000EE"/>
            <w:u w:val="single"/>
          </w:rPr>
          <w:t>https://thestriponcedarsprings.com/event/oak-lawn-library-mural-ribbon-cutting/</w:t>
        </w:r>
      </w:hyperlink>
      <w:r>
        <w:t xml:space="preserve"> - An announcement for the ribbon-cutting ceremony of new murals at the Oak Lawn Branch Library in Dallas. The event is scheduled for Friday, September 18, 2026, from 10:30 to 11:30 AM. The murals, painted on the exterior pillars of the library, were funded through private donations and aim to enhance the library's presence in the community. The ceremony will include remarks from invited guests and an opportunity to view the artwork up close. The Oak Lawn Branch Library is located at 4100 Cedar Springs Road, Dallas, TX 75219.</w:t>
      </w:r>
      <w:r/>
    </w:p>
    <w:p>
      <w:pPr>
        <w:pStyle w:val="ListNumber"/>
        <w:spacing w:line="240" w:lineRule="auto"/>
        <w:ind w:left="720"/>
      </w:pPr>
      <w:r/>
      <w:hyperlink r:id="rId12">
        <w:r>
          <w:rPr>
            <w:color w:val="0000EE"/>
            <w:u w:val="single"/>
          </w:rPr>
          <w:t>https://www.dallaslibrary.org/branches/oak-lawn-branch-library</w:t>
        </w:r>
      </w:hyperlink>
      <w:r>
        <w:t xml:space="preserve"> - The official page for the Oak Lawn Branch Library, located at 4100 Cedar Springs Road, Dallas, TX 75219. The library offers various services, including an auditorium, study rooms, and a notable LGBT collection. It operates Monday through Saturday, with specific hours for each day. The page provides contact information, including the email address oaklawn@dallas.gov and phone number 214-670-1359. The branch manager is Elizabeth Maldonado. The library is known for its community engagement and resources for the LGBTQ+ community.</w:t>
      </w:r>
      <w:r/>
    </w:p>
    <w:p>
      <w:pPr>
        <w:pStyle w:val="ListNumber"/>
        <w:spacing w:line="240" w:lineRule="auto"/>
        <w:ind w:left="720"/>
      </w:pPr>
      <w:r/>
      <w:hyperlink r:id="rId11">
        <w:r>
          <w:rPr>
            <w:color w:val="0000EE"/>
            <w:u w:val="single"/>
          </w:rPr>
          <w:t>https://www.dallasvoice.com/pride-in-dallas-renames-september-parade-michael-doughman-parade-on-cedar-springs/</w:t>
        </w:r>
      </w:hyperlink>
      <w:r>
        <w:t xml:space="preserve"> - An article from the Dallas Voice announcing the renaming of the annual September Pride parade to honour Michael Doughman, the longtime executive director of the Dallas Tavern Guild. The article highlights Doughman's contributions to the Dallas LGBTQ+ community and details the plans for the 2026 parade, including the date, route, and theme. It also discusses the significance of the renaming and the impact of Doughman's work on the community.</w:t>
      </w:r>
      <w:r/>
    </w:p>
    <w:p>
      <w:pPr>
        <w:pStyle w:val="ListNumber"/>
        <w:spacing w:line="240" w:lineRule="auto"/>
        <w:ind w:left="720"/>
      </w:pPr>
      <w:r/>
      <w:hyperlink r:id="rId13">
        <w:r>
          <w:rPr>
            <w:color w:val="0000EE"/>
            <w:u w:val="single"/>
          </w:rPr>
          <w:t>https://content.govdelivery.com/accounts/TXDALLAS/bulletins/41d871f</w:t>
        </w:r>
      </w:hyperlink>
      <w:r>
        <w:t xml:space="preserve"> - A bulletin from the City of Dallas announcing the unveiling of rainbow-painted steps at the Oak Lawn Branch Library. The project was developed through community engagement efforts following the removal of the Oak Lawn rainbow crosswalks. The installation reflects community input and celebrates the Oak Lawn community while highlighting the library's role as a welcoming public gathering space. The unveiling ceremony is scheduled for 10:30 a.m., Saturday, June 27, 2026, at the Oak Lawn Branch Library, 4100 Cedar Springs Rd, Dallas, TX 75219.</w:t>
      </w:r>
      <w:r/>
    </w:p>
    <w:p>
      <w:pPr>
        <w:pStyle w:val="ListNumber"/>
        <w:spacing w:line="240" w:lineRule="auto"/>
        <w:ind w:left="720"/>
      </w:pPr>
      <w:r/>
      <w:hyperlink r:id="rId15">
        <w:r>
          <w:rPr>
            <w:color w:val="0000EE"/>
            <w:u w:val="single"/>
          </w:rPr>
          <w:t>https://www.nbcdfw.com/news/local/after-rainbow-crosswalk-removal-cedar-springs-steps-symbolize-resilience/4043145/</w:t>
        </w:r>
      </w:hyperlink>
      <w:r>
        <w:t xml:space="preserve"> - An article from NBC 5 Dallas-Fort Worth reporting on the transformation of the steps outside the Oak Lawn Library into a vibrant rainbow installation. The project emerged after the removal of the district's iconic rainbow crosswalks and serves as a new symbol of LGBTQ visibility and resilience in the community. The article includes details about the ribbon-cutting ceremony and the community's response to the installation.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prepare-to-celebrate-with-pride/105320" TargetMode="External"/><Relationship Id="rId10" Type="http://schemas.openxmlformats.org/officeDocument/2006/relationships/hyperlink" Target="https://prideindallas.org/parade/" TargetMode="External"/><Relationship Id="rId11" Type="http://schemas.openxmlformats.org/officeDocument/2006/relationships/hyperlink" Target="https://www.dallasvoice.com/pride-in-dallas-renames-september-parade-michael-doughman-parade-on-cedar-springs/" TargetMode="External"/><Relationship Id="rId12" Type="http://schemas.openxmlformats.org/officeDocument/2006/relationships/hyperlink" Target="https://www.dallaslibrary.org/branches/oak-lawn-branch-library" TargetMode="External"/><Relationship Id="rId13" Type="http://schemas.openxmlformats.org/officeDocument/2006/relationships/hyperlink" Target="https://content.govdelivery.com/accounts/TXDALLAS/bulletins/41d871f" TargetMode="External"/><Relationship Id="rId14" Type="http://schemas.openxmlformats.org/officeDocument/2006/relationships/hyperlink" Target="https://thestriponcedarsprings.com/event/oak-lawn-library-mural-ribbon-cutting/" TargetMode="External"/><Relationship Id="rId15" Type="http://schemas.openxmlformats.org/officeDocument/2006/relationships/hyperlink" Target="https://www.nbcdfw.com/news/local/after-rainbow-crosswalk-removal-cedar-springs-steps-symbolize-resilience/40431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