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Torremolinos Travel Guide for Beaches and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flocking to Torremolinos on Spain's Costa del Sol for its welcoming LGBTQ+ atmosphere, easy beach days and famously late nightlife. With La Nogalera at the centre, visitors can move from seaside cocktails to drag shows, clubs and cruising venues without relying on taxis all night.</w:t>
      </w:r>
      <w:r/>
    </w:p>
    <w:p>
      <w:pPr>
        <w:pStyle w:val="Heading2"/>
      </w:pPr>
      <w:r>
        <w:t>Essential Takeaways</w:t>
      </w:r>
      <w:r/>
      <w:r/>
    </w:p>
    <w:p>
      <w:pPr>
        <w:pStyle w:val="ListBullet"/>
        <w:spacing w:line="240" w:lineRule="auto"/>
        <w:ind w:left="720"/>
      </w:pPr>
      <w:r/>
      <w:r>
        <w:rPr>
          <w:b/>
        </w:rPr>
        <w:t>La Nogalera is the hub:</w:t>
      </w:r>
      <w:r>
        <w:t xml:space="preserve"> Most LGBTQ+ bars and clubs cluster around this compact central district.</w:t>
      </w:r>
      <w:r/>
    </w:p>
    <w:p>
      <w:pPr>
        <w:pStyle w:val="ListBullet"/>
        <w:spacing w:line="240" w:lineRule="auto"/>
        <w:ind w:left="720"/>
      </w:pPr>
      <w:r/>
      <w:r>
        <w:rPr>
          <w:b/>
        </w:rPr>
        <w:t>The beach is close:</w:t>
      </w:r>
      <w:r>
        <w:t xml:space="preserve"> Playa del Bajondillo and Eden Beach Club are popular daytime meeting points.</w:t>
      </w:r>
      <w:r/>
    </w:p>
    <w:p>
      <w:pPr>
        <w:pStyle w:val="ListBullet"/>
        <w:spacing w:line="240" w:lineRule="auto"/>
        <w:ind w:left="720"/>
      </w:pPr>
      <w:r/>
      <w:r>
        <w:rPr>
          <w:b/>
        </w:rPr>
        <w:t>Late nights rule:</w:t>
      </w:r>
      <w:r>
        <w:t xml:space="preserve"> Bars warm up gradually, while clubs typically become busiest after midnight.</w:t>
      </w:r>
      <w:r/>
    </w:p>
    <w:p>
      <w:pPr>
        <w:pStyle w:val="ListBullet"/>
        <w:spacing w:line="240" w:lineRule="auto"/>
        <w:ind w:left="720"/>
      </w:pPr>
      <w:r/>
      <w:r>
        <w:rPr>
          <w:b/>
        </w:rPr>
        <w:t>Book ahead for events:</w:t>
      </w:r>
      <w:r>
        <w:t xml:space="preserve"> Pride and major festival weekends can fill hotels quickly.</w:t>
      </w:r>
      <w:r/>
    </w:p>
    <w:p>
      <w:pPr>
        <w:pStyle w:val="ListBullet"/>
        <w:spacing w:line="240" w:lineRule="auto"/>
        <w:ind w:left="720"/>
      </w:pPr>
      <w:r/>
      <w:r>
        <w:rPr>
          <w:b/>
        </w:rPr>
        <w:t>Stay street-smart:</w:t>
      </w:r>
      <w:r>
        <w:t xml:space="preserve"> Keep phones and wallets secure in crowded venues and busy festival areas.</w:t>
      </w:r>
      <w:r/>
      <w:r/>
    </w:p>
    <w:p>
      <w:pPr>
        <w:pStyle w:val="Heading2"/>
      </w:pPr>
      <w:r>
        <w:t>La Nogalera puts the whole scene within walking distance</w:t>
      </w:r>
      <w:r/>
    </w:p>
    <w:p>
      <w:r/>
      <w:r>
        <w:t>The great trick of gay Torremolinos is its compact layout. Around La Nogalera, terraces, bars and clubs sit close together, so a night out can feel spontaneous rather than carefully choreographed. One minute you're enjoying a drink beneath the warm Andalusian night sky; the next, you're following music down a passageway.</w:t>
      </w:r>
      <w:r/>
    </w:p>
    <w:p>
      <w:r/>
      <w:r>
        <w:t>GayMapper's guide also highlights La Nogalera as the centre of Torremolinos' gay nightlife, with a broad mix of venues nearby. That variety is part of the appeal: the area isn't aimed at one narrow crowd, and different bars develop their own personalities as the evening progresses.</w:t>
      </w:r>
      <w:r/>
    </w:p>
    <w:p>
      <w:r/>
      <w:r>
        <w:t>For first-time visitors, it's worth arriving with only a loose plan. Start with a relaxed drink, see which terraces are lively, then move on when the mood takes you. Torremolinos rewards wandering, especially when the streets are busy and the whole district feels like one large open-air social space.</w:t>
      </w:r>
      <w:r/>
    </w:p>
    <w:p>
      <w:pPr>
        <w:pStyle w:val="Heading2"/>
      </w:pPr>
      <w:r>
        <w:t>Where to stay for gay Torremolinos nightlife</w:t>
      </w:r>
      <w:r/>
    </w:p>
    <w:p>
      <w:r/>
      <w:r>
        <w:t>Location matters here, particularly if you expect late nights. Staying between La Nogalera and the seafront means you can walk to bars, return to your room easily and still reach the beach without turning every journey into a taxi ride.</w:t>
      </w:r>
      <w:r/>
    </w:p>
    <w:p>
      <w:r/>
      <w:r>
        <w:t>Pink Torremolinos presents the resort as a well-established LGBTQ+ destination, while travel guides covering the area point to a range of gay-friendly and adults-focused accommodation. Options range from larger hotels with pools and wellness facilities to smaller, more intimate properties and self-catering apartments.</w:t>
      </w:r>
      <w:r/>
    </w:p>
    <w:p>
      <w:r/>
      <w:r>
        <w:t>If you're visiting for Pride or a major summer event, book earlier than you think you need to. Rooms close to the action are likely to disappear first, and a convenient base can make a surprisingly big difference after a long night. A balcony, quiet room or decent blackout curtains won't sound glamorous until sunrise.</w:t>
      </w:r>
      <w:r/>
    </w:p>
    <w:p>
      <w:pPr>
        <w:pStyle w:val="Heading2"/>
      </w:pPr>
      <w:r>
        <w:t>Beaches, sunshine and a slower daytime rhythm</w:t>
      </w:r>
      <w:r/>
    </w:p>
    <w:p>
      <w:r/>
      <w:r>
        <w:t>The gay beach scene centres on Playa del Bajondillo, where the atmosphere is sociable and relaxed. GayMapper's wider destination guide places the beach within easy reach of the town's central nightlife, making it simple to combine a lazy afternoon by the Mediterranean with an evening around La Nogalera.</w:t>
      </w:r>
      <w:r/>
    </w:p>
    <w:p>
      <w:r/>
      <w:r>
        <w:t>The beach is also useful as a reset button. After a late night, a few hours beside the water can feel more restorative than attempting another ambitious sightseeing schedule. Pack sun cream, water and something to cover your shoulders; Costa del Sol sunshine can be deceptively powerful, even when a sea breeze makes it feel gentle.</w:t>
      </w:r>
      <w:r/>
    </w:p>
    <w:p>
      <w:r/>
      <w:r>
        <w:t>For a change of scenery, explore the promenade and neighbouring La Carihuela. The area adds seafood restaurants, waterfront walks and a more traditional resort feel. If you want a different beach atmosphere, regional guides also mention nearby naturist options, but check current access and local rules before setting off.</w:t>
      </w:r>
      <w:r/>
    </w:p>
    <w:p>
      <w:pPr>
        <w:pStyle w:val="Heading2"/>
      </w:pPr>
      <w:r>
        <w:t>Bars and clubs: choose your mood, not just your venue</w:t>
      </w:r>
      <w:r/>
    </w:p>
    <w:p>
      <w:r/>
      <w:r>
        <w:t>Torremolinos has a bar for most moods, from drag-led entertainment and pop-friendly rooms to terrace venues and men-only cruising spaces. GayMapper's bar guide is a useful starting point for comparing the local scene, but opening hours and event nights can shift with the season, so check before heading out.</w:t>
      </w:r>
      <w:r/>
    </w:p>
    <w:p>
      <w:r/>
      <w:r>
        <w:t>The best evenings usually build slowly. Have dinner first, then begin with a bar where conversation is possible before moving towards louder clubs. Spain's nightlife timetable is famously late, and turning up too early can leave you wondering whether you've accidentally booked a private party.</w:t>
      </w:r>
      <w:r/>
    </w:p>
    <w:p>
      <w:r/>
      <w:r>
        <w:t>For a more energetic night, look for venues hosting themed events or visiting DJs. For something less intense, stay around the terraces and take the evening at your own pace. The scene's real strength is its mix: you can enjoy camp entertainment, dance music, bear-friendly spaces or a quieter drink without leaving the same small district.</w:t>
      </w:r>
      <w:r/>
    </w:p>
    <w:p>
      <w:pPr>
        <w:pStyle w:val="Heading2"/>
      </w:pPr>
      <w:r>
        <w:t>Festivals bring an extra jolt of energy</w:t>
      </w:r>
      <w:r/>
    </w:p>
    <w:p>
      <w:r/>
      <w:r>
        <w:t>Torremolinos is lively throughout the year, but Pride and large LGBTQ+ festivals push the atmosphere into another gear. Listings from specialist travel sources regularly feature Pride, summer parties, bear gatherings and circuit events as key reasons visitors return.</w:t>
      </w:r>
      <w:r/>
    </w:p>
    <w:p>
      <w:r/>
      <w:r>
        <w:t>Those weekends can transform the practical side of a trip. Accommodation becomes more competitive, popular venues fill earlier and queues are more likely. Reserve your room and check event details in advance, then leave gaps in your schedule rather than trying to attend every party on the programme.</w:t>
      </w:r>
      <w:r/>
    </w:p>
    <w:p>
      <w:r/>
      <w:r>
        <w:t>Safety is straightforward but important. Use a secure bag or zipped pocket, keep an eye on drinks and avoid carrying valuables you don't need. If you're drinking or dancing until dawn, plan how you'll get back and take regular breaks. A little common sense leaves more energy for the fun.</w:t>
      </w:r>
      <w:r/>
    </w:p>
    <w:p>
      <w:pPr>
        <w:pStyle w:val="Heading2"/>
      </w:pPr>
      <w:r>
        <w:t>Getting there and planning your visit</w:t>
      </w:r>
      <w:r/>
    </w:p>
    <w:p>
      <w:r/>
      <w:r>
        <w:t>Málaga Airport is the natural gateway, and Torremolinos is close enough for a relatively painless transfer. Gay travel guides covering the resort point to strong transport links, including the airport train connection, while the centre itself is walkable once you arrive.</w:t>
      </w:r>
      <w:r/>
    </w:p>
    <w:p>
      <w:r/>
      <w:r>
        <w:t>Late spring offers warm weather and a lively calendar without the full intensity of peak summer. July and August bring the biggest beach crowds and a packed party programme, while early autumn can offer a slightly calmer experience with plenty of nightlife still running.</w:t>
      </w:r>
      <w:r/>
    </w:p>
    <w:p>
      <w:r/>
      <w:r>
        <w:t>Don't limit the trip to La Nogalera. Save time for Málaga's historic centre, the promenade and a proper meal by the sea. Torremolinos is at its best when you balance the exuberance of the nightlife with a quiet morning, a swim or a long lunch. Even the most committed party traveller needs one afternoon when the only appointment is with the Mediterranean.</w:t>
      </w:r>
      <w:r/>
    </w:p>
    <w:p>
      <w:r/>
      <w:r>
        <w:t>It's a compact, welcoming base where beach days and big nights fit neatly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https://nomadicboys.com/gay-torremolinos/</w:t>
        </w:r>
      </w:hyperlink>
      <w:r>
        <w:t xml:space="preserve"> - Please view link - unable to able to access data</w:t>
      </w:r>
      <w:r/>
    </w:p>
    <w:p>
      <w:pPr>
        <w:pStyle w:val="ListNumber"/>
        <w:spacing w:line="240" w:lineRule="auto"/>
        <w:ind w:left="720"/>
      </w:pPr>
      <w:r/>
      <w:hyperlink r:id="rId10">
        <w:r>
          <w:rPr>
            <w:color w:val="0000EE"/>
            <w:u w:val="single"/>
          </w:rPr>
          <w:t>https://www.gaymapper.com/gay-guide/gay-torremolinos/gay-bars</w:t>
        </w:r>
      </w:hyperlink>
      <w:r>
        <w:t xml:space="preserve"> - This guide provides an overview of the main gay bars in Torremolinos, primarily located in La Nogalera, a central area near the railway station. The venues include a variety of bars, dance clubs, and cruising clubs, most featuring outdoor seating. The guide also highlights the nearby gay-friendly Pueblo Blanco area, built in traditional Andalusian style, and mentions the gay beach club and nearby bars along the beachfront. Specific venues such as Exxxtreme Cruising Club are detailed, noting their facilities and themed nights.</w:t>
      </w:r>
      <w:r/>
    </w:p>
    <w:p>
      <w:pPr>
        <w:pStyle w:val="ListNumber"/>
        <w:spacing w:line="240" w:lineRule="auto"/>
        <w:ind w:left="720"/>
      </w:pPr>
      <w:r/>
      <w:hyperlink r:id="rId11">
        <w:r>
          <w:rPr>
            <w:color w:val="0000EE"/>
            <w:u w:val="single"/>
          </w:rPr>
          <w:t>https://www.gaymapper.com/gay-guide/gay-torremolinos</w:t>
        </w:r>
      </w:hyperlink>
      <w:r>
        <w:t xml:space="preserve"> - This comprehensive guide to Torremolinos covers various aspects of the gay scene, including bars, clubs, and hotels. It highlights the city's status as a growing gay hotspot in Europe, featuring Europe's largest gay hotel, the Ritual Torremolinos. The guide provides information on the best gay bars, cruising spots, and offers insights into the local culture and attractions, making it a valuable resource for planning a visit to Torremolinos.</w:t>
      </w:r>
      <w:r/>
    </w:p>
    <w:p>
      <w:pPr>
        <w:pStyle w:val="ListNumber"/>
        <w:spacing w:line="240" w:lineRule="auto"/>
        <w:ind w:left="720"/>
      </w:pPr>
      <w:r/>
      <w:hyperlink r:id="rId12">
        <w:r>
          <w:rPr>
            <w:color w:val="0000EE"/>
            <w:u w:val="single"/>
          </w:rPr>
          <w:t>https://www.letsgomalaga.com/torremolinos/lgbtq/</w:t>
        </w:r>
      </w:hyperlink>
      <w:r>
        <w:t xml:space="preserve"> - This article delves into Torremolinos' LGBTQ+ scene, focusing on La Nogalera, a compact gay village located 500 metres from the beach. It describes the area as a hub of bars, clubs, and fetish spaces within walking distance of a dedicated gay beach strip. The piece also touches upon the town's longstanding history as a gay-friendly destination since the 1960s, providing insights into the district's layout and the overall atmosphere of the area.</w:t>
      </w:r>
      <w:r/>
    </w:p>
    <w:p>
      <w:pPr>
        <w:pStyle w:val="ListNumber"/>
        <w:spacing w:line="240" w:lineRule="auto"/>
        <w:ind w:left="720"/>
      </w:pPr>
      <w:r/>
      <w:hyperlink r:id="rId13">
        <w:r>
          <w:rPr>
            <w:color w:val="0000EE"/>
            <w:u w:val="single"/>
          </w:rPr>
          <w:t>https://www.pinktorremolinos.com/</w:t>
        </w:r>
      </w:hyperlink>
      <w:r>
        <w:t xml:space="preserve"> - Pink Torremolinos is an updated website dedicated to the gay scene in Torremolinos, offering information on gay bars, clubs, saunas, beaches, and events. The site provides details on venues located in three main areas: La Nogalera, Calle Danza Invisible, and Pueblo Blanco. It also features news and updates related to the LGBTQ+ community in Torremolinos, including information on upcoming events like the Matrix Sun Festival and links to local LGBTQ+ associations.</w:t>
      </w:r>
      <w:r/>
    </w:p>
    <w:p>
      <w:pPr>
        <w:pStyle w:val="ListNumber"/>
        <w:spacing w:line="240" w:lineRule="auto"/>
        <w:ind w:left="720"/>
      </w:pPr>
      <w:r/>
      <w:hyperlink r:id="rId14">
        <w:r>
          <w:rPr>
            <w:color w:val="0000EE"/>
            <w:u w:val="single"/>
          </w:rPr>
          <w:t>https://www.gaytravel4u.com/gay-torremolinos-guide/</w:t>
        </w:r>
      </w:hyperlink>
      <w:r>
        <w:t xml:space="preserve"> - This guide offers an in-depth look at Torremolinos as a gay destination, highlighting its sandy beaches, gay beach clubs, diverse dining options, and vibrant late-night party scene. It emphasizes the town's status as one of Europe's top gay beach destinations, detailing aspects such as getting around, where to stay, bars and clubs, cruising spots, saunas, gay events, and other attractions, making it a comprehensive resource for planning a gay-friendly holiday in Torremolinos.</w:t>
      </w:r>
      <w:r/>
    </w:p>
    <w:p>
      <w:pPr>
        <w:pStyle w:val="ListNumber"/>
        <w:spacing w:line="240" w:lineRule="auto"/>
        <w:ind w:left="720"/>
      </w:pPr>
      <w:r/>
      <w:hyperlink r:id="rId15">
        <w:r>
          <w:rPr>
            <w:color w:val="0000EE"/>
            <w:u w:val="single"/>
          </w:rPr>
          <w:t>https://web-gay.net/torremolinos-gay-beach-your-guide-to-the-best-vibe</w:t>
        </w:r>
      </w:hyperlink>
      <w:r>
        <w:t xml:space="preserve"> - This article provides a guide to the gay beach in Torremolinos, focusing on the El Bajondillo stretch in front of gay beach clubs like Eden Beach Club and Paraíso. It describes the beach as an urban, busy, and openly social space rather than a hidden cove. The piece offers practical information on access, facilities, and the overall atmosphere, making it a useful resource for those looking to experience the gay beach scene in Torremolinos.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dicboys.com/gay-torremolinos/" TargetMode="External"/><Relationship Id="rId10" Type="http://schemas.openxmlformats.org/officeDocument/2006/relationships/hyperlink" Target="https://www.gaymapper.com/gay-guide/gay-torremolinos/gay-bars" TargetMode="External"/><Relationship Id="rId11" Type="http://schemas.openxmlformats.org/officeDocument/2006/relationships/hyperlink" Target="https://www.gaymapper.com/gay-guide/gay-torremolinos" TargetMode="External"/><Relationship Id="rId12" Type="http://schemas.openxmlformats.org/officeDocument/2006/relationships/hyperlink" Target="https://www.letsgomalaga.com/torremolinos/lgbtq/" TargetMode="External"/><Relationship Id="rId13" Type="http://schemas.openxmlformats.org/officeDocument/2006/relationships/hyperlink" Target="https://www.pinktorremolinos.com/" TargetMode="External"/><Relationship Id="rId14" Type="http://schemas.openxmlformats.org/officeDocument/2006/relationships/hyperlink" Target="https://www.gaytravel4u.com/gay-torremolinos-guide/" TargetMode="External"/><Relationship Id="rId15" Type="http://schemas.openxmlformats.org/officeDocument/2006/relationships/hyperlink" Target="https://web-gay.net/torremolinos-gay-beach-your-guide-to-the-best-vi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