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Brandenburg CSD events highlight pride, courage and community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across Brandenburg are preparing for three colourful CSD demonstrations on Saturday, with events in Hennigsdorf, Jüterbog and Bad Belzig bringing rainbow flags, music and a clear message against discrimination. The gatherings matter especially in smaller towns, where visibility can feel both joyful and defiantly brave.</w:t>
      </w:r>
      <w:r/>
    </w:p>
    <w:p>
      <w:pPr>
        <w:pStyle w:val="Heading2"/>
      </w:pPr>
      <w:r>
        <w:t>Essential Takeaways</w:t>
      </w:r>
      <w:r/>
      <w:r/>
    </w:p>
    <w:p>
      <w:pPr>
        <w:pStyle w:val="ListBullet"/>
        <w:spacing w:line="240" w:lineRule="auto"/>
        <w:ind w:left="720"/>
      </w:pPr>
      <w:r/>
      <w:r>
        <w:rPr>
          <w:b/>
        </w:rPr>
        <w:t>Three towns, one message:</w:t>
      </w:r>
      <w:r>
        <w:t xml:space="preserve"> CSD events are planned in Hennigsdorf, Jüterbog and Bad Belzig.</w:t>
      </w:r>
      <w:r/>
    </w:p>
    <w:p>
      <w:pPr>
        <w:pStyle w:val="ListBullet"/>
        <w:spacing w:line="240" w:lineRule="auto"/>
        <w:ind w:left="720"/>
      </w:pPr>
      <w:r/>
      <w:r>
        <w:rPr>
          <w:b/>
        </w:rPr>
        <w:t>Hundreds expected:</w:t>
      </w:r>
      <w:r>
        <w:t xml:space="preserve"> Police will support the demonstrations, which aim to promote equality and diversity.</w:t>
      </w:r>
      <w:r/>
    </w:p>
    <w:p>
      <w:pPr>
        <w:pStyle w:val="ListBullet"/>
        <w:spacing w:line="240" w:lineRule="auto"/>
        <w:ind w:left="720"/>
      </w:pPr>
      <w:r/>
      <w:r>
        <w:rPr>
          <w:b/>
        </w:rPr>
        <w:t>A counter-protest is planned:</w:t>
      </w:r>
      <w:r>
        <w:t xml:space="preserve"> A far-right group has announced a rival event in Hennigsdorf.</w:t>
      </w:r>
      <w:r/>
    </w:p>
    <w:p>
      <w:pPr>
        <w:pStyle w:val="ListBullet"/>
        <w:spacing w:line="240" w:lineRule="auto"/>
        <w:ind w:left="720"/>
      </w:pPr>
      <w:r/>
      <w:r>
        <w:rPr>
          <w:b/>
        </w:rPr>
        <w:t>Local themes add personality:</w:t>
      </w:r>
      <w:r>
        <w:t xml:space="preserve"> Hennigsdorf uses "Liebe ist Alles", while Jüterbog's message is "Haltung glitzert".</w:t>
      </w:r>
      <w:r/>
    </w:p>
    <w:p>
      <w:pPr>
        <w:pStyle w:val="ListBullet"/>
        <w:spacing w:line="240" w:lineRule="auto"/>
        <w:ind w:left="720"/>
      </w:pPr>
      <w:r/>
      <w:r>
        <w:rPr>
          <w:b/>
        </w:rPr>
        <w:t>The season continues:</w:t>
      </w:r>
      <w:r>
        <w:t xml:space="preserve"> Bernau, Strausberg and Prenzlau are due to host later CSD events.</w:t>
      </w:r>
      <w:r/>
      <w:r/>
    </w:p>
    <w:p>
      <w:pPr>
        <w:pStyle w:val="Heading2"/>
      </w:pPr>
      <w:r>
        <w:t>Brandenburg's CSD season is bringing pride to smaller towns</w:t>
      </w:r>
      <w:r/>
    </w:p>
    <w:p>
      <w:r/>
      <w:r>
        <w:t>Rainbow flags and glitter will take over three Brandenburg towns on Saturday as queer communities and their supporters gather for Christopher Street Day events. According to Stern, demonstrations are scheduled in Hennigsdorf, Jüterbog and Bad Belzig, with several hundred people expected overall.</w:t>
      </w:r>
      <w:r/>
    </w:p>
    <w:p>
      <w:r/>
      <w:r>
        <w:t>The atmosphere is likely to be festive, but these events are about more than colourful parades. CSDs commemorate the struggle for queer rights and give communities a visible platform to challenge discrimination. In a small town, that visibility can feel particularly powerful.</w:t>
      </w:r>
      <w:r/>
    </w:p>
    <w:p>
      <w:pPr>
        <w:pStyle w:val="Heading2"/>
      </w:pPr>
      <w:r>
        <w:t>Hennigsdorf prepares for a tense but determined gathering</w:t>
      </w:r>
      <w:r/>
    </w:p>
    <w:p>
      <w:r/>
      <w:r>
        <w:t>The CSD in Hennigsdorf, north-west of Berlin, is being held under the slogan "Liebe ist Alles". Organisers are expecting a protest from a far-right group, while police will secure the demonstration.</w:t>
      </w:r>
      <w:r/>
    </w:p>
    <w:p>
      <w:r/>
      <w:r>
        <w:t>That planned counter-event adds a sharper edge to what would otherwise be a bright community celebration. Still, the presence of opposition hasn't erased the central purpose of the day: showing that queer people belong in every part of Brandenburg, not only in large cities.</w:t>
      </w:r>
      <w:r/>
    </w:p>
    <w:p>
      <w:pPr>
        <w:pStyle w:val="Heading2"/>
      </w:pPr>
      <w:r>
        <w:t>Jüterbog puts political conviction front and centre</w:t>
      </w:r>
      <w:r/>
    </w:p>
    <w:p>
      <w:r/>
      <w:r>
        <w:t>Jüterbog's demonstration begins at 2pm under the slogan "Haltung glitzert", a phrase that neatly combines sparkle with backbone. The event is supported by local campaign organisers, including Demokrateam, which promotes civic engagement and public action.</w:t>
      </w:r>
      <w:r/>
    </w:p>
    <w:p>
      <w:r/>
      <w:r>
        <w:t>The combination of celebration and protest is a defining feature of CSD. There may be music, flags and cheerful outfits, but the message remains serious. Showing up is itself a statement, especially when public debate around queer rights feels increasingly heated.</w:t>
      </w:r>
      <w:r/>
    </w:p>
    <w:p>
      <w:pPr>
        <w:pStyle w:val="Heading2"/>
      </w:pPr>
      <w:r>
        <w:t>Bad Belzig offers a parade followed by a diversity festival</w:t>
      </w:r>
      <w:r/>
    </w:p>
    <w:p>
      <w:r/>
      <w:r>
        <w:t>In Bad Belzig, the day starts with a colourful parade at 1pm before moving into a festival celebrating diversity. The local CSD programme presents the event as a space for community, visibility and togetherness.</w:t>
      </w:r>
      <w:r/>
    </w:p>
    <w:p>
      <w:r/>
      <w:r>
        <w:t>That format can make a demonstration feel more welcoming to first-time visitors. People can join the march, meet local groups and stay for the social side afterwards. As the Bad Belzig CSD organisers show, a public protest doesn't have to be grim to be meaningful.</w:t>
      </w:r>
      <w:r/>
    </w:p>
    <w:p>
      <w:pPr>
        <w:pStyle w:val="Heading2"/>
      </w:pPr>
      <w:r>
        <w:t>Why local CSD events still matter</w:t>
      </w:r>
      <w:r/>
    </w:p>
    <w:p>
      <w:r/>
      <w:r>
        <w:t>Brandenburg's events reflect a wider pattern across Germany, where CSDs are taking place in cities and towns of very different sizes. The organisers behind Jüterbog's event emphasise participation and democratic commitment, while the Bad Belzig organisers focus on a community celebration built around diversity.</w:t>
      </w:r>
      <w:r/>
    </w:p>
    <w:p>
      <w:r/>
      <w:r>
        <w:t>The schedule doesn't end this weekend. CSD events are planned for Bernau and Strausberg on 26 September, followed by Prenzlau's first CSD on 10 October. That expanding calendar suggests local pride events are becoming a regular part of civic life.</w:t>
      </w:r>
      <w:r/>
    </w:p>
    <w:p>
      <w:r/>
      <w:r>
        <w:t>For visitors, the practical advice is simple: check the organiser's latest information before travelling, allow extra time for road closures and follow police guidance. Bring water, comfortable shoes and, if the mood takes you, something bright. Your outfit needn't be elaborate to add to the colour.</w:t>
      </w:r>
      <w:r/>
    </w:p>
    <w:p>
      <w:pPr>
        <w:pStyle w:val="Heading2"/>
      </w:pPr>
      <w:r>
        <w:t>A colourful statement with real weight</w:t>
      </w:r>
      <w:r/>
    </w:p>
    <w:p>
      <w:r/>
      <w:r>
        <w:t>Brandenburg's CSDs show how celebration and resistance can share the same street. Even when a counter-protest is expected, the message from organisers and participants remains clear: diversity deserves space, safety and a public voice.</w:t>
      </w:r>
      <w:r/>
    </w:p>
    <w:p>
      <w:r/>
      <w:r>
        <w:t>It's a small-town parade with a big-hearted purpose.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1">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https://www.stern.de/gesellschaft/regional/berlin-brandenburg/pride-feierlichkeiten--drei-csds-in-brandenburg---gegendemo-erwartet-38270468.html</w:t>
        </w:r>
      </w:hyperlink>
      <w:r>
        <w:t xml:space="preserve"> - Please view link - unable to able to access data</w:t>
      </w:r>
      <w:r/>
    </w:p>
    <w:p>
      <w:pPr>
        <w:pStyle w:val="ListNumber"/>
        <w:spacing w:line="240" w:lineRule="auto"/>
        <w:ind w:left="720"/>
      </w:pPr>
      <w:r/>
      <w:hyperlink r:id="rId10">
        <w:r>
          <w:rPr>
            <w:color w:val="0000EE"/>
            <w:u w:val="single"/>
          </w:rPr>
          <w:t>https://csd-belzig.de/</w:t>
        </w:r>
      </w:hyperlink>
      <w:r>
        <w:t xml:space="preserve"> - The official website for the Christopher Street Day (CSD) in Bad Belzig, scheduled for 19 September 2026. The event aims to celebrate diversity and stand against discrimination, featuring a colourful parade from the train station to the market square, starting at 13:00, followed by a festival with music, speeches, and information stands from 14:00 to 17:00. Organised by local groups including Fläming für Alle, ZEGG Bildungszentrum gGmbH, and others.</w:t>
      </w:r>
      <w:r/>
    </w:p>
    <w:p>
      <w:pPr>
        <w:pStyle w:val="ListNumber"/>
        <w:spacing w:line="240" w:lineRule="auto"/>
        <w:ind w:left="720"/>
      </w:pPr>
      <w:r/>
      <w:hyperlink r:id="rId11">
        <w:r>
          <w:rPr>
            <w:color w:val="0000EE"/>
            <w:u w:val="single"/>
          </w:rPr>
          <w:t>https://www.demokrateam.org/aktionen/csd-jueterbog/</w:t>
        </w:r>
      </w:hyperlink>
      <w:r>
        <w:t xml:space="preserve"> - An announcement for the Christopher Street Day (CSD) in Jüterbog, Brandenburg, taking place on 19 September 2026. The event begins at 14:00 at the train station, featuring a demonstration, pride activities, and celebrations for the queer community and allies. The organisers are planning additional pride moments to enhance visibility and solidarity on that day.</w:t>
      </w:r>
      <w:r/>
    </w:p>
    <w:p>
      <w:pPr>
        <w:pStyle w:val="ListNumber"/>
        <w:spacing w:line="240" w:lineRule="auto"/>
        <w:ind w:left="720"/>
      </w:pPr>
      <w:r/>
      <w:hyperlink r:id="rId12">
        <w:r>
          <w:rPr>
            <w:color w:val="0000EE"/>
            <w:u w:val="single"/>
          </w:rPr>
          <w:t>https://www.csd-cottbus.info/index.php/de/csd/csd-2024</w:t>
        </w:r>
      </w:hyperlink>
      <w:r>
        <w:t xml:space="preserve"> - Information about the 16th Christopher Street Day (CSD) in Cottbus and the Lower Lusatia region, held from 17 to 29 June 2024. The event included over 25 activities and more than 300 rainbow flags displayed across Cottbus, Spree-Neiße, and Oberspreewald-Lausitz. The CSD demonstration took place on 29 June 2024 at 15:00 in front of the Stadthalle in Cottbus.</w:t>
      </w:r>
      <w:r/>
    </w:p>
    <w:p>
      <w:pPr>
        <w:pStyle w:val="ListNumber"/>
        <w:spacing w:line="240" w:lineRule="auto"/>
        <w:ind w:left="720"/>
      </w:pPr>
      <w:r/>
      <w:hyperlink r:id="rId11">
        <w:r>
          <w:rPr>
            <w:color w:val="0000EE"/>
            <w:u w:val="single"/>
          </w:rPr>
          <w:t>https://www.demokrateam.org/aktionen/csd-jueterbog/</w:t>
        </w:r>
      </w:hyperlink>
      <w:r>
        <w:t xml:space="preserve"> - An announcement for the Christopher Street Day (CSD) in Jüterbog, Brandenburg, taking place on 19 September 2026. The event begins at 14:00 at the train station, featuring a demonstration, pride activities, and celebrations for the queer community and allies. The organisers are planning additional pride moments to enhance visibility and solidarity on that day.</w:t>
      </w:r>
      <w:r/>
    </w:p>
    <w:p>
      <w:pPr>
        <w:pStyle w:val="ListNumber"/>
        <w:spacing w:line="240" w:lineRule="auto"/>
        <w:ind w:left="720"/>
      </w:pPr>
      <w:r/>
      <w:hyperlink r:id="rId11">
        <w:r>
          <w:rPr>
            <w:color w:val="0000EE"/>
            <w:u w:val="single"/>
          </w:rPr>
          <w:t>https://www.demokrateam.org/aktionen/csd-jueterbog/</w:t>
        </w:r>
      </w:hyperlink>
      <w:r>
        <w:t xml:space="preserve"> - An announcement for the Christopher Street Day (CSD) in Jüterbog, Brandenburg, taking place on 19 September 2026. The event begins at 14:00 at the train station, featuring a demonstration, pride activities, and celebrations for the queer community and allies. The organisers are planning additional pride moments to enhance visibility and solidarity on that day.</w:t>
      </w:r>
      <w:r/>
    </w:p>
    <w:p>
      <w:pPr>
        <w:pStyle w:val="ListNumber"/>
        <w:spacing w:line="240" w:lineRule="auto"/>
        <w:ind w:left="720"/>
      </w:pPr>
      <w:r/>
      <w:hyperlink r:id="rId11">
        <w:r>
          <w:rPr>
            <w:color w:val="0000EE"/>
            <w:u w:val="single"/>
          </w:rPr>
          <w:t>https://www.demokrateam.org/aktionen/csd-jueterbog/</w:t>
        </w:r>
      </w:hyperlink>
      <w:r>
        <w:t xml:space="preserve"> - An announcement for the Christopher Street Day (CSD) in Jüterbog, Brandenburg, taking place on 19 September 2026. The event begins at 14:00 at the train station, featuring a demonstration, pride activities, and celebrations for the queer community and allies. The organisers are planning additional pride moments to enhance visibility and solidarity on that 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ern.de/gesellschaft/regional/berlin-brandenburg/pride-feierlichkeiten--drei-csds-in-brandenburg---gegendemo-erwartet-38270468.html" TargetMode="External"/><Relationship Id="rId10" Type="http://schemas.openxmlformats.org/officeDocument/2006/relationships/hyperlink" Target="https://csd-belzig.de/" TargetMode="External"/><Relationship Id="rId11" Type="http://schemas.openxmlformats.org/officeDocument/2006/relationships/hyperlink" Target="https://www.demokrateam.org/aktionen/csd-jueterbog/" TargetMode="External"/><Relationship Id="rId12" Type="http://schemas.openxmlformats.org/officeDocument/2006/relationships/hyperlink" Target="https://www.csd-cottbus.info/index.php/de/csd/csd-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