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Winooski Pride Festival Brings Drag, Food And Community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Winooski residents and visitors gathered at Rotary Park for an upbeat Pride celebration featuring Vermont drag performers, food, music, games and fundraising. The expanding event offered something for all ages while giving local vendors and supporters a chance to stand visibly alongside the LGBTQIA+ community.</w:t>
      </w:r>
      <w:r/>
    </w:p>
    <w:p>
      <w:pPr>
        <w:pStyle w:val="Heading2"/>
      </w:pPr>
      <w:r>
        <w:t>A colourful Pride evening takes over Rotary Park</w:t>
      </w:r>
      <w:r/>
    </w:p>
    <w:p>
      <w:r/>
      <w:r>
        <w:t xml:space="preserve">Music, laughter and the shimmer of stage costumes set the tone as Winooski marked Pride with an evening designed to feel welcoming rather than formal. The celebration brought people together for live drag performances, food and plenty of relaxed park-side mingling. According to Downtown Winooski's event information, the festival is part of the city's wider community calendar. </w:t>
      </w:r>
      <w:hyperlink r:id="rId9">
        <w:r>
          <w:rPr>
            <w:color w:val="0000EE"/>
            <w:u w:val="single"/>
          </w:rPr>
          <w:t>[2]</w:t>
        </w:r>
      </w:hyperlink>
      <w:r/>
    </w:p>
    <w:p>
      <w:r/>
      <w:r>
        <w:t xml:space="preserve">For many attendees, the appeal was simple: a chance to celebrate openly with neighbours and friends. The atmosphere combined the energy of a performance night with the easy rhythm of a local summer gathering, complete with games and free face painting for younger visitors. University of Vermont event listings also highlighted the festival as a community celebration in Winooski. </w:t>
      </w:r>
      <w:hyperlink r:id="rId10">
        <w:r>
          <w:rPr>
            <w:color w:val="0000EE"/>
            <w:u w:val="single"/>
          </w:rPr>
          <w:t>[3]</w:t>
        </w:r>
      </w:hyperlink>
      <w:r/>
    </w:p>
    <w:p>
      <w:pPr>
        <w:pStyle w:val="Heading2"/>
      </w:pPr>
      <w:r>
        <w:t>Drag performances put local talent centre stage</w:t>
      </w:r>
      <w:r/>
    </w:p>
    <w:p>
      <w:r/>
      <w:r>
        <w:t>Vermont-based drag queens provided the evening's main entertainment, bringing colour, humour and theatrical flair to the park. Drag is often the spark that turns a Pride gathering into a proper show, and here it gave visitors a lively focal point while keeping the mood festive and inclusive.</w:t>
      </w:r>
      <w:r/>
    </w:p>
    <w:p>
      <w:r/>
      <w:r>
        <w:t xml:space="preserve">The performance element also connected Winooski's event to a broader regional drag scene, where shows can serve as both entertainment and community-building spaces. Local listings for drag events in Vermont show how performances continue to play an important role in bringing LGBTQIA+ audiences and allies together. </w:t>
      </w:r>
      <w:hyperlink r:id="rId11">
        <w:r>
          <w:rPr>
            <w:color w:val="0000EE"/>
            <w:u w:val="single"/>
          </w:rPr>
          <w:t>[7]</w:t>
        </w:r>
      </w:hyperlink>
      <w:r/>
    </w:p>
    <w:p>
      <w:pPr>
        <w:pStyle w:val="Heading2"/>
      </w:pPr>
      <w:r>
        <w:t>More vendors meant more ways to support good causes</w:t>
      </w:r>
      <w:r/>
    </w:p>
    <w:p>
      <w:r/>
      <w:r>
        <w:t>Organisers said this year's celebration had grown to include as many as 12 vendors. Several used the event to raise money for LGBTQIA+ organisations, turning casual browsing and snacking into another form of support. That fundraising layer gave the festival a little more purpose without taking away from its celebratory feel.</w:t>
      </w:r>
      <w:r/>
    </w:p>
    <w:p>
      <w:r/>
      <w:r>
        <w:t xml:space="preserve">This mix of community stalls, entertainment and donations is becoming a familiar feature of Pride events. Rainbow-themed festivals and fundraisers often work best when visitors can enjoy themselves while also discovering local groups and causes worth backing. Rainbowpalooza's event information reflects that wider emphasis on celebration and LGBTQIA+ support. </w:t>
      </w:r>
      <w:hyperlink r:id="rId12">
        <w:r>
          <w:rPr>
            <w:color w:val="0000EE"/>
            <w:u w:val="single"/>
          </w:rPr>
          <w:t>[4]</w:t>
        </w:r>
      </w:hyperlink>
      <w:r/>
    </w:p>
    <w:p>
      <w:pPr>
        <w:pStyle w:val="Heading2"/>
      </w:pPr>
      <w:r>
        <w:t>Why all-ages activities matter</w:t>
      </w:r>
      <w:r/>
    </w:p>
    <w:p>
      <w:r/>
      <w:r>
        <w:t>Free face painting and games helped make the event accessible to families, not just adults arriving for the drag show. That matters because an all-ages Pride celebration can feel more like a shared civic occasion than a night out for one particular crowd. Children get something playful to enjoy, while adults can take part at their own pace.</w:t>
      </w:r>
      <w:r/>
    </w:p>
    <w:p>
      <w:r/>
      <w:r>
        <w:t xml:space="preserve">Winooski's formal recognition of Pride Month also provides useful context for the celebration. A city resolution supporting Pride signals that visibility and inclusion aren't limited to a single event date, but form part of the community's public life. </w:t>
      </w:r>
      <w:hyperlink r:id="rId13">
        <w:r>
          <w:rPr>
            <w:color w:val="0000EE"/>
            <w:u w:val="single"/>
          </w:rPr>
          <w:t>[5]</w:t>
        </w:r>
      </w:hyperlink>
      <w:r/>
    </w:p>
    <w:p>
      <w:pPr>
        <w:pStyle w:val="Heading2"/>
      </w:pPr>
      <w:r>
        <w:t>A small city celebration with room to grow</w:t>
      </w:r>
      <w:r/>
    </w:p>
    <w:p>
      <w:r/>
      <w:r>
        <w:t xml:space="preserve">Event manager Sarah Brunkhorst said the gathering offered a way to support queer neighbours and allies, while giving people time to celebrate together. Her comments, reported by NBC5, captured the warmest part of the evening: the sense that simply showing up can be meaningful. </w:t>
      </w:r>
      <w:hyperlink r:id="rId14">
        <w:r>
          <w:rPr>
            <w:color w:val="0000EE"/>
            <w:u w:val="single"/>
          </w:rPr>
          <w:t>[1]</w:t>
        </w:r>
      </w:hyperlink>
      <w:r/>
    </w:p>
    <w:p>
      <w:r/>
      <w:r>
        <w:t>With vendor participation growing and organisers hoping to continue the tradition for years, Winooski Pride appears to be finding a comfortable balance between entertainment, fundraising and belonging. It's a reminder that the most memorable community events don't always need to be enormous; sometimes a park, a stage and a willing crowd are enough.</w:t>
      </w:r>
      <w:r/>
    </w:p>
    <w:p>
      <w:r/>
      <w:r>
        <w:t>Pride in Winooski is proving that celebration and solidarity can share the same stage.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[7]</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Paragraph 6: </w:t>
      </w:r>
      <w:hyperlink r:id="rId14">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https://www.mynbc5.com/article/winooski-celebrates-pride-drag-performances-fundraising/73766141</w:t>
        </w:r>
      </w:hyperlink>
      <w:r>
        <w:t xml:space="preserve"> - Please view link - unable to able to access data</w:t>
      </w:r>
      <w:r/>
    </w:p>
    <w:p>
      <w:pPr>
        <w:pStyle w:val="ListNumber"/>
        <w:spacing w:line="240" w:lineRule="auto"/>
        <w:ind w:left="720"/>
      </w:pPr>
      <w:r/>
      <w:hyperlink r:id="rId9">
        <w:r>
          <w:rPr>
            <w:color w:val="0000EE"/>
            <w:u w:val="single"/>
          </w:rPr>
          <w:t>https://downtownwinooski.org/events/pride/</w:t>
        </w:r>
      </w:hyperlink>
      <w:r>
        <w:t xml:space="preserve"> - The Downtown Winooski Pride event, held on September 16, 2026, at Rotary Park, featured performances by Vermont-based drag queens Alexis Tential Crisis, Prisma Pallet, and Pete Zapparti, with DJ Craig Mitchell as the MC. The event also included music, food, and activities such as hair tinseling, block printing, lawn games, face painting, temporary tattoos, and voter registration. Guest tablers included Winooski Organics, Big Brothers Big Sisters of New Hampshire and Vermont, the Vermont Secretary of State Office, Planned Parenthood of Northern New England, and others. Food vendors were Specs, Big Hollow Kitchen, and Paisley Scoops. The event aimed to support the LGBTQIA+ community and allies, fostering a positive and inclusive atmosphere in Winooski. (</w:t>
      </w:r>
      <w:hyperlink r:id="rId15">
        <w:r>
          <w:rPr>
            <w:color w:val="0000EE"/>
            <w:u w:val="single"/>
          </w:rPr>
          <w:t>downtownwinooski.org</w:t>
        </w:r>
      </w:hyperlink>
      <w:r>
        <w:t>)</w:t>
      </w:r>
      <w:r/>
    </w:p>
    <w:p>
      <w:pPr>
        <w:pStyle w:val="ListNumber"/>
        <w:spacing w:line="240" w:lineRule="auto"/>
        <w:ind w:left="720"/>
      </w:pPr>
      <w:r/>
      <w:hyperlink r:id="rId10">
        <w:r>
          <w:rPr>
            <w:color w:val="0000EE"/>
            <w:u w:val="single"/>
          </w:rPr>
          <w:t>https://events.uvm.edu/event/winooski-pride-festival</w:t>
        </w:r>
      </w:hyperlink>
      <w:r>
        <w:t xml:space="preserve"> - The Winooski Pride Festival, organised by Downtown Winooski, took place on September 16, 2026, from 5 pm to 8 pm at Rotary Park in Winooski, Vermont. The event featured performances by Vermont-based drag queens Alexis Tential Crisis, Prisma Pallet, and Pete Zapparti, with DJ Craig Mitchell as the MC. Attendees enjoyed music, food, and activities such as hair tinseling, block printing, lawn games, face painting, temporary tattoos, and voter registration. Guest tablers included Winooski Organics, Big Brothers Big Sisters of New Hampshire and Vermont, the Vermont Secretary of State Office, Planned Parenthood of Northern New England, and others. Food vendors were Specs, Big Hollow Kitchen, and Paisley Scoops. The event aimed to support the LGBTQIA+ community and allies, fostering a positive and inclusive atmosphere in Winooski. (</w:t>
      </w:r>
      <w:hyperlink r:id="rId16">
        <w:r>
          <w:rPr>
            <w:color w:val="0000EE"/>
            <w:u w:val="single"/>
          </w:rPr>
          <w:t>events.uvm.edu</w:t>
        </w:r>
      </w:hyperlink>
      <w:r>
        <w:t>)</w:t>
      </w:r>
      <w:r/>
    </w:p>
    <w:p>
      <w:pPr>
        <w:pStyle w:val="ListNumber"/>
        <w:spacing w:line="240" w:lineRule="auto"/>
        <w:ind w:left="720"/>
      </w:pPr>
      <w:r/>
      <w:hyperlink r:id="rId12">
        <w:r>
          <w:rPr>
            <w:color w:val="0000EE"/>
            <w:u w:val="single"/>
          </w:rPr>
          <w:t>https://www.rainbowpalooza.org/</w:t>
        </w:r>
      </w:hyperlink>
      <w:r>
        <w:t xml:space="preserve"> - Rainbow Palooza is an annual Pride and VegFest event organised by VINE Sanctuary, an LGBTQ+ led animal sanctuary in Springfield, Vermont. The 2026 event was held on June 27, 2026, from 12 pm to 5 pm at 21 Fairground Road, Springfield, VT 05156. The event featured vendors, speakers, food demonstrations, music, and family-friendly activities. The 2026 speakers included Michael Freed-Thall, author of 'The Queen of New York,' and Becca White, an openly LGBTQ+ Vermont State Senator representing Windsor County. The event aimed to celebrate the intersection of LGBTQ+ rights, animal liberation, and collective justice, bringing together speakers, vendors, food demos, and community in a space of joy and resistance. (</w:t>
      </w:r>
      <w:hyperlink r:id="rId17">
        <w:r>
          <w:rPr>
            <w:color w:val="0000EE"/>
            <w:u w:val="single"/>
          </w:rPr>
          <w:t>rainbowpalooza.org</w:t>
        </w:r>
      </w:hyperlink>
      <w:r>
        <w:t>)</w:t>
      </w:r>
      <w:r/>
    </w:p>
    <w:p>
      <w:pPr>
        <w:pStyle w:val="ListNumber"/>
        <w:spacing w:line="240" w:lineRule="auto"/>
        <w:ind w:left="720"/>
      </w:pPr>
      <w:r/>
      <w:hyperlink r:id="rId13">
        <w:r>
          <w:rPr>
            <w:color w:val="0000EE"/>
            <w:u w:val="single"/>
          </w:rPr>
          <w:t>https://www.winooskivt.gov/DocumentCenter/View/8554/060324-Resolution---Pride-Month</w:t>
        </w:r>
      </w:hyperlink>
      <w:r>
        <w:t xml:space="preserve"> - The City of Winooski, Vermont, recognised and proclaimed the month of June 2024 as Lesbian, Gay, Bisexual, Transgender, Queer and Questioning, Intersex, Asexual and more (LGBTQIA+) 'Pride Month' throughout the city. The resolution honours the contributions of LGBTQIA+ individuals throughout human history and acknowledges the significance of the 1969 Stonewall Uprising in Manhattan, as well as the leadership of trans, BIPOC women like Marsha P. Johnson and Sylvia Rivera in advocating for equal rights. The resolution reflects Winooski's commitment to inclusivity and support for the LGBTQIA+ community. (</w:t>
      </w:r>
      <w:hyperlink r:id="rId18">
        <w:r>
          <w:rPr>
            <w:color w:val="0000EE"/>
            <w:u w:val="single"/>
          </w:rPr>
          <w:t>winooskivt.gov</w:t>
        </w:r>
      </w:hyperlink>
      <w:r>
        <w:t>)</w:t>
      </w:r>
      <w:r/>
    </w:p>
    <w:p>
      <w:pPr>
        <w:pStyle w:val="ListNumber"/>
        <w:spacing w:line="240" w:lineRule="auto"/>
        <w:ind w:left="720"/>
      </w:pPr>
      <w:r/>
      <w:hyperlink r:id="rId19">
        <w:r>
          <w:rPr>
            <w:color w:val="0000EE"/>
            <w:u w:val="single"/>
          </w:rPr>
          <w:t>https://www.orionsmap.com/venues/vt/winooski/last-stop-sports-bar</w:t>
        </w:r>
      </w:hyperlink>
      <w:r>
        <w:t xml:space="preserve"> - Last Stop Sports Bar in Winooski, Vermont, hosted the Winooski Pride event on September 16, 2026, at 5:00 PM. The event featured performances by DJs and drag performers, guest tablers from community organizations, food vendors including Specs, Big Hollow Kitchen, and Paisley Scoops, and activities such as hair tinseling, block printing, lawn games, face painting, temporary tattoo parlor, and voter registration. The event aimed to support the LGBTQIA+ community and allies, fostering a positive and inclusive atmosphere in Winooski. (</w:t>
      </w:r>
      <w:hyperlink r:id="rId20">
        <w:r>
          <w:rPr>
            <w:color w:val="0000EE"/>
            <w:u w:val="single"/>
          </w:rPr>
          <w:t>orionsmap.com</w:t>
        </w:r>
      </w:hyperlink>
      <w:r>
        <w:t>)</w:t>
      </w:r>
      <w:r/>
    </w:p>
    <w:p>
      <w:pPr>
        <w:pStyle w:val="ListNumber"/>
        <w:spacing w:line="240" w:lineRule="auto"/>
        <w:ind w:left="720"/>
      </w:pPr>
      <w:r/>
      <w:hyperlink r:id="rId11">
        <w:r>
          <w:rPr>
            <w:color w:val="0000EE"/>
            <w:u w:val="single"/>
          </w:rPr>
          <w:t>https://www.toproudlygo.org/dragshow</w:t>
        </w:r>
      </w:hyperlink>
      <w:r>
        <w:t xml:space="preserve"> - To Proudly Go's Drag Show Fundraisers combine drag performance, science-fiction fandom, LGBTQIA+ visibility, and charitable giving to create joyful and welcoming experiences with a purpose. These performances provide an accessible way for LGBTQIA+ people, allies, and fans to come together while celebrating the diversity and creativity of the community. The events aim to raise awareness and charitable grant support for nonprofit and community organizations whose work reflects the values of inclusivity and support for the LGBTQIA+ community. (</w:t>
      </w:r>
      <w:hyperlink r:id="rId21">
        <w:r>
          <w:rPr>
            <w:color w:val="0000EE"/>
            <w:u w:val="single"/>
          </w:rPr>
          <w:t>toproudlygo.org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owntownwinooski.org/events/pride/" TargetMode="External"/><Relationship Id="rId10" Type="http://schemas.openxmlformats.org/officeDocument/2006/relationships/hyperlink" Target="https://events.uvm.edu/event/winooski-pride-festival" TargetMode="External"/><Relationship Id="rId11" Type="http://schemas.openxmlformats.org/officeDocument/2006/relationships/hyperlink" Target="https://www.toproudlygo.org/dragshow" TargetMode="External"/><Relationship Id="rId12" Type="http://schemas.openxmlformats.org/officeDocument/2006/relationships/hyperlink" Target="https://www.rainbowpalooza.org/" TargetMode="External"/><Relationship Id="rId13" Type="http://schemas.openxmlformats.org/officeDocument/2006/relationships/hyperlink" Target="https://www.winooskivt.gov/DocumentCenter/View/8554/060324-Resolution---Pride-Month" TargetMode="External"/><Relationship Id="rId14" Type="http://schemas.openxmlformats.org/officeDocument/2006/relationships/hyperlink" Target="https://www.mynbc5.com/article/winooski-celebrates-pride-drag-performances-fundraising/73766141" TargetMode="External"/><Relationship Id="rId15" Type="http://schemas.openxmlformats.org/officeDocument/2006/relationships/hyperlink" Target="https://downtownwinooski.org/events/pride/?utm_source=openai" TargetMode="External"/><Relationship Id="rId16" Type="http://schemas.openxmlformats.org/officeDocument/2006/relationships/hyperlink" Target="https://events.uvm.edu/event/winooski-pride-festival?utm_source=openai" TargetMode="External"/><Relationship Id="rId17" Type="http://schemas.openxmlformats.org/officeDocument/2006/relationships/hyperlink" Target="https://www.rainbowpalooza.org/?utm_source=openai" TargetMode="External"/><Relationship Id="rId18" Type="http://schemas.openxmlformats.org/officeDocument/2006/relationships/hyperlink" Target="https://www.winooskivt.gov/DocumentCenter/View/8554/060324-Resolution---Pride-Month?utm_source=openai" TargetMode="External"/><Relationship Id="rId19" Type="http://schemas.openxmlformats.org/officeDocument/2006/relationships/hyperlink" Target="https://www.orionsmap.com/venues/vt/winooski/last-stop-sports-bar" TargetMode="External"/><Relationship Id="rId20" Type="http://schemas.openxmlformats.org/officeDocument/2006/relationships/hyperlink" Target="https://www.orionsmap.com/venues/vt/winooski/last-stop-sports-bar?utm_source=openai" TargetMode="External"/><Relationship Id="rId21" Type="http://schemas.openxmlformats.org/officeDocument/2006/relationships/hyperlink" Target="https://www.toproudlygo.org/dragshow?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