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Ed Sheeran’s Macklemore controversy makes neutrality complicated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watching Ed Sheeran, Macklemore and Robert Kraft collide over a Gaza statement, raising a bigger question about whether public figures can stay neutral when their platforms carry real influence. The dispute matters beyond music, because it shows how advocacy, identity and commercial relationships can become tangled in plain sight.</w:t>
      </w:r>
      <w:r/>
    </w:p>
    <w:p>
      <w:pPr>
        <w:pStyle w:val="Heading2"/>
      </w:pPr>
      <w:r>
        <w:t>Essential Takeaways</w:t>
      </w:r>
      <w:r/>
      <w:r/>
    </w:p>
    <w:p>
      <w:pPr>
        <w:pStyle w:val="ListBullet"/>
        <w:spacing w:line="240" w:lineRule="auto"/>
        <w:ind w:left="720"/>
      </w:pPr>
      <w:r/>
      <w:r>
        <w:rPr>
          <w:b/>
        </w:rPr>
        <w:t>Macklemore spoke out:</w:t>
      </w:r>
      <w:r>
        <w:t xml:space="preserve"> The rapper used a concert appearance to call for an end to violence in Gaza.</w:t>
      </w:r>
      <w:r/>
    </w:p>
    <w:p>
      <w:pPr>
        <w:pStyle w:val="ListBullet"/>
        <w:spacing w:line="240" w:lineRule="auto"/>
        <w:ind w:left="720"/>
      </w:pPr>
      <w:r/>
      <w:r>
        <w:rPr>
          <w:b/>
        </w:rPr>
        <w:t>Kraft objected:</w:t>
      </w:r>
      <w:r>
        <w:t xml:space="preserve"> Robert Kraft criticised the appearance and pushed back against what he viewed as antisemitic or inflammatory messaging.</w:t>
      </w:r>
      <w:r/>
    </w:p>
    <w:p>
      <w:pPr>
        <w:pStyle w:val="ListBullet"/>
        <w:spacing w:line="240" w:lineRule="auto"/>
        <w:ind w:left="720"/>
      </w:pPr>
      <w:r/>
      <w:r>
        <w:rPr>
          <w:b/>
        </w:rPr>
        <w:t>Sheeran was caught between sides:</w:t>
      </w:r>
      <w:r>
        <w:t xml:space="preserve"> His traditionally apolitical position became part of the controversy.</w:t>
      </w:r>
      <w:r/>
    </w:p>
    <w:p>
      <w:pPr>
        <w:pStyle w:val="ListBullet"/>
        <w:spacing w:line="240" w:lineRule="auto"/>
        <w:ind w:left="720"/>
      </w:pPr>
      <w:r/>
      <w:r>
        <w:rPr>
          <w:b/>
        </w:rPr>
        <w:t>The wider lesson:</w:t>
      </w:r>
      <w:r>
        <w:t xml:space="preserve"> Staying silent can still look like a decision when artists control powerful public platforms.</w:t>
      </w:r>
      <w:r/>
      <w:r/>
    </w:p>
    <w:p>
      <w:pPr>
        <w:pStyle w:val="Heading2"/>
      </w:pPr>
      <w:r>
        <w:t>A concert became a political flashpoint</w:t>
      </w:r>
      <w:r/>
    </w:p>
    <w:p>
      <w:r/>
      <w:r>
        <w:t>The dispute began with an unexpected collision of entertainment and activism. Macklemore, performing as an opening act on Ed Sheeran's tour, used the stage to voice support for Palestinians and demand an end to the violence in Gaza. According to Axios, that appearance quickly became the centre of a dispute involving future venues and powerful sports figures.</w:t>
      </w:r>
      <w:r/>
    </w:p>
    <w:p>
      <w:r/>
      <w:r>
        <w:t>That makes the story uncomfortable in a very modern way. A concert is designed to offer escape, with bright lights, loud music and a crowd ready to sing along. Yet performers don't leave their convictions at the venue door, especially when an issue has become impossible for them to ignore.</w:t>
      </w:r>
      <w:r/>
    </w:p>
    <w:p>
      <w:r/>
      <w:r>
        <w:t>Macklemore has previously campaigned on Palestine and faced accusations of antisemitism, which he has rejected. The reaction to his remarks therefore arrived with considerable baggage, rather than as an isolated moment on stage.</w:t>
      </w:r>
      <w:r/>
    </w:p>
    <w:p>
      <w:pPr>
        <w:pStyle w:val="Heading2"/>
      </w:pPr>
      <w:r>
        <w:t>Why Robert Kraft objected</w:t>
      </w:r>
      <w:r/>
    </w:p>
    <w:p>
      <w:r/>
      <w:r>
        <w:t>Robert Kraft, the New England Patriots owner and founder of the Foundation to Combat Antisemitism, has been a prominent voice against anti-Jewish hatred. Reporting from NBC Sports and GMA News said Kraft objected to Macklemore's involvement at Gillette Stadium and criticised the rapper's remarks.</w:t>
      </w:r>
      <w:r/>
    </w:p>
    <w:p>
      <w:r/>
      <w:r>
        <w:t>Kraft's supporters see that intervention as a necessary defence against language they believe can fuel antisemitism. Critics, meanwhile, argue that opposing Israel's military actions or supporting Palestinian rights shouldn't automatically be treated as hatred of Jewish people. That distinction is at the heart of the argument, and it's exactly why the row has become so combustible.</w:t>
      </w:r>
      <w:r/>
    </w:p>
    <w:p>
      <w:r/>
      <w:r>
        <w:t>The disagreement also shows how venue owners can shape cultural expression. Once a stadium or festival becomes involved, the issue is no longer only about what an artist said. It's also about who controls the stage, who pays for it and which messages are considered acceptable there.</w:t>
      </w:r>
      <w:r/>
    </w:p>
    <w:p>
      <w:pPr>
        <w:pStyle w:val="Heading2"/>
      </w:pPr>
      <w:r>
        <w:t>Ed Sheeran's difficult middle ground</w:t>
      </w:r>
      <w:r/>
    </w:p>
    <w:p>
      <w:r/>
      <w:r>
        <w:t>Sheeran has generally presented himself as apolitical, preferring music to public campaigning. But, as Axios reported, that stance was challenged after the controversy, with Sheeran and his team linked to the decision to remove Macklemore from a future appearance.</w:t>
      </w:r>
      <w:r/>
    </w:p>
    <w:p>
      <w:r/>
      <w:r>
        <w:t>That puts the singer in a familiar but increasingly unstable position. Saying nothing can appear responsible to one audience, yet evasive to another. If an artist's tour benefits from huge venues, sponsors and global attention, some fans will naturally ask whether neutrality is possible once the platform becomes politically influential.</w:t>
      </w:r>
      <w:r/>
    </w:p>
    <w:p>
      <w:r/>
      <w:r>
        <w:t>Macklemore has blamed the stadium owner rather than Sheeran, according to MusicRadar. Even so, Sheeran's name remains attached to the decision, which is a reminder that avoiding a public position doesn't necessarily keep someone outside the argument.</w:t>
      </w:r>
      <w:r/>
    </w:p>
    <w:p>
      <w:pPr>
        <w:pStyle w:val="Heading2"/>
      </w:pPr>
      <w:r>
        <w:t>The real question is whether silence counts</w:t>
      </w:r>
      <w:r/>
    </w:p>
    <w:p>
      <w:r/>
      <w:r>
        <w:t>There is no easy moral scoreboard here. Macklemore's willingness to speak may earn respect from people who want artists to challenge injustice, while others see his intervention as one-sided or harmful. Kraft's activism against antisemitism deserves recognition, but critics are entitled to question how that campaign is applied in debates about Gaza.</w:t>
      </w:r>
      <w:r/>
    </w:p>
    <w:p>
      <w:r/>
      <w:r>
        <w:t>The useful lesson is less about choosing a celebrity winner and more about understanding the cost of advocacy. Speaking up can threaten commercial relationships, professional opportunities and future bookings. Staying quiet may protect those relationships, but it can also be interpreted as acceptance, especially by people who believe the moment demands a response.</w:t>
      </w:r>
      <w:r/>
    </w:p>
    <w:p>
      <w:r/>
      <w:r>
        <w:t>For younger audiences in particular, this is a revealing case study. Advocacy isn't simply a polished slogan or a social media post. It can be awkward, divisive and expensive. That doesn't make every statement wise, but it does make the decision to speak, or not speak, meaningful.</w:t>
      </w:r>
      <w:r/>
    </w:p>
    <w:p>
      <w:pPr>
        <w:pStyle w:val="Heading2"/>
      </w:pPr>
      <w:r>
        <w:t>What this means for artists and audiences</w:t>
      </w:r>
      <w:r/>
    </w:p>
    <w:p>
      <w:r/>
      <w:r>
        <w:t>Artists don't have to comment on every crisis, and audiences shouldn't expect musicians to become foreign-policy experts overnight. But when performers use a platform to make a political statement, listeners can reasonably examine the message, its context and its consequences.</w:t>
      </w:r>
      <w:r/>
    </w:p>
    <w:p>
      <w:r/>
      <w:r>
        <w:t>The same applies to venues and owners. They have legitimate responsibilities around safety and discrimination, yet decisions to cancel artists can affect public debate well beyond a single booking. As the AP, Axios and other reports have shown, the Macklemore row has become bigger than one tour stop because it sits at the intersection of free expression, antisemitism, Palestinian rights and commercial power.</w:t>
      </w:r>
      <w:r/>
    </w:p>
    <w:p>
      <w:r/>
      <w:r>
        <w:t>Perhaps that's why the controversy feels so unsettling. Ed Sheeran may not have wanted to take sides, but the surrounding decisions placed him in the middle anyway. In public life, neutrality can be a sincere instinct, but it isn't always how others experience it.</w:t>
      </w:r>
      <w:r/>
    </w:p>
    <w:p>
      <w:r/>
      <w:r>
        <w:t>It's a small reminder that every public platform carries a choice, even when the person holding the microphone would rather avoid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https://tduhl.wordpress.com/2026/09/17/advocating-for-justice/</w:t>
        </w:r>
      </w:hyperlink>
      <w:r>
        <w:t xml:space="preserve"> - Please view link - unable to able to access data</w:t>
      </w:r>
      <w:r/>
    </w:p>
    <w:p>
      <w:pPr>
        <w:pStyle w:val="ListNumber"/>
        <w:spacing w:line="240" w:lineRule="auto"/>
        <w:ind w:left="720"/>
      </w:pPr>
      <w:r/>
      <w:hyperlink r:id="rId10">
        <w:r>
          <w:rPr>
            <w:color w:val="0000EE"/>
            <w:u w:val="single"/>
          </w:rPr>
          <w:t>https://www.axios.com/local/hollywood/2026/09/16/aaron-rowe-hard-rock-live-ed-sheeran-macklemore-palestine</w:t>
        </w:r>
      </w:hyperlink>
      <w:r>
        <w:t xml:space="preserve"> - Following the removal of rapper Macklemore from Ed Sheeran's world tour due to his pro-Palestinian views, four supporting acts, including Irish musician Aaron Rowe, withdrew from the tour. Rowe cited his Irish heritage and moral considerations in his decision. Macklemore's removal was influenced by stadium owner Robert Kraft, who rallied other NFL and stadium owners to demand his exclusion. Sheeran, aiming to remain apolitical, agreed to the removal, leading to the withdrawal of other artists in solidarity. (</w:t>
      </w:r>
      <w:hyperlink r:id="rId16">
        <w:r>
          <w:rPr>
            <w:color w:val="0000EE"/>
            <w:u w:val="single"/>
          </w:rPr>
          <w:t>axios.com</w:t>
        </w:r>
      </w:hyperlink>
      <w:r>
        <w:t>)</w:t>
      </w:r>
      <w:r/>
    </w:p>
    <w:p>
      <w:pPr>
        <w:pStyle w:val="ListNumber"/>
        <w:spacing w:line="240" w:lineRule="auto"/>
        <w:ind w:left="720"/>
      </w:pPr>
      <w:r/>
      <w:hyperlink r:id="rId12">
        <w:r>
          <w:rPr>
            <w:color w:val="0000EE"/>
            <w:u w:val="single"/>
          </w:rPr>
          <w:t>https://apnews.com/article/f71c8057452f110cf8fa43d61b9293ce</w:t>
        </w:r>
      </w:hyperlink>
      <w:r>
        <w:t xml:space="preserve"> - The controversy surrounding Ed Sheeran's Loop Tour highlights the distribution of power among artists, promoters, and venues. After Macklemore's removal for his pro-Palestinian comments, four supporting acts withdrew in solidarity. Sheeran clarified that the decision was made by promoters, not him, and expressed a desire to keep the tour free from political controversy. The incident underscores the complex dynamics of major concert tours and the challenges artists face in maintaining neutrality amid politically charged situations. (</w:t>
      </w:r>
      <w:hyperlink r:id="rId17">
        <w:r>
          <w:rPr>
            <w:color w:val="0000EE"/>
            <w:u w:val="single"/>
          </w:rPr>
          <w:t>apnews.com</w:t>
        </w:r>
      </w:hyperlink>
      <w:r>
        <w:t>)</w:t>
      </w:r>
      <w:r/>
    </w:p>
    <w:p>
      <w:pPr>
        <w:pStyle w:val="ListNumber"/>
        <w:spacing w:line="240" w:lineRule="auto"/>
        <w:ind w:left="720"/>
      </w:pPr>
      <w:r/>
      <w:hyperlink r:id="rId11">
        <w:r>
          <w:rPr>
            <w:color w:val="0000EE"/>
            <w:u w:val="single"/>
          </w:rPr>
          <w:t>https://www.axios.com/2026/09/15/ed-sheeran-loop-tour-macklemore-gaza-backlash</w:t>
        </w:r>
      </w:hyperlink>
      <w:r>
        <w:t xml:space="preserve"> - Ed Sheeran's world tour faced turmoil after rapper Macklemore was removed for expressing pro-Palestinian views during performances. Macklemore's removal led to backlash, with all remaining opening acts quitting and stadiums threatening to cancel shows. Sheeran clarified that the decision was made by promoters, not him, aiming to keep the tour free from political controversy. The situation highlights the complex power dynamics in major concert tours and the challenges artists face in maintaining neutrality amid politically charged situations. (</w:t>
      </w:r>
      <w:hyperlink r:id="rId18">
        <w:r>
          <w:rPr>
            <w:color w:val="0000EE"/>
            <w:u w:val="single"/>
          </w:rPr>
          <w:t>axios.com</w:t>
        </w:r>
      </w:hyperlink>
      <w:r>
        <w:t>)</w:t>
      </w:r>
      <w:r/>
    </w:p>
    <w:p>
      <w:pPr>
        <w:pStyle w:val="ListNumber"/>
        <w:spacing w:line="240" w:lineRule="auto"/>
        <w:ind w:left="720"/>
      </w:pPr>
      <w:r/>
      <w:hyperlink r:id="rId13">
        <w:r>
          <w:rPr>
            <w:color w:val="0000EE"/>
            <w:u w:val="single"/>
          </w:rPr>
          <w:t>https://www.musicradar.com/artists/shows-festivals/his-typical-apolitical-stance-was-being-challenged-in-a-way-it-never-had-been-before-macklemore-blames-stadium-owner-not-sheeran-for-kicking-him-off-tour</w:t>
        </w:r>
      </w:hyperlink>
      <w:r>
        <w:t xml:space="preserve"> - Rapper Macklemore attributes his removal from Ed Sheeran's Loop Tour to stadium owner Robert Kraft, not Sheeran. Macklemore alleges that Kraft persuaded other stadium owners to bar him from performing due to his pro-Palestinian advocacy. Kraft defended the ban, citing concerns over antisemitic rhetoric and claiming Macklemore's actions violated venue policies against hate speech. The incident underscores the tension between political expression and public image in the entertainment industry. (</w:t>
      </w:r>
      <w:hyperlink r:id="rId19">
        <w:r>
          <w:rPr>
            <w:color w:val="0000EE"/>
            <w:u w:val="single"/>
          </w:rPr>
          <w:t>musicradar.com</w:t>
        </w:r>
      </w:hyperlink>
      <w:r>
        <w:t>)</w:t>
      </w:r>
      <w:r/>
    </w:p>
    <w:p>
      <w:pPr>
        <w:pStyle w:val="ListNumber"/>
        <w:spacing w:line="240" w:lineRule="auto"/>
        <w:ind w:left="720"/>
      </w:pPr>
      <w:r/>
      <w:hyperlink r:id="rId14">
        <w:r>
          <w:rPr>
            <w:color w:val="0000EE"/>
            <w:u w:val="single"/>
          </w:rPr>
          <w:t>https://www.gmanetwork.com/news/showbiz/showbizabroad/1002406/patriots-robert-kraft-issues-statement-following-macklemores-forced-exit-from-ed-sheerans-concer/story/</w:t>
        </w:r>
      </w:hyperlink>
      <w:r>
        <w:t xml:space="preserve"> - Following Macklemore's removal from Ed Sheeran's concerts at Gillette Stadium, Robert Kraft, owner of the New England Patriots, confirmed the decision. Kraft stated that the venue does not provide an opportunity for 'hate speech' and that Macklemore's recent actions and history of antisemitic rhetoric were deeply offensive to the Jewish community. (</w:t>
      </w:r>
      <w:hyperlink r:id="rId20">
        <w:r>
          <w:rPr>
            <w:color w:val="0000EE"/>
            <w:u w:val="single"/>
          </w:rPr>
          <w:t>gmanetwork.com</w:t>
        </w:r>
      </w:hyperlink>
      <w:r>
        <w:t>)</w:t>
      </w:r>
      <w:r/>
    </w:p>
    <w:p>
      <w:pPr>
        <w:pStyle w:val="ListNumber"/>
        <w:spacing w:line="240" w:lineRule="auto"/>
        <w:ind w:left="720"/>
      </w:pPr>
      <w:r/>
      <w:hyperlink r:id="rId15">
        <w:r>
          <w:rPr>
            <w:color w:val="0000EE"/>
            <w:u w:val="single"/>
          </w:rPr>
          <w:t>https://www.nbcsports.com/nfl/profootballtalk/rumor-mill/news/robert-kraft-bans-macklemore-from-performing-at-gillette-stadium-over-hate-speech</w:t>
        </w:r>
      </w:hyperlink>
      <w:r>
        <w:t xml:space="preserve"> - An unexpected dispute emerged between Patriots owner Robert Kraft and rapper Macklemore. Macklemore claimed he was dropped from Ed Sheeran's current tour after Kraft and other stadium owners pressured Sheeran to remove him due to his pro-Palestinian comments. Kraft later confirmed that Macklemore would not be permitted to perform at Gillette Stadium, citing the venue's commitment to providing a welcoming environment and not providing a platform for hate speech. (</w:t>
      </w:r>
      <w:hyperlink r:id="rId21">
        <w:r>
          <w:rPr>
            <w:color w:val="0000EE"/>
            <w:u w:val="single"/>
          </w:rPr>
          <w:t>nbcsports.com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duhl.wordpress.com/2026/09/17/advocating-for-justice/" TargetMode="External"/><Relationship Id="rId10" Type="http://schemas.openxmlformats.org/officeDocument/2006/relationships/hyperlink" Target="https://www.axios.com/local/hollywood/2026/09/16/aaron-rowe-hard-rock-live-ed-sheeran-macklemore-palestine" TargetMode="External"/><Relationship Id="rId11" Type="http://schemas.openxmlformats.org/officeDocument/2006/relationships/hyperlink" Target="https://www.axios.com/2026/09/15/ed-sheeran-loop-tour-macklemore-gaza-backlash" TargetMode="External"/><Relationship Id="rId12" Type="http://schemas.openxmlformats.org/officeDocument/2006/relationships/hyperlink" Target="https://apnews.com/article/f71c8057452f110cf8fa43d61b9293ce" TargetMode="External"/><Relationship Id="rId13" Type="http://schemas.openxmlformats.org/officeDocument/2006/relationships/hyperlink" Target="https://www.musicradar.com/artists/shows-festivals/his-typical-apolitical-stance-was-being-challenged-in-a-way-it-never-had-been-before-macklemore-blames-stadium-owner-not-sheeran-for-kicking-him-off-tour" TargetMode="External"/><Relationship Id="rId14" Type="http://schemas.openxmlformats.org/officeDocument/2006/relationships/hyperlink" Target="https://www.gmanetwork.com/news/showbiz/showbizabroad/1002406/patriots-robert-kraft-issues-statement-following-macklemores-forced-exit-from-ed-sheerans-concer/story/" TargetMode="External"/><Relationship Id="rId15" Type="http://schemas.openxmlformats.org/officeDocument/2006/relationships/hyperlink" Target="https://www.nbcsports.com/nfl/profootballtalk/rumor-mill/news/robert-kraft-bans-macklemore-from-performing-at-gillette-stadium-over-hate-speech" TargetMode="External"/><Relationship Id="rId16" Type="http://schemas.openxmlformats.org/officeDocument/2006/relationships/hyperlink" Target="https://www.axios.com/local/hollywood/2026/09/16/aaron-rowe-hard-rock-live-ed-sheeran-macklemore-palestine?utm_source=openai" TargetMode="External"/><Relationship Id="rId17" Type="http://schemas.openxmlformats.org/officeDocument/2006/relationships/hyperlink" Target="https://apnews.com/article/f71c8057452f110cf8fa43d61b9293ce?utm_source=openai" TargetMode="External"/><Relationship Id="rId18" Type="http://schemas.openxmlformats.org/officeDocument/2006/relationships/hyperlink" Target="https://www.axios.com/2026/09/15/ed-sheeran-loop-tour-macklemore-gaza-backlash?utm_source=openai" TargetMode="External"/><Relationship Id="rId19" Type="http://schemas.openxmlformats.org/officeDocument/2006/relationships/hyperlink" Target="https://www.musicradar.com/artists/shows-festivals/his-typical-apolitical-stance-was-being-challenged-in-a-way-it-never-had-been-before-macklemore-blames-stadium-owner-not-sheeran-for-kicking-him-off-tour?utm_source=openai" TargetMode="External"/><Relationship Id="rId20" Type="http://schemas.openxmlformats.org/officeDocument/2006/relationships/hyperlink" Target="https://www.gmanetwork.com/news/showbiz/showbizabroad/1002406/patriots-robert-kraft-issues-statement-following-macklemore-s-forced-exit-from-ed-sheeran-s-concer/story/?utm_source=openai" TargetMode="External"/><Relationship Id="rId21" Type="http://schemas.openxmlformats.org/officeDocument/2006/relationships/hyperlink" Target="https://www.nbcsports.com/nfl/profootballtalk/rumor-mill/news/robert-kraft-bans-macklemore-from-performing-at-gillette-stadium-over-hate-speech?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