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Drag Race UK Moving Online Matters for Queer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preparing to follow Drag Race UK to WOW Presents Plus after the BBC confirmed its broadcast run is ending, but the move raises a bigger question about access. The show may survive creatively, yet queer visibility feels different when it sits behind a subscription rather than appearing in the nation’s living room.</w:t>
      </w:r>
      <w:r/>
    </w:p>
    <w:p>
      <w:pPr>
        <w:pStyle w:val="Heading2"/>
      </w:pPr>
      <w:r>
        <w:t>Essential Takeaways</w:t>
      </w:r>
      <w:r/>
      <w:r/>
    </w:p>
    <w:p>
      <w:pPr>
        <w:pStyle w:val="ListBullet"/>
        <w:spacing w:line="240" w:lineRule="auto"/>
        <w:ind w:left="720"/>
      </w:pPr>
      <w:r/>
      <w:r>
        <w:rPr>
          <w:b/>
        </w:rPr>
        <w:t>The BBC run is ending:</w:t>
      </w:r>
      <w:r>
        <w:t xml:space="preserve"> Financial pressure has prompted the broadcaster to make difficult scheduling decisions.</w:t>
      </w:r>
      <w:r/>
    </w:p>
    <w:p>
      <w:pPr>
        <w:pStyle w:val="ListBullet"/>
        <w:spacing w:line="240" w:lineRule="auto"/>
        <w:ind w:left="720"/>
      </w:pPr>
      <w:r/>
      <w:r>
        <w:rPr>
          <w:b/>
        </w:rPr>
        <w:t>The show will continue:</w:t>
      </w:r>
      <w:r>
        <w:t xml:space="preserve"> Drag Race UK is moving to WOW Presents Plus, a queer-focused streaming service.</w:t>
      </w:r>
      <w:r/>
    </w:p>
    <w:p>
      <w:pPr>
        <w:pStyle w:val="ListBullet"/>
        <w:spacing w:line="240" w:lineRule="auto"/>
        <w:ind w:left="720"/>
      </w:pPr>
      <w:r/>
      <w:r>
        <w:rPr>
          <w:b/>
        </w:rPr>
        <w:t>Access is the sticking point:</w:t>
      </w:r>
      <w:r>
        <w:t xml:space="preserve"> Existing fans may follow, but casual viewers could be left behind.</w:t>
      </w:r>
      <w:r/>
    </w:p>
    <w:p>
      <w:pPr>
        <w:pStyle w:val="ListBullet"/>
        <w:spacing w:line="240" w:lineRule="auto"/>
        <w:ind w:left="720"/>
      </w:pPr>
      <w:r/>
      <w:r>
        <w:rPr>
          <w:b/>
        </w:rPr>
        <w:t>The audience remains meaningful:</w:t>
      </w:r>
      <w:r>
        <w:t xml:space="preserve"> Recent series have reportedly attracted around one million viewers weekly.</w:t>
      </w:r>
      <w:r/>
    </w:p>
    <w:p>
      <w:pPr>
        <w:pStyle w:val="ListBullet"/>
        <w:spacing w:line="240" w:lineRule="auto"/>
        <w:ind w:left="720"/>
      </w:pPr>
      <w:r/>
      <w:r>
        <w:rPr>
          <w:b/>
        </w:rPr>
        <w:t>The wider pattern matters:</w:t>
      </w:r>
      <w:r>
        <w:t xml:space="preserve"> Other queer BBC programmes have also faced cancellation or relocation.</w:t>
      </w:r>
      <w:r/>
      <w:r/>
    </w:p>
    <w:p>
      <w:pPr>
        <w:pStyle w:val="Heading2"/>
      </w:pPr>
      <w:r>
        <w:t>Drag Race UK made queer culture feel ordinary</w:t>
      </w:r>
      <w:r/>
    </w:p>
    <w:p>
      <w:r/>
      <w:r>
        <w:t>The most important thing Drag Race UK brought to British television wasn't simply runway glamour or the promise of a spectacular lip-sync. It was the quiet familiarity of seeing drag artists appear between news bulletins, soaps and panel shows, according to commentary in Star Observer.</w:t>
      </w:r>
      <w:r/>
    </w:p>
    <w:p>
      <w:r/>
      <w:r>
        <w:t>That placement mattered. A viewer might not have searched for a drag programme, but could still stumble across one after a favourite show. A parent, grandparent or curious teenager might watch for the humour, stay for the personalities and gradually absorb a wider conversation about identity, family, class and belonging.</w:t>
      </w:r>
      <w:r/>
    </w:p>
    <w:p>
      <w:r/>
      <w:r>
        <w:t>The BBC's decision means the series will no longer have that same open front door. Instead, viewers will need to seek it out on WOW Presents Plus, as reported by The Times and Glitterbeam.</w:t>
      </w:r>
      <w:r/>
    </w:p>
    <w:p>
      <w:pPr>
        <w:pStyle w:val="Heading2"/>
      </w:pPr>
      <w:r>
        <w:t>The show isn't disappearing, but something is</w:t>
      </w:r>
      <w:r/>
    </w:p>
    <w:p>
      <w:r/>
      <w:r>
        <w:t>For loyal fans, this is hardly the end of the world. Drag Race followers are famously resourceful, and many will simply weigh up another monthly payment before pressing subscribe. The queens, challenges and inevitable Untucked drama will still be there.</w:t>
      </w:r>
      <w:r/>
    </w:p>
    <w:p>
      <w:r/>
      <w:r>
        <w:t>But a specialist streaming service naturally attracts people who are already interested. That's useful for the community, yet less powerful as a form of mainstream cultural exchange. As RTÉ reported, the BBC cited significant financial pressures behind its decision, turning a cultural debate into another painful budget calculation.</w:t>
      </w:r>
      <w:r/>
    </w:p>
    <w:p>
      <w:r/>
      <w:r>
        <w:t>The distinction is easy to miss. A programme can remain available and still become less visible. It's the difference between being invited into the household and asking people to visit a particular room.</w:t>
      </w:r>
      <w:r/>
    </w:p>
    <w:p>
      <w:pPr>
        <w:pStyle w:val="Heading2"/>
      </w:pPr>
      <w:r>
        <w:t>Drag Race UK still has an audience</w:t>
      </w:r>
      <w:r/>
    </w:p>
    <w:p>
      <w:r/>
      <w:r>
        <w:t>The move doesn't suggest that viewers have stopped caring. Recent seasons have reportedly drawn about one million viewers per week, below the show's earlier peak but still a substantial audience for a specialist entertainment format.</w:t>
      </w:r>
      <w:r/>
    </w:p>
    <w:p>
      <w:r/>
      <w:r>
        <w:t>Search interest has also tended to rise when new seasons air, according to the analysis accompanying the original commentary. That familiar pattern matters: people are looking for the programme when it's on, discussing the queens and returning for the next instalment.</w:t>
      </w:r>
      <w:r/>
    </w:p>
    <w:p>
      <w:r/>
      <w:r>
        <w:t>So this isn't a case of a forgotten show being quietly retired. It's a popular series entering a crowded subscription market at a time when households are already trimming streaming bills. For viewers who watch quickly, cancelling and rejoining services around a season may become part of the new routine.</w:t>
      </w:r>
      <w:r/>
    </w:p>
    <w:p>
      <w:pPr>
        <w:pStyle w:val="Heading2"/>
      </w:pPr>
      <w:r>
        <w:t>What gets lost behind a paywall?</w:t>
      </w:r>
      <w:r/>
    </w:p>
    <w:p>
      <w:r/>
      <w:r>
        <w:t>Drag Race UK has never been flawless. The franchise can be repetitive, commercially polished and occasionally narrow in the kinds of drag it rewards. Even so, its British edition developed a distinctive character through regional humour, cabaret, pantomime, pub culture and queens who brought their own particular flavour to the format.</w:t>
      </w:r>
      <w:r/>
    </w:p>
    <w:p>
      <w:r/>
      <w:r>
        <w:t>Its mainstream home also gave those conversations extra reach. Same-sex relationships, trans and non-binary experiences, HIV, family rejection and regional identity could sit alongside silly games and gloriously messy costumes. That mixture made serious subjects feel less like homework and more like part of everyday television.</w:t>
      </w:r>
      <w:r/>
    </w:p>
    <w:p>
      <w:r/>
      <w:r>
        <w:t>The Pink Times and GCN both reported on the BBC's decision, while the wider discussion has also highlighted the broadcaster's cancellation of other queer programmes. Viewed together, those changes make the loss feel less like one scheduling decision and more like a narrowing of public access.</w:t>
      </w:r>
      <w:r/>
    </w:p>
    <w:p>
      <w:pPr>
        <w:pStyle w:val="Heading2"/>
      </w:pPr>
      <w:r>
        <w:t>Could Australia pick up the baton?</w:t>
      </w:r>
      <w:r/>
    </w:p>
    <w:p>
      <w:r/>
      <w:r>
        <w:t>The situation offers a challenge to Australia's ABC and SBS. Drag Race Down Under has been associated with Stan, while the country's public broadcasters already have experience presenting LGBTQIA+ stories to broad audiences.</w:t>
      </w:r>
      <w:r/>
    </w:p>
    <w:p>
      <w:r/>
      <w:r>
        <w:t>A future drag competition made for public television wouldn't need to copy every commercial detail of the global franchise. It could build its own identity around Australian performers, regional scenes and local humour, with fewer glossy brand moments and more room for the artists themselves.</w:t>
      </w:r>
      <w:r/>
    </w:p>
    <w:p>
      <w:r/>
      <w:r>
        <w:t>That would also answer a practical question: how do you make queer culture visible to people who aren't actively searching for it? The BBC's Drag Race UK showed that the format could adapt to public-broadcasting constraints. The real opportunity now is to make that kind of visibility feel normal, free and impossible to overlook.</w:t>
      </w:r>
      <w:r/>
    </w:p>
    <w:p>
      <w:r/>
      <w:r>
        <w:t>The programme may have a new home, but the argument about who gets to see it has only just begun.</w:t>
      </w:r>
      <w:r/>
    </w:p>
    <w:p>
      <w:r/>
      <w:r>
        <w:t>Explore streaming options that fit your viewing habits, but don't lose sight of who public television can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https://www.starobserver.com.au/opinion/opinion-now-that-drag-race-uk-is-axed-from-the-bbc-is-queer-visibility-behind-a-paywall-the-same/244005</w:t>
        </w:r>
      </w:hyperlink>
      <w:r>
        <w:t xml:space="preserve"> - Please view link - unable to able to access data</w:t>
      </w:r>
      <w:r/>
    </w:p>
    <w:p>
      <w:pPr>
        <w:pStyle w:val="ListNumber"/>
        <w:spacing w:line="240" w:lineRule="auto"/>
        <w:ind w:left="720"/>
      </w:pPr>
      <w:r/>
      <w:hyperlink r:id="rId10">
        <w:r>
          <w:rPr>
            <w:color w:val="0000EE"/>
            <w:u w:val="single"/>
          </w:rPr>
          <w:t>https://thenetimes.co.uk/article/bbc-drops-rupauls-drag-race-uk-wow-presents-plus</w:t>
        </w:r>
      </w:hyperlink>
      <w:r>
        <w:t xml:space="preserve"> - The BBC has announced that 'RuPaul's Drag Race UK' will conclude its run on BBC Three and iPlayer after the current series, citing significant financial pressures. Future series, including 'Drag Race UK All Stars', will move to WOW Presents Plus, the streaming service operated by World of Wonder. The BBC expressed pride in the show's success and thanked all involved. The current series continues to air on BBC Three and iPlayer. (</w:t>
      </w:r>
      <w:hyperlink r:id="rId16">
        <w:r>
          <w:rPr>
            <w:color w:val="0000EE"/>
            <w:u w:val="single"/>
          </w:rPr>
          <w:t>thenetimes.co.uk</w:t>
        </w:r>
      </w:hyperlink>
      <w:r>
        <w:t>)</w:t>
      </w:r>
      <w:r/>
    </w:p>
    <w:p>
      <w:pPr>
        <w:pStyle w:val="ListNumber"/>
        <w:spacing w:line="240" w:lineRule="auto"/>
        <w:ind w:left="720"/>
      </w:pPr>
      <w:r/>
      <w:hyperlink r:id="rId11">
        <w:r>
          <w:rPr>
            <w:color w:val="0000EE"/>
            <w:u w:val="single"/>
          </w:rPr>
          <w:t>https://www.glitterbeam.co.uk/news/rupauls-drag-race-uk-leaving-bbc-wow-presents-plus</w:t>
        </w:r>
      </w:hyperlink>
      <w:r>
        <w:t xml:space="preserve"> - 'RuPaul’s Drag Race UK' is set to leave the BBC after its current eighth series, with future editions moving to streaming service WOW Presents Plus. The BBC attributed the decision to financial pressures, stating it was navigating significant financial challenges and making difficult choices. The current series continues to air on BBC Three and iPlayer. (</w:t>
      </w:r>
      <w:hyperlink r:id="rId17">
        <w:r>
          <w:rPr>
            <w:color w:val="0000EE"/>
            <w:u w:val="single"/>
          </w:rPr>
          <w:t>glitterbeam.co.uk</w:t>
        </w:r>
      </w:hyperlink>
      <w:r>
        <w:t>)</w:t>
      </w:r>
      <w:r/>
    </w:p>
    <w:p>
      <w:pPr>
        <w:pStyle w:val="ListNumber"/>
        <w:spacing w:line="240" w:lineRule="auto"/>
        <w:ind w:left="720"/>
      </w:pPr>
      <w:r/>
      <w:hyperlink r:id="rId12">
        <w:r>
          <w:rPr>
            <w:color w:val="0000EE"/>
            <w:u w:val="single"/>
          </w:rPr>
          <w:t>https://www.rte.ie/entertainment/2026/0910/1591016-bbc-drops-drag-race-uk-due-to-financial-pressures/</w:t>
        </w:r>
      </w:hyperlink>
      <w:r>
        <w:t xml:space="preserve"> - The BBC has dropped 'RuPaul's Drag Race UK' due to 'significant financial pressures'. The show, which features drag queens competing in challenges, will move to WOW Presents Plus after the current series. The BBC expressed pride in the show's success and thanked all involved. The current series continues to air on BBC Three and iPlayer. (</w:t>
      </w:r>
      <w:hyperlink r:id="rId18">
        <w:r>
          <w:rPr>
            <w:color w:val="0000EE"/>
            <w:u w:val="single"/>
          </w:rPr>
          <w:t>rte.ie</w:t>
        </w:r>
      </w:hyperlink>
      <w:r>
        <w:t>)</w:t>
      </w:r>
      <w:r/>
    </w:p>
    <w:p>
      <w:pPr>
        <w:pStyle w:val="ListNumber"/>
        <w:spacing w:line="240" w:lineRule="auto"/>
        <w:ind w:left="720"/>
      </w:pPr>
      <w:r/>
      <w:hyperlink r:id="rId14">
        <w:r>
          <w:rPr>
            <w:color w:val="0000EE"/>
            <w:u w:val="single"/>
          </w:rPr>
          <w:t>https://www.thepinktimes.com/article/bbc-confirms-rupaul-s-drag-race-uk-will-end-its-run-on-the-broadcaster-after-11-series/</w:t>
        </w:r>
      </w:hyperlink>
      <w:r>
        <w:t xml:space="preserve"> - The BBC has confirmed that 'RuPaul’s Drag Race UK' will end its run on the broadcaster after 11 series and move to WOW Presents Plus. A BBC spokesperson stated that the decision comes as the corporation faces 'significant financial pressures' and must make savings. The current series continues to air on BBC Three and iPlayer. (</w:t>
      </w:r>
      <w:hyperlink r:id="rId19">
        <w:r>
          <w:rPr>
            <w:color w:val="0000EE"/>
            <w:u w:val="single"/>
          </w:rPr>
          <w:t>thepinktimes.com</w:t>
        </w:r>
      </w:hyperlink>
      <w:r>
        <w:t>)</w:t>
      </w:r>
      <w:r/>
    </w:p>
    <w:p>
      <w:pPr>
        <w:pStyle w:val="ListNumber"/>
        <w:spacing w:line="240" w:lineRule="auto"/>
        <w:ind w:left="720"/>
      </w:pPr>
      <w:r/>
      <w:hyperlink r:id="rId13">
        <w:r>
          <w:rPr>
            <w:color w:val="0000EE"/>
            <w:u w:val="single"/>
          </w:rPr>
          <w:t>https://www.gcn.ie/bbc-drops-rupauls-drag-race-uk/</w:t>
        </w:r>
      </w:hyperlink>
      <w:r>
        <w:t xml:space="preserve"> - Fans have been left shocked by the news that the BBC has dropped 'RuPaul’s Drag Race UK' from its schedule, with the hit show no longer set to air on the broadcaster. The show has aired on the BBC since its launch in 2019, with eight main seasons of 'Drag Race UK' and three editions of 'UK vs the World', bringing the franchise to 11 series in total. The current series continues to air on BBC Three and iPlayer. (</w:t>
      </w:r>
      <w:hyperlink r:id="rId20">
        <w:r>
          <w:rPr>
            <w:color w:val="0000EE"/>
            <w:u w:val="single"/>
          </w:rPr>
          <w:t>gcn.ie</w:t>
        </w:r>
      </w:hyperlink>
      <w:r>
        <w:t>)</w:t>
      </w:r>
      <w:r/>
    </w:p>
    <w:p>
      <w:pPr>
        <w:pStyle w:val="ListNumber"/>
        <w:spacing w:line="240" w:lineRule="auto"/>
        <w:ind w:left="720"/>
      </w:pPr>
      <w:r/>
      <w:hyperlink r:id="rId15">
        <w:r>
          <w:rPr>
            <w:color w:val="0000EE"/>
            <w:u w:val="single"/>
          </w:rPr>
          <w:t>https://www.joe.co.uk/entertainment/drag-race-uk-bbc-wow-presents-plus-546908</w:t>
        </w:r>
      </w:hyperlink>
      <w:r>
        <w:t xml:space="preserve"> - 'RuPaul’s Drag Race UK' will have a new home after the BBC confirmed that the show is leaving the broadcaster following eight series. World of Wonder, the company behind the franchise, will take the programme to its streaming service WOW Presents Plus, which will also become the home of 'Drag Race UK: Vs The World'. The current series continues to air on BBC Three and iPlayer. (</w:t>
      </w:r>
      <w:hyperlink r:id="rId21">
        <w:r>
          <w:rPr>
            <w:color w:val="0000EE"/>
            <w:u w:val="single"/>
          </w:rPr>
          <w:t>joe.co.uk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opinion/opinion-now-that-drag-race-uk-is-axed-from-the-bbc-is-queer-visibility-behind-a-paywall-the-same/244005" TargetMode="External"/><Relationship Id="rId10" Type="http://schemas.openxmlformats.org/officeDocument/2006/relationships/hyperlink" Target="https://thenetimes.co.uk/article/bbc-drops-rupauls-drag-race-uk-wow-presents-plus" TargetMode="External"/><Relationship Id="rId11" Type="http://schemas.openxmlformats.org/officeDocument/2006/relationships/hyperlink" Target="https://www.glitterbeam.co.uk/news/rupauls-drag-race-uk-leaving-bbc-wow-presents-plus" TargetMode="External"/><Relationship Id="rId12" Type="http://schemas.openxmlformats.org/officeDocument/2006/relationships/hyperlink" Target="https://www.rte.ie/entertainment/2026/0910/1591016-bbc-drops-drag-race-uk-due-to-financial-pressures/" TargetMode="External"/><Relationship Id="rId13" Type="http://schemas.openxmlformats.org/officeDocument/2006/relationships/hyperlink" Target="https://www.gcn.ie/bbc-drops-rupauls-drag-race-uk/" TargetMode="External"/><Relationship Id="rId14" Type="http://schemas.openxmlformats.org/officeDocument/2006/relationships/hyperlink" Target="https://www.thepinktimes.com/article/bbc-confirms-rupaul-s-drag-race-uk-will-end-its-run-on-the-broadcaster-after-11-series/" TargetMode="External"/><Relationship Id="rId15" Type="http://schemas.openxmlformats.org/officeDocument/2006/relationships/hyperlink" Target="https://www.joe.co.uk/entertainment/drag-race-uk-bbc-wow-presents-plus-546908" TargetMode="External"/><Relationship Id="rId16" Type="http://schemas.openxmlformats.org/officeDocument/2006/relationships/hyperlink" Target="https://thenetimes.co.uk/article/bbc-drops-rupauls-drag-race-uk-wow-presents-plus?utm_source=openai" TargetMode="External"/><Relationship Id="rId17" Type="http://schemas.openxmlformats.org/officeDocument/2006/relationships/hyperlink" Target="https://www.glitterbeam.co.uk/news/rupauls-drag-race-uk-leaving-bbc-wow-presents-plus?utm_source=openai" TargetMode="External"/><Relationship Id="rId18" Type="http://schemas.openxmlformats.org/officeDocument/2006/relationships/hyperlink" Target="https://www.rte.ie/entertainment/2026/0910/1591016-bbc-drops-drag-race-uk-due-to-financial-pressures/?utm_source=openai" TargetMode="External"/><Relationship Id="rId19" Type="http://schemas.openxmlformats.org/officeDocument/2006/relationships/hyperlink" Target="https://www.thepinktimes.com/article/bbc-confirms-rupaul-s-drag-race-uk-will-end-its-run-on-the-broadcaster-after-11-series/?utm_source=openai" TargetMode="External"/><Relationship Id="rId20" Type="http://schemas.openxmlformats.org/officeDocument/2006/relationships/hyperlink" Target="https://gcn.ie/bbc-drops-rupauls-drag-race-uk/?utm_source=openai" TargetMode="External"/><Relationship Id="rId21" Type="http://schemas.openxmlformats.org/officeDocument/2006/relationships/hyperlink" Target="https://www.joe.co.uk/entertainment/drag-race-uk-bbc-wow-presents-plus-54690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