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Top LGBTQ+ Bar in Jamestown Celebrates 40 Years of Community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celebrating Sneakers Bar in Jamestown, New York, as the LGBTQ+ venue marks four decades of welcoming nights out, local events and genuine connection. Founded in 1986, the much-loved bar has grown from a shared vision into a dependable gathering place for queer patrons, allies and friends across the region.</w:t>
      </w:r>
      <w:r/>
    </w:p>
    <w:p>
      <w:pPr>
        <w:pStyle w:val="Heading2"/>
      </w:pPr>
      <w:r>
        <w:t>Essential Takeaways</w:t>
      </w:r>
      <w:r/>
      <w:r/>
    </w:p>
    <w:p>
      <w:pPr>
        <w:pStyle w:val="ListBullet"/>
        <w:spacing w:line="240" w:lineRule="auto"/>
        <w:ind w:left="720"/>
      </w:pPr>
      <w:r/>
      <w:r>
        <w:rPr>
          <w:b/>
        </w:rPr>
        <w:t>Four decades strong:</w:t>
      </w:r>
      <w:r>
        <w:t xml:space="preserve"> Sneakers Bar opened in 1986 and reached its 40th anniversary in September.</w:t>
      </w:r>
      <w:r/>
    </w:p>
    <w:p>
      <w:pPr>
        <w:pStyle w:val="ListBullet"/>
        <w:spacing w:line="240" w:lineRule="auto"/>
        <w:ind w:left="720"/>
      </w:pPr>
      <w:r/>
      <w:r>
        <w:rPr>
          <w:b/>
        </w:rPr>
        <w:t>Built on inclusion:</w:t>
      </w:r>
      <w:r>
        <w:t xml:space="preserve"> Founders Mary Green and Marilyn Bivona created a space intended to welcome LGBTQ+ people and straight friends together.</w:t>
      </w:r>
      <w:r/>
    </w:p>
    <w:p>
      <w:pPr>
        <w:pStyle w:val="ListBullet"/>
        <w:spacing w:line="240" w:lineRule="auto"/>
        <w:ind w:left="720"/>
      </w:pPr>
      <w:r/>
      <w:r>
        <w:rPr>
          <w:b/>
        </w:rPr>
        <w:t>A lively calendar:</w:t>
      </w:r>
      <w:r>
        <w:t xml:space="preserve"> Drag shows, DJs, karaoke, live music and themed celebrations keep the venue feeling active.</w:t>
      </w:r>
      <w:r/>
    </w:p>
    <w:p>
      <w:pPr>
        <w:pStyle w:val="ListBullet"/>
        <w:spacing w:line="240" w:lineRule="auto"/>
        <w:ind w:left="720"/>
      </w:pPr>
      <w:r/>
      <w:r>
        <w:rPr>
          <w:b/>
        </w:rPr>
        <w:t>Community-minded:</w:t>
      </w:r>
      <w:r>
        <w:t xml:space="preserve"> The bar has supported Pride events and fundraisers for local causes, including animal rescue.</w:t>
      </w:r>
      <w:r/>
    </w:p>
    <w:p>
      <w:pPr>
        <w:pStyle w:val="ListBullet"/>
        <w:spacing w:line="240" w:lineRule="auto"/>
        <w:ind w:left="720"/>
      </w:pPr>
      <w:r/>
      <w:r>
        <w:rPr>
          <w:b/>
        </w:rPr>
        <w:t>A lasting local role:</w:t>
      </w:r>
      <w:r>
        <w:t xml:space="preserve"> For many people, Sneakers offers something more valuable than a drink: friendship, familiarity and belonging.</w:t>
      </w:r>
      <w:r/>
      <w:r/>
    </w:p>
    <w:p>
      <w:pPr>
        <w:pStyle w:val="Heading2"/>
      </w:pPr>
      <w:r>
        <w:t>A welcoming bar with a bigger purpose</w:t>
      </w:r>
      <w:r/>
    </w:p>
    <w:p>
      <w:r/>
      <w:r>
        <w:t>The strongest thing about Sneakers Bar isn't simply its longevity. It's the feeling of a place that has stayed useful to its community, offering a warm, familiar setting where people can relax, meet friends and be themselves.</w:t>
      </w:r>
      <w:r/>
    </w:p>
    <w:p>
      <w:r/>
      <w:r>
        <w:t>According to Erie Gay News, the Jamestown venue was founded by Mary Green and Marilyn Bivona with an intentionally broad welcome. Their aim was to bring LGBTQ+ patrons, allies and friends into the same social space, rather than keeping those circles apart.</w:t>
      </w:r>
      <w:r/>
    </w:p>
    <w:p>
      <w:r/>
      <w:r>
        <w:t>That idea still feels quietly radical in smaller communities. A good local bar can be entertainment, meeting point and unofficial support network all at once.</w:t>
      </w:r>
      <w:r/>
    </w:p>
    <w:p>
      <w:pPr>
        <w:pStyle w:val="Heading2"/>
      </w:pPr>
      <w:r>
        <w:t>The women behind Sneakers' early years</w:t>
      </w:r>
      <w:r/>
    </w:p>
    <w:p>
      <w:r/>
      <w:r>
        <w:t>Green and Bivona ran Sneakers together for its first 20 years, building the foundations of the business side by side. Bivona later died from cancer, but her contribution remains central to the venue's history and emotional identity.</w:t>
      </w:r>
      <w:r/>
    </w:p>
    <w:p>
      <w:r/>
      <w:r>
        <w:t>Green continues to lead the bar, carrying forward the welcoming spirit they created. The story gives Sneakers more than a business backstory. It adds a personal thread of partnership, loss and persistence, which helps explain why the venue means so much to regulars.</w:t>
      </w:r>
      <w:r/>
    </w:p>
    <w:p>
      <w:r/>
      <w:r>
        <w:t>The anniversary celebration was therefore about more than counting years. It was also a chance to remember the people whose energy made those years possible.</w:t>
      </w:r>
      <w:r/>
    </w:p>
    <w:p>
      <w:pPr>
        <w:pStyle w:val="Heading2"/>
      </w:pPr>
      <w:r>
        <w:t>Why the events calendar keeps people coming back</w:t>
      </w:r>
      <w:r/>
    </w:p>
    <w:p>
      <w:r/>
      <w:r>
        <w:t>Sneakers has long been involved in Jamestown Pride, helping the celebration continue beyond the daytime programme. Its regular mix of drag, karaoke, DJs, live music, themed parties and seasonal events gives the venue an easy, sociable rhythm.</w:t>
      </w:r>
      <w:r/>
    </w:p>
    <w:p>
      <w:r/>
      <w:r>
        <w:t>Listings from local venue guides and travel directories also present Sneakers as an established LGBTQ+ nightlife destination in Jamestown. That matters because variety makes a bar feel accessible: one person may come for a drag show, another for dancing, and someone else simply for a familiar face at the end of a long week.</w:t>
      </w:r>
      <w:r/>
    </w:p>
    <w:p>
      <w:r/>
      <w:r>
        <w:t>The best community venues don't demand that every visitor have the same night. They make room for different moods, from glittery and loud to low-key and conversational.</w:t>
      </w:r>
      <w:r/>
    </w:p>
    <w:p>
      <w:pPr>
        <w:pStyle w:val="Heading2"/>
      </w:pPr>
      <w:r>
        <w:t>Community support reaches beyond Pride</w:t>
      </w:r>
      <w:r/>
    </w:p>
    <w:p>
      <w:r/>
      <w:r>
        <w:t>Sneakers' involvement doesn't stop with LGBTQ+ celebrations. The bar has also hosted fundraisers for local causes, including animal rescue organisations, linking its social role with practical support for the wider community.</w:t>
      </w:r>
      <w:r/>
    </w:p>
    <w:p>
      <w:r/>
      <w:r>
        <w:t>That broader outlook is part of what makes a long-running independent venue feel rooted. It isn't just serving customers; it's participating in the life of the place around it.</w:t>
      </w:r>
      <w:r/>
    </w:p>
    <w:p>
      <w:r/>
      <w:r>
        <w:t>For smaller cities and rural areas in particular, dependable queer-friendly spaces can be especially important. They offer connection without requiring people to travel to a larger city, and they can become landmarks in people's personal histories.</w:t>
      </w:r>
      <w:r/>
    </w:p>
    <w:p>
      <w:pPr>
        <w:pStyle w:val="Heading2"/>
      </w:pPr>
      <w:r>
        <w:t>Forty years of memories, with more to come</w:t>
      </w:r>
      <w:r/>
    </w:p>
    <w:p>
      <w:r/>
      <w:r>
        <w:t>The 40th anniversary event brought together longtime customers, new visitors, friends and community members. Throwback music from DJ Star Sirch and displays of historic photographs gave the evening a celebratory feel, while also inviting guests to look back at the many chapters of the bar's story.</w:t>
      </w:r>
      <w:r/>
    </w:p>
    <w:p>
      <w:r/>
      <w:r>
        <w:t>The venue's continued presence is a reminder that nightlife isn't only about novelty. Sometimes the real luxury is continuity: knowing where you'll be welcomed, who might be there and what the room will feel like when you walk in.</w:t>
      </w:r>
      <w:r/>
    </w:p>
    <w:p>
      <w:r/>
      <w:r>
        <w:t>As Sneakers looks ahead, its challenge is a familiar one for independent bars everywhere: preserve the character that made the place special while keeping the programme fresh for new generations. If its first 40 years are any guide, the community will be watching, visiting and raising a glass.</w:t>
      </w:r>
      <w:r/>
    </w:p>
    <w:p>
      <w:r/>
      <w:r>
        <w:t>A welcoming room can become part of a town's memory, and Sneakers has clearly earned that place.</w:t>
      </w:r>
      <w:r/>
    </w:p>
    <w:p>
      <w:r/>
      <w:r>
        <w:t>Explore options that suit your ideal night out, whether that's live entertainment, a quiet drink or a familiar community crowd.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[5]</w:t>
        </w:r>
      </w:hyperlink>
      <w:r>
        <w:t xml:space="preserve">, </w:t>
      </w:r>
      <w:hyperlink r:id="rId11">
        <w:r>
          <w:rPr>
            <w:color w:val="0000EE"/>
            <w:u w:val="single"/>
          </w:rPr>
          <w:t>[6]</w:t>
        </w:r>
      </w:hyperlink>
      <w:r>
        <w:t xml:space="preserve">- Paragraph 4: </w:t>
      </w:r>
      <w:hyperlink r:id="rId10">
        <w:r>
          <w:rPr>
            <w:color w:val="0000EE"/>
            <w:u w:val="single"/>
          </w:rPr>
          <w:t>[2]</w:t>
        </w:r>
      </w:hyperlink>
      <w:r>
        <w:t xml:space="preserve">, </w:t>
      </w:r>
      <w:hyperlink r:id="rId13">
        <w:r>
          <w:rPr>
            <w:color w:val="0000EE"/>
            <w:u w:val="single"/>
          </w:rPr>
          <w:t>[4]</w:t>
        </w:r>
      </w:hyperlink>
      <w:r>
        <w:t xml:space="preserve">- Paragraph 5: </w:t>
      </w:r>
      <w:hyperlink r:id="rId12">
        <w:r>
          <w:rPr>
            <w:color w:val="0000EE"/>
            <w:u w:val="single"/>
          </w:rPr>
          <w:t>[3]</w:t>
        </w:r>
      </w:hyperlink>
      <w:r>
        <w:t xml:space="preserve">, </w:t>
      </w:r>
      <w:hyperlink r:id="rId14">
        <w:r>
          <w:rPr>
            <w:color w:val="0000EE"/>
            <w:u w:val="single"/>
          </w:rPr>
          <w:t>[5]</w:t>
        </w:r>
      </w:hyperlink>
      <w:r>
        <w:t xml:space="preserve">- Paragraph 6: </w:t>
      </w:r>
      <w:hyperlink r:id="rId11">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3">
        <w:r>
          <w:rPr>
            <w:color w:val="0000EE"/>
            <w:u w:val="single"/>
          </w:rPr>
          <w:t>[4]</w:t>
        </w:r>
      </w:hyperlink>
      <w:r>
        <w:t xml:space="preserve">- Paragraph 8: </w:t>
      </w:r>
      <w:hyperlink r:id="rId14">
        <w:r>
          <w:rPr>
            <w:color w:val="0000EE"/>
            <w:u w:val="single"/>
          </w:rPr>
          <w:t>[5]</w:t>
        </w:r>
      </w:hyperlink>
      <w:r>
        <w:t xml:space="preserve">, </w:t>
      </w:r>
      <w:hyperlink r:id="rId11">
        <w:r>
          <w:rPr>
            <w:color w:val="0000EE"/>
            <w:u w:val="single"/>
          </w:rPr>
          <w:t>[6]</w:t>
        </w:r>
      </w:hyperlink>
      <w:r>
        <w:t xml:space="preserve">- Paragraph 9: </w:t>
      </w:r>
      <w:hyperlink r:id="rId10">
        <w:r>
          <w:rPr>
            <w:color w:val="0000EE"/>
            <w:u w:val="single"/>
          </w:rPr>
          <w:t>[2]</w:t>
        </w:r>
      </w:hyperlink>
      <w:r>
        <w:t xml:space="preserve">, </w:t>
      </w:r>
      <w:hyperlink r:id="rId12">
        <w:r>
          <w:rPr>
            <w:color w:val="0000EE"/>
            <w:u w:val="single"/>
          </w:rPr>
          <w:t>[3]</w:t>
        </w:r>
      </w:hyperlink>
      <w:r>
        <w:t xml:space="preserve">- Paragraph 10: </w:t>
      </w:r>
      <w:hyperlink r:id="rId13">
        <w:r>
          <w:rPr>
            <w:color w:val="0000EE"/>
            <w:u w:val="single"/>
          </w:rPr>
          <w:t>[4]</w:t>
        </w:r>
      </w:hyperlink>
      <w:r>
        <w:t xml:space="preserve">, </w:t>
      </w:r>
      <w:hyperlink r:id="rId14">
        <w:r>
          <w:rPr>
            <w:color w:val="0000EE"/>
            <w:u w:val="single"/>
          </w:rPr>
          <w:t>[5]</w:t>
        </w:r>
      </w:hyperlink>
      <w:r>
        <w:t xml:space="preserve">- Paragraph 11: </w:t>
      </w:r>
      <w:hyperlink r:id="rId11">
        <w:r>
          <w:rPr>
            <w:color w:val="0000EE"/>
            <w:u w:val="single"/>
          </w:rPr>
          <w:t>[6]</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3">
        <w:r>
          <w:rPr>
            <w:color w:val="0000EE"/>
            <w:u w:val="single"/>
          </w:rPr>
          <w:t>[4]</w:t>
        </w:r>
      </w:hyperlink>
      <w:r>
        <w:t xml:space="preserve">- Paragraph 13: </w:t>
      </w:r>
      <w:hyperlink r:id="rId12">
        <w:r>
          <w:rPr>
            <w:color w:val="0000EE"/>
            <w:u w:val="single"/>
          </w:rPr>
          <w:t>[3]</w:t>
        </w:r>
      </w:hyperlink>
      <w:r>
        <w:t xml:space="preserve">, </w:t>
      </w:r>
      <w:hyperlink r:id="rId14">
        <w:r>
          <w:rPr>
            <w:color w:val="0000EE"/>
            <w:u w:val="single"/>
          </w:rPr>
          <w:t>[5]</w:t>
        </w:r>
      </w:hyperlink>
      <w:r>
        <w:t xml:space="preserve">- Paragraph 14: </w:t>
      </w:r>
      <w:hyperlink r:id="rId10">
        <w:r>
          <w:rPr>
            <w:color w:val="0000EE"/>
            <w:u w:val="single"/>
          </w:rPr>
          <w:t>[2]</w:t>
        </w:r>
      </w:hyperlink>
      <w:r>
        <w:t xml:space="preserve">, </w:t>
      </w:r>
      <w:hyperlink r:id="rId11">
        <w:r>
          <w:rPr>
            <w:color w:val="0000EE"/>
            <w:u w:val="single"/>
          </w:rPr>
          <w:t>[6]</w:t>
        </w:r>
      </w:hyperlink>
      <w:r>
        <w:t xml:space="preserve">- Paragraph 15: </w:t>
      </w:r>
      <w:hyperlink r:id="rId13">
        <w:r>
          <w:rPr>
            <w:color w:val="0000EE"/>
            <w:u w:val="single"/>
          </w:rPr>
          <w:t>[4]</w:t>
        </w:r>
      </w:hyperlink>
      <w:r>
        <w:t xml:space="preserve">, </w:t>
      </w:r>
      <w:hyperlink r:id="rId14">
        <w:r>
          <w:rPr>
            <w:color w:val="0000EE"/>
            <w:u w:val="single"/>
          </w:rPr>
          <w:t>[5]</w:t>
        </w:r>
      </w:hyperlink>
      <w:r>
        <w:t xml:space="preserve">- Paragraph 16: </w:t>
      </w:r>
      <w:hyperlink r:id="rId10">
        <w:r>
          <w:rPr>
            <w:color w:val="0000EE"/>
            <w:u w:val="single"/>
          </w:rPr>
          <w:t>[2]</w:t>
        </w:r>
      </w:hyperlink>
      <w:r>
        <w:t xml:space="preserve">, </w:t>
      </w:r>
      <w:hyperlink r:id="rId12">
        <w:r>
          <w:rPr>
            <w:color w:val="0000EE"/>
            <w:u w:val="single"/>
          </w:rPr>
          <w:t>[3]</w:t>
        </w:r>
      </w:hyperlink>
      <w:r>
        <w:t xml:space="preserve">- Paragraph 17: </w:t>
      </w:r>
      <w:hyperlink r:id="rId13">
        <w:r>
          <w:rPr>
            <w:color w:val="0000EE"/>
            <w:u w:val="single"/>
          </w:rPr>
          <w:t>[4]</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https://www.eriegaynews.com/news/article.php?recordid=202610sneakerscommunityspotlight&amp;sourceid=4&amp;sourcereason=RSSFeed</w:t>
        </w:r>
      </w:hyperlink>
      <w:r>
        <w:t xml:space="preserve"> - Please view link - unable to able to access data</w:t>
      </w:r>
      <w:r/>
    </w:p>
    <w:p>
      <w:pPr>
        <w:pStyle w:val="ListNumber"/>
        <w:spacing w:line="240" w:lineRule="auto"/>
        <w:ind w:left="720"/>
      </w:pPr>
      <w:r/>
      <w:hyperlink r:id="rId10">
        <w:r>
          <w:rPr>
            <w:color w:val="0000EE"/>
            <w:u w:val="single"/>
          </w:rPr>
          <w:t>https://www.eriegaynews.com/news/article.php?recordid=202609sneakers40thanniversarypromo</w:t>
        </w:r>
      </w:hyperlink>
      <w:r>
        <w:t xml:space="preserve"> - Sneakers Bar in Jamestown, New York, is celebrating its 40th anniversary on September 20th, 2026. Founded in 1986 by Mary Green, the bar has been a welcoming space for both LGBTQ+ and straight communities. The anniversary event will feature DJ Star Sirch playing throwback music and a photo slideshow showcasing the bar's history. Attendees are encouraged to submit old photos to the bar's Facebook page for inclusion in the slideshow.</w:t>
      </w:r>
      <w:r/>
    </w:p>
    <w:p>
      <w:pPr>
        <w:pStyle w:val="ListNumber"/>
        <w:spacing w:line="240" w:lineRule="auto"/>
        <w:ind w:left="720"/>
      </w:pPr>
      <w:r/>
      <w:hyperlink r:id="rId12">
        <w:r>
          <w:rPr>
            <w:color w:val="0000EE"/>
            <w:u w:val="single"/>
          </w:rPr>
          <w:t>https://www.eriegaynews.com/news/article.php?recordid=202312sneakerspipskeys</w:t>
        </w:r>
      </w:hyperlink>
      <w:r>
        <w:t xml:space="preserve"> - On October 21, 2023, Sneakers Bar in Jamestown, NY, hosted a fundraising event for Pip-Skey's Foundation for Homeless Animals Inc. The event featured basket raffles, 50/50 drawings, entertainment by Star Sirch Productions, and food from The Taco Hut Food Truck. A signed Josh Allen jersey was also up for grabs. The event raised over $6,000, with funds directed to local animal rescues in Chautauqua County.</w:t>
      </w:r>
      <w:r/>
    </w:p>
    <w:p>
      <w:pPr>
        <w:pStyle w:val="ListNumber"/>
        <w:spacing w:line="240" w:lineRule="auto"/>
        <w:ind w:left="720"/>
      </w:pPr>
      <w:r/>
      <w:hyperlink r:id="rId13">
        <w:r>
          <w:rPr>
            <w:color w:val="0000EE"/>
            <w:u w:val="single"/>
          </w:rPr>
          <w:t>https://www.restaurantji.com/ny/jamestown/sneakers-/</w:t>
        </w:r>
      </w:hyperlink>
      <w:r>
        <w:t xml:space="preserve"> - Sneakers Bar, located at 100 Harrison Street in Jamestown, New York, is a gay bar with a 4.2 out of 5 rating based on 23 reviews. The establishment operates from 3 PM to 12 AM, offering a variety of cocktails. It does not accept reservations. The bar is known for its welcoming atmosphere and community involvement.</w:t>
      </w:r>
      <w:r/>
    </w:p>
    <w:p>
      <w:pPr>
        <w:pStyle w:val="ListNumber"/>
        <w:spacing w:line="240" w:lineRule="auto"/>
        <w:ind w:left="720"/>
      </w:pPr>
      <w:r/>
      <w:hyperlink r:id="rId14">
        <w:r>
          <w:rPr>
            <w:color w:val="0000EE"/>
            <w:u w:val="single"/>
          </w:rPr>
          <w:t>https://kitchenchecked.com/ny/jamestown/restaurants/sneakers-bar-100-harrison-street/</w:t>
        </w:r>
      </w:hyperlink>
      <w:r>
        <w:t xml:space="preserve"> - Sneakers Bar in Jamestown, NY, has undergone multiple health inspections by the New York State Department of Health. The most recent inspection on November 20, 2025, reported no violations. Previous inspections in 2023 and 2021 also found no significant issues, indicating the establishment's commitment to maintaining health and safety standards.</w:t>
      </w:r>
      <w:r/>
    </w:p>
    <w:p>
      <w:pPr>
        <w:pStyle w:val="ListNumber"/>
        <w:spacing w:line="240" w:lineRule="auto"/>
        <w:ind w:left="720"/>
      </w:pPr>
      <w:r/>
      <w:hyperlink r:id="rId11">
        <w:r>
          <w:rPr>
            <w:color w:val="0000EE"/>
            <w:u w:val="single"/>
          </w:rPr>
          <w:t>https://www.travelgay.com/venue/sneakers-ny</w:t>
        </w:r>
      </w:hyperlink>
      <w:r>
        <w:t xml:space="preserve"> - Sneakers is a laid-back gay and lesbian dive bar located in Jamestown's Brooklyn Flats neighborhood. Known for its welcoming atmosphere, friendly staff, and community vibes, it serves as a successor to the beloved Mother's bar. The establishment operates daily from 3 PM to 12 AM, providing a space for locals to gather and socialise.</w:t>
      </w:r>
      <w:r/>
    </w:p>
    <w:p>
      <w:pPr>
        <w:pStyle w:val="ListNumber"/>
        <w:spacing w:line="240" w:lineRule="auto"/>
        <w:ind w:left="720"/>
      </w:pPr>
      <w:r/>
      <w:hyperlink r:id="rId15">
        <w:r>
          <w:rPr>
            <w:color w:val="0000EE"/>
            <w:u w:val="single"/>
          </w:rPr>
          <w:t>https://www.post-journal.com/news/police-reports/2017/07/fire-at-downtown-bar-under-investigation/</w:t>
        </w:r>
      </w:hyperlink>
      <w:r>
        <w:t xml:space="preserve"> - In July 2017, a fire occurred at Sneakers Bar in Jamestown, New York. The fire originated in a first-floor storage room and was quickly extinguished by the Jamestown Fire Department. Owner Mary Green claimed the fire was intentionally set, leading to an investigation by local authorities. The bar was closed temporarily for repairs following the incident.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riegaynews.com/news/article.php?recordid=202610sneakerscommunityspotlight&amp;sourceid=4&amp;sourcereason=RSSFeed" TargetMode="External"/><Relationship Id="rId10" Type="http://schemas.openxmlformats.org/officeDocument/2006/relationships/hyperlink" Target="https://www.eriegaynews.com/news/article.php?recordid=202609sneakers40thanniversarypromo" TargetMode="External"/><Relationship Id="rId11" Type="http://schemas.openxmlformats.org/officeDocument/2006/relationships/hyperlink" Target="https://www.travelgay.com/venue/sneakers-ny" TargetMode="External"/><Relationship Id="rId12" Type="http://schemas.openxmlformats.org/officeDocument/2006/relationships/hyperlink" Target="https://www.eriegaynews.com/news/article.php?recordid=202312sneakerspipskeys" TargetMode="External"/><Relationship Id="rId13" Type="http://schemas.openxmlformats.org/officeDocument/2006/relationships/hyperlink" Target="https://www.restaurantji.com/ny/jamestown/sneakers-/" TargetMode="External"/><Relationship Id="rId14" Type="http://schemas.openxmlformats.org/officeDocument/2006/relationships/hyperlink" Target="https://kitchenchecked.com/ny/jamestown/restaurants/sneakers-bar-100-harrison-street/" TargetMode="External"/><Relationship Id="rId15" Type="http://schemas.openxmlformats.org/officeDocument/2006/relationships/hyperlink" Target="https://www.post-journal.com/news/police-reports/2017/07/fire-at-downtown-bar-under-investig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