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Festival Permit Denied as Organisers Plan Next Steps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Pride Kel-So say Southlake officials have rejected a permit for the LGBTQ+ festival, leaving supporters angry and uncertain while the event team explores its next move. The planned gathering, described as a family-friendly vendor market on private property, has become the latest flashpoint in a wider debate over inclusion, local authority and public space.</w:t>
      </w:r>
      <w:r/>
    </w:p>
    <w:p>
      <w:pPr>
        <w:pStyle w:val="Heading2"/>
      </w:pPr>
      <w:r>
        <w:t>Essential Takeaways</w:t>
      </w:r>
      <w:r/>
      <w:r/>
    </w:p>
    <w:p>
      <w:pPr>
        <w:pStyle w:val="ListBullet"/>
        <w:spacing w:line="240" w:lineRule="auto"/>
        <w:ind w:left="720"/>
      </w:pPr>
      <w:r/>
      <w:r>
        <w:rPr>
          <w:b/>
        </w:rPr>
        <w:t>Permit rejected:</w:t>
      </w:r>
      <w:r>
        <w:t xml:space="preserve"> Southlake city leaders denied permission for the planned Pride Kel-So event.</w:t>
      </w:r>
      <w:r/>
    </w:p>
    <w:p>
      <w:pPr>
        <w:pStyle w:val="ListBullet"/>
        <w:spacing w:line="240" w:lineRule="auto"/>
        <w:ind w:left="720"/>
      </w:pPr>
      <w:r/>
      <w:r>
        <w:rPr>
          <w:b/>
        </w:rPr>
        <w:t>Reason unclear:</w:t>
      </w:r>
      <w:r>
        <w:t xml:space="preserve"> Organisers say officials offered no clear public explanation for the decision.</w:t>
      </w:r>
      <w:r/>
    </w:p>
    <w:p>
      <w:pPr>
        <w:pStyle w:val="ListBullet"/>
        <w:spacing w:line="240" w:lineRule="auto"/>
        <w:ind w:left="720"/>
      </w:pPr>
      <w:r/>
      <w:r>
        <w:rPr>
          <w:b/>
        </w:rPr>
        <w:t>Organisers are pushing back:</w:t>
      </w:r>
      <w:r>
        <w:t xml:space="preserve"> The event team says it will review its options rather than abandon the festival.</w:t>
      </w:r>
      <w:r/>
    </w:p>
    <w:p>
      <w:pPr>
        <w:pStyle w:val="ListBullet"/>
        <w:spacing w:line="240" w:lineRule="auto"/>
        <w:ind w:left="720"/>
      </w:pPr>
      <w:r/>
      <w:r>
        <w:rPr>
          <w:b/>
        </w:rPr>
        <w:t>Private-property dispute:</w:t>
      </w:r>
      <w:r>
        <w:t xml:space="preserve"> Organisers describe the gathering as a modest, family-friendly market rather than a large public spectacle.</w:t>
      </w:r>
      <w:r/>
    </w:p>
    <w:p>
      <w:pPr>
        <w:pStyle w:val="ListBullet"/>
        <w:spacing w:line="240" w:lineRule="auto"/>
        <w:ind w:left="720"/>
      </w:pPr>
      <w:r/>
      <w:r>
        <w:rPr>
          <w:b/>
        </w:rPr>
        <w:t>Community stakes:</w:t>
      </w:r>
      <w:r>
        <w:t xml:space="preserve"> The decision has intensified concerns about LGBTQ+ visibility and equal treatment in Southlake.</w:t>
      </w:r>
      <w:r/>
      <w:r/>
    </w:p>
    <w:p>
      <w:pPr>
        <w:pStyle w:val="Heading2"/>
      </w:pPr>
      <w:r>
        <w:t>Southlake Pride organisers refuse to disappear</w:t>
      </w:r>
      <w:r/>
    </w:p>
    <w:p>
      <w:r/>
      <w:r>
        <w:t>The sharpest reaction came from Pride Kel-So organisers, who said the rejection felt like a deliberate decision against the LGBTQ+ community. Their statement, shared after the council meeting, accused officials of treating the event differently despite organisers' efforts to meet every requirement.</w:t>
      </w:r>
      <w:r/>
    </w:p>
    <w:p>
      <w:r/>
      <w:r>
        <w:t>According to WFAA, the organisers said they needed time to absorb the decision before announcing a detailed response. That pause sounds less like retreat than a practical reset after an unexpectedly bruising evening.</w:t>
      </w:r>
      <w:r/>
    </w:p>
    <w:p>
      <w:r/>
      <w:r>
        <w:t>They also insisted that Pride Kel-So would continue in some form. For supporters, that matters: local festivals often become more than dates on a calendar, especially when they provide a visible, welcoming place for people who may not feel represented elsewhere.</w:t>
      </w:r>
      <w:r/>
    </w:p>
    <w:p>
      <w:pPr>
        <w:pStyle w:val="Heading2"/>
      </w:pPr>
      <w:r>
        <w:t>Why the permit decision has caused such frustration</w:t>
      </w:r>
      <w:r/>
    </w:p>
    <w:p>
      <w:r/>
      <w:r>
        <w:t>The central complaint is simple. Organisers say they were led to believe that city departments were working with them to complete the necessary steps, only for the permit to be rejected at the council stage.</w:t>
      </w:r>
      <w:r/>
    </w:p>
    <w:p>
      <w:r/>
      <w:r>
        <w:t>Reports from Southlake News and Signal News Dallas describe the decision as lacking a clear explanation. That uncertainty is doing plenty of work here. When an event is denied without an obvious reason, organisers and residents are left to fill the silence with suspicion, frustration and, inevitably, questions about whether the same standards are being applied consistently.</w:t>
      </w:r>
      <w:r/>
    </w:p>
    <w:p>
      <w:r/>
      <w:r>
        <w:t>The organisers' account also highlights the event's proposed format. They describe it as a tame, family-oriented vendor market on private property, a detail that appears intended to challenge assumptions about what the festival would involve.</w:t>
      </w:r>
      <w:r/>
    </w:p>
    <w:p>
      <w:pPr>
        <w:pStyle w:val="Heading2"/>
      </w:pPr>
      <w:r>
        <w:t>A small festival with a much bigger meaning</w:t>
      </w:r>
      <w:r/>
    </w:p>
    <w:p>
      <w:r/>
      <w:r>
        <w:t>Pride Kel-So may be modest in scale, but the argument around it is not. LGBTQ+ festivals frequently function as community gatherings, trading opportunities and public statements all at once. A stall selling handmade goods can sit alongside a much larger message about belonging.</w:t>
      </w:r>
      <w:r/>
    </w:p>
    <w:p>
      <w:r/>
      <w:r>
        <w:t>Coverage from The Pink Times and LGBTQ Nation says organisers are continuing to plan while considering their options. That response is familiar in community campaigns: when a formal route closes, organisers may look at changes to the venue, the format or the application process.</w:t>
      </w:r>
      <w:r/>
    </w:p>
    <w:p>
      <w:r/>
      <w:r>
        <w:t>There is also a human element that can get lost in council paperwork. For vendors, volunteers and families who have invested time in the event, a permit refusal isn't merely administrative. It can feel like a public judgement on whether their presence is welcome.</w:t>
      </w:r>
      <w:r/>
    </w:p>
    <w:p>
      <w:pPr>
        <w:pStyle w:val="Heading2"/>
      </w:pPr>
      <w:r>
        <w:t>What could happen next?</w:t>
      </w:r>
      <w:r/>
    </w:p>
    <w:p>
      <w:r/>
      <w:r>
        <w:t>For now, the organisers say they're consulting relevant parties and working on an actionable plan. Possible next steps could include challenging the decision, changing the event's arrangements or seeking another way to hold the gathering, although the organisers have not yet confirmed a final route.</w:t>
      </w:r>
      <w:r/>
    </w:p>
    <w:p>
      <w:r/>
      <w:r>
        <w:t>Southlake News reports have framed the decision as a refusal by city leaders, while the organisers continue to argue that they followed the rules. That leaves the next stage likely to centre on process: what requirements applied, how the application was assessed and whether officials can clearly explain the outcome.</w:t>
      </w:r>
      <w:r/>
    </w:p>
    <w:p>
      <w:r/>
      <w:r>
        <w:t>Those details matter beyond this single festival. Transparent permitting helps residents understand how decisions are made, even when the answer is disappointing. Without it, the dispute risks becoming less about one event and more about trust in local government.</w:t>
      </w:r>
      <w:r/>
    </w:p>
    <w:p>
      <w:pPr>
        <w:pStyle w:val="Heading2"/>
      </w:pPr>
      <w:r>
        <w:t>The fight is now about visibility as well as paperwork</w:t>
      </w:r>
      <w:r/>
    </w:p>
    <w:p>
      <w:r/>
      <w:r>
        <w:t>The organisers' message was defiant: Pride Kel-So would not simply be cancelled and forgotten. Their language reflected anger, but also a determination to keep the community's work visible.</w:t>
      </w:r>
      <w:r/>
    </w:p>
    <w:p>
      <w:r/>
      <w:r>
        <w:t>Reports from Southlake News and The Pink Times indicate that supporters are watching closely for the next announcement. A change of plans may still allow the festival to go ahead, but the controversy has already given it a significance far beyond a market's stalls and schedule.</w:t>
      </w:r>
      <w:r/>
    </w:p>
    <w:p>
      <w:r/>
      <w:r>
        <w:t>For LGBTQ+ residents and allies, that visibility can be powerful. For city officials, the pressure now is to explain the decision clearly and show that the permitting process is being applied fairly. The next few days may reveal whether this becomes a one-off dispute or a longer local campaign.</w:t>
      </w:r>
      <w:r/>
    </w:p>
    <w:p>
      <w:r/>
      <w:r>
        <w:t>It's a permit decision, but for many Southlake residents, it feels like a decision about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https://www.wfaa.com/article/entertainment/events/southlake-pride-kel-so-permit-denied-texas/287-f962dd8c-aefa-45fc-9ffe-cc4a1750c56c</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https://www.lgbtqnation.com/2026/09/a-city-denied-a-permit-to-a-church-pride-event-didnt-say-why-its-organizers-arent-giving-up/</w:t>
        </w:r>
      </w:hyperlink>
      <w:r>
        <w:t xml:space="preserve"> - The city council of Southlake, Texas, unanimously voted to deny a permit for the Pride So-Kel festival, a community Pride event planned for October 3 at St. Martin-in-the-Field Episcopal Church. The council did not provide a public explanation for the decision, and organizers are exploring alternative options to host the event. The festival, which took place on the church's property last year, featured food trucks, vendors, and performances, including a drag queen singing about the challenges of growing up trans in rural Texas. Organizers aim to create a safe and inclusive space for LGBTQ+ individuals in suburban Tarrant County. (</w:t>
      </w:r>
      <w:hyperlink r:id="rId16">
        <w:r>
          <w:rPr>
            <w:color w:val="0000EE"/>
            <w:u w:val="single"/>
          </w:rPr>
          <w:t>lgbtqnation.com</w:t>
        </w:r>
      </w:hyperlink>
      <w:r>
        <w:t>)</w:t>
      </w:r>
      <w:r/>
    </w:p>
    <w:p>
      <w:pPr>
        <w:pStyle w:val="ListNumber"/>
        <w:spacing w:line="240" w:lineRule="auto"/>
        <w:ind w:left="720"/>
      </w:pPr>
      <w:r/>
      <w:hyperlink r:id="rId11">
        <w:r>
          <w:rPr>
            <w:color w:val="0000EE"/>
            <w:u w:val="single"/>
          </w:rPr>
          <w:t>https://southlakenews.org/news/southlake-refuses-to-issue-permit-for-lgbtq-pride-festival</w:t>
        </w:r>
      </w:hyperlink>
      <w:r>
        <w:t xml:space="preserve"> - Southlake City Council denied a permit for the Pride Kel-So festival, a local LGBTQ+ Pride event scheduled for October. Despite allowing the gathering last year, the council did not provide an explanation for the denial. Organizers are seeking clarification and exploring alternative options to host the event. (</w:t>
      </w:r>
      <w:hyperlink r:id="rId17">
        <w:r>
          <w:rPr>
            <w:color w:val="0000EE"/>
            <w:u w:val="single"/>
          </w:rPr>
          <w:t>southlakenews.org</w:t>
        </w:r>
      </w:hyperlink>
      <w:r>
        <w:t>)</w:t>
      </w:r>
      <w:r/>
    </w:p>
    <w:p>
      <w:pPr>
        <w:pStyle w:val="ListNumber"/>
        <w:spacing w:line="240" w:lineRule="auto"/>
        <w:ind w:left="720"/>
      </w:pPr>
      <w:r/>
      <w:hyperlink r:id="rId12">
        <w:r>
          <w:rPr>
            <w:color w:val="0000EE"/>
            <w:u w:val="single"/>
          </w:rPr>
          <w:t>https://southlakenews.org/news/southlake-pride-festival-denied-permit-by-city-leaders</w:t>
        </w:r>
      </w:hyperlink>
      <w:r>
        <w:t xml:space="preserve"> - The Southlake City Council denied a permit for the Pride Kel-So festival, a local Pride event scheduled for October. Organizers are seeking an explanation for the denial and are considering alternative options to host the event. (</w:t>
      </w:r>
      <w:hyperlink r:id="rId18">
        <w:r>
          <w:rPr>
            <w:color w:val="0000EE"/>
            <w:u w:val="single"/>
          </w:rPr>
          <w:t>southlakenews.org</w:t>
        </w:r>
      </w:hyperlink>
      <w:r>
        <w:t>)</w:t>
      </w:r>
      <w:r/>
    </w:p>
    <w:p>
      <w:pPr>
        <w:pStyle w:val="ListNumber"/>
        <w:spacing w:line="240" w:lineRule="auto"/>
        <w:ind w:left="720"/>
      </w:pPr>
      <w:r/>
      <w:hyperlink r:id="rId14">
        <w:r>
          <w:rPr>
            <w:color w:val="0000EE"/>
            <w:u w:val="single"/>
          </w:rPr>
          <w:t>https://southlakenews.org/news/southlake-city-council-denies-permit-for-pride-event-at-local-church</w:t>
        </w:r>
      </w:hyperlink>
      <w:r>
        <w:t xml:space="preserve"> - Southlake City Council denied a permit for the Pride Kel-So festival, a local Pride event scheduled for October. Organizers are seeking an explanation for the denial and are considering alternative options to host the event. (</w:t>
      </w:r>
      <w:hyperlink r:id="rId19">
        <w:r>
          <w:rPr>
            <w:color w:val="0000EE"/>
            <w:u w:val="single"/>
          </w:rPr>
          <w:t>southlakenews.org</w:t>
        </w:r>
      </w:hyperlink>
      <w:r>
        <w:t>)</w:t>
      </w:r>
      <w:r/>
    </w:p>
    <w:p>
      <w:pPr>
        <w:pStyle w:val="ListNumber"/>
        <w:spacing w:line="240" w:lineRule="auto"/>
        <w:ind w:left="720"/>
      </w:pPr>
      <w:r/>
      <w:hyperlink r:id="rId13">
        <w:r>
          <w:rPr>
            <w:color w:val="0000EE"/>
            <w:u w:val="single"/>
          </w:rPr>
          <w:t>https://signalnewsdallas.com/story/96019/southlake-city-leaders-deny-permit-for-upcoming-pride-festival/</w:t>
        </w:r>
      </w:hyperlink>
      <w:r>
        <w:t xml:space="preserve"> - Southlake city leaders denied a permit for an upcoming Pride festival. The specifics regarding the date of the permit denial, the names of the city leaders who made the decision, and the organization that applied for the permit were not immediately available. Similarly, the precise reasons cited for the denial have not been disclosed by city officials. (</w:t>
      </w:r>
      <w:hyperlink r:id="rId20">
        <w:r>
          <w:rPr>
            <w:color w:val="0000EE"/>
            <w:u w:val="single"/>
          </w:rPr>
          <w:t>signalnewsdallas.com</w:t>
        </w:r>
      </w:hyperlink>
      <w:r>
        <w:t>)</w:t>
      </w:r>
      <w:r/>
    </w:p>
    <w:p>
      <w:pPr>
        <w:pStyle w:val="ListNumber"/>
        <w:spacing w:line="240" w:lineRule="auto"/>
        <w:ind w:left="720"/>
      </w:pPr>
      <w:r/>
      <w:hyperlink r:id="rId15">
        <w:r>
          <w:rPr>
            <w:color w:val="0000EE"/>
            <w:u w:val="single"/>
          </w:rPr>
          <w:t>https://www.thepinktimes.com/article/southlake-rejects-pride-festival-permit-without-explanation-as-organizers-keep-planning/</w:t>
        </w:r>
      </w:hyperlink>
      <w:r>
        <w:t xml:space="preserve"> - The Southlake, Texas, city council voted unanimously to deny a permit for Pride So-Kel, a community Pride festival planned for October 3 on the 10-acre property of St. Martin-in-the-Field, an Episcopal church. City officials did not publicly explain the decision. Organizers are still exploring other ways to hold the October 3 festival. (</w:t>
      </w:r>
      <w:hyperlink r:id="rId21">
        <w:r>
          <w:rPr>
            <w:color w:val="0000EE"/>
            <w:u w:val="single"/>
          </w:rPr>
          <w:t>thepinktimes.com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faa.com/article/entertainment/events/southlake-pride-kel-so-permit-denied-texas/287-f962dd8c-aefa-45fc-9ffe-cc4a1750c56c" TargetMode="External"/><Relationship Id="rId10" Type="http://schemas.openxmlformats.org/officeDocument/2006/relationships/hyperlink" Target="https://www.lgbtqnation.com/2026/09/a-city-denied-a-permit-to-a-church-pride-event-didnt-say-why-its-organizers-arent-giving-up/" TargetMode="External"/><Relationship Id="rId11" Type="http://schemas.openxmlformats.org/officeDocument/2006/relationships/hyperlink" Target="https://southlakenews.org/news/southlake-refuses-to-issue-permit-for-lgbtq-pride-festival" TargetMode="External"/><Relationship Id="rId12" Type="http://schemas.openxmlformats.org/officeDocument/2006/relationships/hyperlink" Target="https://southlakenews.org/news/southlake-pride-festival-denied-permit-by-city-leaders" TargetMode="External"/><Relationship Id="rId13" Type="http://schemas.openxmlformats.org/officeDocument/2006/relationships/hyperlink" Target="https://signalnewsdallas.com/story/96019/southlake-city-leaders-deny-permit-for-upcoming-pride-festival/" TargetMode="External"/><Relationship Id="rId14" Type="http://schemas.openxmlformats.org/officeDocument/2006/relationships/hyperlink" Target="https://southlakenews.org/news/southlake-city-council-denies-permit-for-pride-event-at-local-church" TargetMode="External"/><Relationship Id="rId15" Type="http://schemas.openxmlformats.org/officeDocument/2006/relationships/hyperlink" Target="https://www.thepinktimes.com/article/southlake-rejects-pride-festival-permit-without-explanation-as-organizers-keep-planning/" TargetMode="External"/><Relationship Id="rId16" Type="http://schemas.openxmlformats.org/officeDocument/2006/relationships/hyperlink" Target="https://www.lgbtqnation.com/2026/09/a-city-denied-a-permit-to-a-church-pride-event-didnt-say-why-its-organizers-arent-giving-up/?utm_source=openai" TargetMode="External"/><Relationship Id="rId17" Type="http://schemas.openxmlformats.org/officeDocument/2006/relationships/hyperlink" Target="https://southlakenews.org/news/southlake-refuses-to-issue-permit-for-lgbtq-pride-festival?utm_source=openai" TargetMode="External"/><Relationship Id="rId18" Type="http://schemas.openxmlformats.org/officeDocument/2006/relationships/hyperlink" Target="https://southlakenews.org/news/southlake-pride-festival-denied-permit-by-city-leaders?utm_source=openai" TargetMode="External"/><Relationship Id="rId19" Type="http://schemas.openxmlformats.org/officeDocument/2006/relationships/hyperlink" Target="https://southlakenews.org/news/southlake-city-council-denies-permit-for-pride-event-at-local-church?utm_source=openai" TargetMode="External"/><Relationship Id="rId20" Type="http://schemas.openxmlformats.org/officeDocument/2006/relationships/hyperlink" Target="https://signalnewsdallas.com/story/96019/southlake-city-leaders-deny-permit-for-upcoming-pride-festival/?utm_source=openai" TargetMode="External"/><Relationship Id="rId21" Type="http://schemas.openxmlformats.org/officeDocument/2006/relationships/hyperlink" Target="https://www.thepinktimes.com/article/southlake-rejects-pride-festival-permit-without-explanation-as-organizers-keep-plannin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