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Kaela Luna Joins Queer Prom as a Silver Sponsor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Fans and colleagues will gather in Hollywood on 25 September for the second Queer Prom, with Kaela Luna joining the event as a Silver Sponsor. Hosted by Grooby and Flaming Hearts Media, the invite-only celebration will spotlight queer connection, community and a lively pre-awards-season night out.</w:t>
      </w:r>
      <w:r/>
    </w:p>
    <w:p>
      <w:pPr>
        <w:pStyle w:val="Heading2"/>
      </w:pPr>
      <w:r>
        <w:t>Essential Takeaways</w:t>
      </w:r>
      <w:r/>
      <w:r/>
    </w:p>
    <w:p>
      <w:pPr>
        <w:pStyle w:val="ListBullet"/>
        <w:spacing w:line="240" w:lineRule="auto"/>
        <w:ind w:left="720"/>
      </w:pPr>
      <w:r/>
      <w:r>
        <w:rPr>
          <w:b/>
        </w:rPr>
        <w:t>New sponsor:</w:t>
      </w:r>
      <w:r>
        <w:t xml:space="preserve"> Kaela Luna has signed on as a Silver Sponsor of the 2026 Queer Prom.</w:t>
      </w:r>
      <w:r/>
    </w:p>
    <w:p>
      <w:pPr>
        <w:pStyle w:val="ListBullet"/>
        <w:spacing w:line="240" w:lineRule="auto"/>
        <w:ind w:left="720"/>
      </w:pPr>
      <w:r/>
      <w:r>
        <w:rPr>
          <w:b/>
        </w:rPr>
        <w:t>Hollywood setting:</w:t>
      </w:r>
      <w:r>
        <w:t xml:space="preserve"> The invite-only event will take place at Bardot in Hollywood on 25 September.</w:t>
      </w:r>
      <w:r/>
    </w:p>
    <w:p>
      <w:pPr>
        <w:pStyle w:val="ListBullet"/>
        <w:spacing w:line="240" w:lineRule="auto"/>
        <w:ind w:left="720"/>
      </w:pPr>
      <w:r/>
      <w:r>
        <w:rPr>
          <w:b/>
        </w:rPr>
        <w:t>Community focus:</w:t>
      </w:r>
      <w:r>
        <w:t xml:space="preserve"> The evening is designed around queer love, friendship and industry connections.</w:t>
      </w:r>
      <w:r/>
    </w:p>
    <w:p>
      <w:pPr>
        <w:pStyle w:val="ListBullet"/>
        <w:spacing w:line="240" w:lineRule="auto"/>
        <w:ind w:left="720"/>
      </w:pPr>
      <w:r/>
      <w:r>
        <w:rPr>
          <w:b/>
        </w:rPr>
        <w:t>Personal meaning:</w:t>
      </w:r>
      <w:r>
        <w:t xml:space="preserve"> Luna says she missed her school prom, making this celebration feel especially meaningful.</w:t>
      </w:r>
      <w:r/>
    </w:p>
    <w:p>
      <w:pPr>
        <w:pStyle w:val="ListBullet"/>
        <w:spacing w:line="240" w:lineRule="auto"/>
        <w:ind w:left="720"/>
      </w:pPr>
      <w:r/>
      <w:r>
        <w:rPr>
          <w:b/>
        </w:rPr>
        <w:t>Second edition:</w:t>
      </w:r>
      <w:r>
        <w:t xml:space="preserve"> The event follows the first Queer Prom organised by Grooby and Flaming Hearts Media.</w:t>
      </w:r>
      <w:r/>
      <w:r/>
    </w:p>
    <w:p>
      <w:pPr>
        <w:pStyle w:val="Heading2"/>
      </w:pPr>
      <w:r>
        <w:t>Kaela Luna is making up for lost prom time</w:t>
      </w:r>
      <w:r/>
    </w:p>
    <w:p>
      <w:r/>
      <w:r>
        <w:t>Kaela Luna may have skipped her high-school prom, but she won't be missing this one. The performer and personality has joined the 2026 Queer Prom as a Silver Sponsor, bringing a distinctly personal note to an event built around celebration and belonging.</w:t>
      </w:r>
      <w:r/>
    </w:p>
    <w:p>
      <w:r/>
      <w:r>
        <w:t>As Luna explained in comments reported by XBIZ, she chose a musical festival with her girlfriend instead of attending her original prom. It sounds like a very on-brand alternative, but this time she's ready for the formalwear, friends and late-night atmosphere.</w:t>
      </w:r>
      <w:r/>
    </w:p>
    <w:p>
      <w:pPr>
        <w:pStyle w:val="Heading2"/>
      </w:pPr>
      <w:r>
        <w:t>A Hollywood night built around queer connection</w:t>
      </w:r>
      <w:r/>
    </w:p>
    <w:p>
      <w:r/>
      <w:r>
        <w:t>The second Queer Prom is being organised by Grooby and its sister company, Flaming Hearts Media. It will be held at Bardot in Hollywood on 25 September, giving guests a central Los Angeles setting for an evening of socialising and entertainment.</w:t>
      </w:r>
      <w:r/>
    </w:p>
    <w:p>
      <w:r/>
      <w:r>
        <w:t>The invite-only format keeps the occasion focused and community-led. Rather than simply functioning as another industry party, the event aims to create space for people to meet, reconnect and celebrate queer relationships in a relaxed setting.</w:t>
      </w:r>
      <w:r/>
    </w:p>
    <w:p>
      <w:pPr>
        <w:pStyle w:val="Heading2"/>
      </w:pPr>
      <w:r>
        <w:t>Why sponsorship matters beyond the party</w:t>
      </w:r>
      <w:r/>
    </w:p>
    <w:p>
      <w:r/>
      <w:r>
        <w:t>Silver sponsorships help give events like this the backing needed to grow into recurring fixtures. Luna's involvement also adds visibility from someone who clearly sees the night as more than a branding opportunity.</w:t>
      </w:r>
      <w:r/>
    </w:p>
    <w:p>
      <w:r/>
      <w:r>
        <w:t>That personal connection matters. In her statement, shared through XBIZ, Luna described the event as a chance to party with friends, make new connections and promote queer love before the next award season begins. It's a simple brief, but a compelling one.</w:t>
      </w:r>
      <w:r/>
    </w:p>
    <w:p>
      <w:pPr>
        <w:pStyle w:val="Heading2"/>
      </w:pPr>
      <w:r>
        <w:t>The Queer Prom is becoming a calendar highlight</w:t>
      </w:r>
      <w:r/>
    </w:p>
    <w:p>
      <w:r/>
      <w:r>
        <w:t>The 2026 event arrives as part of a broader run of announcements surrounding the Queer Prom. Related sponsorship news has also highlighted returning supporters and event hosts, suggesting that the celebration is gathering momentum rather than appearing as a one-off experiment.</w:t>
      </w:r>
      <w:r/>
    </w:p>
    <w:p>
      <w:r/>
      <w:r>
        <w:t>For guests, that continuity could make the evening feel more like a proper annual tradition. The appeal is easy to understand: a polished venue, a welcoming crowd and the chance to celebrate with people who understand the significance of the occasion.</w:t>
      </w:r>
      <w:r/>
    </w:p>
    <w:p>
      <w:pPr>
        <w:pStyle w:val="Heading2"/>
      </w:pPr>
      <w:r>
        <w:t>What guests can expect from the evening</w:t>
      </w:r>
      <w:r/>
    </w:p>
    <w:p>
      <w:r/>
      <w:r>
        <w:t>Details of the full programme have not been widely released, so guests should check the official Queer Prom website for access information and updates. As the event is invite-only, following the organisers' announcements will be the most reliable way to keep track of developments.</w:t>
      </w:r>
      <w:r/>
    </w:p>
    <w:p>
      <w:r/>
      <w:r>
        <w:t>One thing seems certain: Luna intends to enjoy herself. Her invitation to friends and supporters to come out and celebrate gives the event a warm, informal edge, even with award season waiting just around the corner.</w:t>
      </w:r>
      <w:r/>
    </w:p>
    <w:p>
      <w:r/>
      <w:r>
        <w:t>It's a small but meaningful milestone for a celebration that puts queer joy centre stage.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2">
        <w:r>
          <w:rPr>
            <w:color w:val="0000EE"/>
            <w:u w:val="single"/>
          </w:rPr>
          <w:t>[5]</w:t>
        </w:r>
      </w:hyperlink>
      <w:r>
        <w:t xml:space="preserve">- Paragraph 3: </w:t>
      </w:r>
      <w:hyperlink r:id="rId13">
        <w:r>
          <w:rPr>
            <w:color w:val="0000EE"/>
            <w:u w:val="single"/>
          </w:rPr>
          <w:t>[6]</w:t>
        </w:r>
      </w:hyperlink>
      <w:r>
        <w:t xml:space="preserve">, </w:t>
      </w:r>
      <w:hyperlink r:id="rId14">
        <w:r>
          <w:rPr>
            <w:color w:val="0000EE"/>
            <w:u w:val="single"/>
          </w:rPr>
          <w:t>[7]</w:t>
        </w:r>
      </w:hyperlink>
      <w:r>
        <w:t xml:space="preserve">- Paragraph 4: </w:t>
      </w:r>
      <w:hyperlink r:id="rId9">
        <w:r>
          <w:rPr>
            <w:color w:val="0000EE"/>
            <w:u w:val="single"/>
          </w:rPr>
          <w:t>[2]</w:t>
        </w:r>
      </w:hyperlink>
      <w:r>
        <w:t xml:space="preserve">, </w:t>
      </w:r>
      <w:hyperlink r:id="rId11">
        <w:r>
          <w:rPr>
            <w:color w:val="0000EE"/>
            <w:u w:val="single"/>
          </w:rPr>
          <w:t>[3]</w:t>
        </w:r>
      </w:hyperlink>
      <w:r>
        <w:t xml:space="preserve">- Paragraph 5: </w:t>
      </w:r>
      <w:hyperlink r:id="rId10">
        <w:r>
          <w:rPr>
            <w:color w:val="0000EE"/>
            <w:u w:val="single"/>
          </w:rPr>
          <w:t>[4]</w:t>
        </w:r>
      </w:hyperlink>
      <w:r>
        <w:t xml:space="preserve">, </w:t>
      </w:r>
      <w:hyperlink r:id="rId12">
        <w:r>
          <w:rPr>
            <w:color w:val="0000EE"/>
            <w:u w:val="single"/>
          </w:rPr>
          <w:t>[5]</w:t>
        </w:r>
      </w:hyperlink>
      <w:r>
        <w:t xml:space="preserve">- Paragraph 6: </w:t>
      </w:r>
      <w:hyperlink r:id="rId13">
        <w:r>
          <w:rPr>
            <w:color w:val="0000EE"/>
            <w:u w:val="single"/>
          </w:rPr>
          <w:t>[6]</w:t>
        </w:r>
      </w:hyperlink>
      <w:r>
        <w:t xml:space="preserve">, </w:t>
      </w:r>
      <w:hyperlink r:id="rId9">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https://www.xbiz.com/news/300844/kaela-luna-named-silver-sponsor-of-queer-prom</w:t>
        </w:r>
      </w:hyperlink>
      <w:r>
        <w:t xml:space="preserve"> - Please view link - unable to able to access data</w:t>
      </w:r>
      <w:r/>
    </w:p>
    <w:p>
      <w:pPr>
        <w:pStyle w:val="ListNumber"/>
        <w:spacing w:line="240" w:lineRule="auto"/>
        <w:ind w:left="720"/>
      </w:pPr>
      <w:r/>
      <w:hyperlink r:id="rId9">
        <w:r>
          <w:rPr>
            <w:color w:val="0000EE"/>
            <w:u w:val="single"/>
          </w:rPr>
          <w:t>https://www.xbiz.com/news/300844/kaela-luna-named-silver-sponsor-of-queer-prom</w:t>
        </w:r>
      </w:hyperlink>
      <w:r>
        <w:t xml:space="preserve"> - Kaela Luna has been announced as a Silver Sponsor for the second annual Queer Prom, co-hosted by Grooby and Flaming Hearts Media. The exclusive event is scheduled for September 25 at Bardot in Hollywood. Luna expressed her excitement, stating her enthusiasm for promoting queer love and connecting with friends and industry peers before the upcoming award season. For more details, visit QueerProm.com. Follow Luna on X.com.</w:t>
      </w:r>
      <w:r/>
    </w:p>
    <w:p>
      <w:pPr>
        <w:pStyle w:val="ListNumber"/>
        <w:spacing w:line="240" w:lineRule="auto"/>
        <w:ind w:left="720"/>
      </w:pPr>
      <w:r/>
      <w:hyperlink r:id="rId11">
        <w:r>
          <w:rPr>
            <w:color w:val="0000EE"/>
            <w:u w:val="single"/>
          </w:rPr>
          <w:t>https://www.grooby.com/news/2026/09/gray-perrier-announces-queer-prom-silver-sponsorship/</w:t>
        </w:r>
      </w:hyperlink>
      <w:r>
        <w:t xml:space="preserve"> - Award-winning performer Gray Perrier has announced her Silver Sponsorship of Grooby and FHM's second annual Queer Prom. The invite-only event is set for September 25, 2026, in Hollywood. Perrier highlighted the significance of queer joy and the importance of safe spaces for the community to celebrate together. Event producer Kristel Penn expressed her excitement about Perrier's involvement, emphasizing the community-focused nature of the event. More information is available at QueerProm.com.</w:t>
      </w:r>
      <w:r/>
    </w:p>
    <w:p>
      <w:pPr>
        <w:pStyle w:val="ListNumber"/>
        <w:spacing w:line="240" w:lineRule="auto"/>
        <w:ind w:left="720"/>
      </w:pPr>
      <w:r/>
      <w:hyperlink r:id="rId10">
        <w:r>
          <w:rPr>
            <w:color w:val="0000EE"/>
            <w:u w:val="single"/>
          </w:rPr>
          <w:t>https://www.xbiz.com/news/300552/bea-york-returns-as-silver-sponsor-of-queer-prom</w:t>
        </w:r>
      </w:hyperlink>
      <w:r>
        <w:t xml:space="preserve"> - Adult performer Bea York is returning as a Silver Sponsor for Grooby and FHM's second Queer Prom. The exclusive event will take place on September 25 at Bardot in Hollywood. York praised the event's organisers and expressed her enthusiasm for reliving the prom experience authentically within the community. Event producer Kristel Penn commended York's support and her efforts to uplift others. Further details can be found at QueerProm.com.</w:t>
      </w:r>
      <w:r/>
    </w:p>
    <w:p>
      <w:pPr>
        <w:pStyle w:val="ListNumber"/>
        <w:spacing w:line="240" w:lineRule="auto"/>
        <w:ind w:left="720"/>
      </w:pPr>
      <w:r/>
      <w:hyperlink r:id="rId12">
        <w:r>
          <w:rPr>
            <w:color w:val="0000EE"/>
            <w:u w:val="single"/>
          </w:rPr>
          <w:t>https://www.xbiz.com/news/300407/banksie-returns-to-host-rainbow-carpet-sponsor-fhm-x-groobys-queer-prom</w:t>
        </w:r>
      </w:hyperlink>
      <w:r>
        <w:t xml:space="preserve"> - Banksie will return to host the rainbow carpet and serve as a Gold Sponsor for FHM x Grooby's 'Queer Prom' on September 25 in Hollywood. Banksie expressed excitement about re-living the prom's festivities and providing coverage for the community. FHM co-founder Kristel Penn praised Banksie's ability to make interviewees feel at ease, making her the ideal choice to honour the Rainbow Carpet interview tradition. Tickets are available for $45, including one drink ticket, with proceeds donated to charity. More information is available at FlamingHeartsMedia.</w:t>
      </w:r>
      <w:r/>
    </w:p>
    <w:p>
      <w:pPr>
        <w:pStyle w:val="ListNumber"/>
        <w:spacing w:line="240" w:lineRule="auto"/>
        <w:ind w:left="720"/>
      </w:pPr>
      <w:r/>
      <w:hyperlink r:id="rId13">
        <w:r>
          <w:rPr>
            <w:color w:val="0000EE"/>
            <w:u w:val="single"/>
          </w:rPr>
          <w:t>https://www.queerprom.org/</w:t>
        </w:r>
      </w:hyperlink>
      <w:r>
        <w:t xml:space="preserve"> - Queer Prom is an annual event that provides LGBTQ+ youth with a safe and affirming celebration. The event features music, dancing, and self-expression, creating lasting memories for attendees. Proceeds support OUTMemphis and programs serving LGBTQ+ individuals across the Mid-South, including housing, health services, youth support, and community programs. Over $30,000 is raised annually to support these initiatives. For more information, visit QueerProm.org.</w:t>
      </w:r>
      <w:r/>
    </w:p>
    <w:p>
      <w:pPr>
        <w:pStyle w:val="ListNumber"/>
        <w:spacing w:line="240" w:lineRule="auto"/>
        <w:ind w:left="720"/>
      </w:pPr>
      <w:r/>
      <w:hyperlink r:id="rId14">
        <w:r>
          <w:rPr>
            <w:color w:val="0000EE"/>
            <w:u w:val="single"/>
          </w:rPr>
          <w:t>https://saccenter.org/event/youth-q-prom-2026/</w:t>
        </w:r>
      </w:hyperlink>
      <w:r>
        <w:t xml:space="preserve"> - The Sacramento LGBT Community Center is hosting the Youth Q-Prom 2026 on October 25, 2026, from 6:00 pm to 9:00 pm. This free annual prom is designed specifically for LGBTQ+ and allied youth aged 13–20, offering a safe and affirming environment to celebrate self-expression and friendship. The event features music, dancing, activities, entertainment, and refreshments. Volunteers are encouraged to participate; chaperones must be 21+ and complete a screening. More details are available at the Sacramento LGBT Community Center's website.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xbiz.com/news/300844/kaela-luna-named-silver-sponsor-of-queer-prom" TargetMode="External"/><Relationship Id="rId10" Type="http://schemas.openxmlformats.org/officeDocument/2006/relationships/hyperlink" Target="https://www.xbiz.com/news/300552/bea-york-returns-as-silver-sponsor-of-queer-prom" TargetMode="External"/><Relationship Id="rId11" Type="http://schemas.openxmlformats.org/officeDocument/2006/relationships/hyperlink" Target="https://www.grooby.com/news/2026/09/gray-perrier-announces-queer-prom-silver-sponsorship/" TargetMode="External"/><Relationship Id="rId12" Type="http://schemas.openxmlformats.org/officeDocument/2006/relationships/hyperlink" Target="https://www.xbiz.com/news/300407/banksie-returns-to-host-rainbow-carpet-sponsor-fhm-x-groobys-queer-prom" TargetMode="External"/><Relationship Id="rId13" Type="http://schemas.openxmlformats.org/officeDocument/2006/relationships/hyperlink" Target="https://www.queerprom.org/" TargetMode="External"/><Relationship Id="rId14" Type="http://schemas.openxmlformats.org/officeDocument/2006/relationships/hyperlink" Target="https://saccenter.org/event/youth-q-prom-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