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Big Brother Frankie Taber Comes Out as Bisexual on TV</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Big Brother housemate Frankie Taber has shared an emotional coming-out moment in the Diary Room, saying he entered the ITV2 show partly because he was ready to publicly identify as bisexual. The 23-year-old London marketing manager’s tearful confession has prompted widespread support and renewed conversation about shame, visibility and bisexual representation on reality television.</w:t>
      </w:r>
      <w:r/>
    </w:p>
    <w:p>
      <w:pPr>
        <w:pStyle w:val="Heading2"/>
      </w:pPr>
      <w:r>
        <w:t>Essential Takeaways</w:t>
      </w:r>
      <w:r/>
      <w:r/>
    </w:p>
    <w:p>
      <w:pPr>
        <w:pStyle w:val="ListBullet"/>
        <w:spacing w:line="240" w:lineRule="auto"/>
        <w:ind w:left="720"/>
      </w:pPr>
      <w:r/>
      <w:r>
        <w:rPr>
          <w:b/>
        </w:rPr>
        <w:t>Frankie’s confession:</w:t>
      </w:r>
      <w:r>
        <w:t xml:space="preserve"> The 23-year-old said he’s bisexual and hadn’t previously told friends or family.</w:t>
      </w:r>
      <w:r/>
    </w:p>
    <w:p>
      <w:pPr>
        <w:pStyle w:val="ListBullet"/>
        <w:spacing w:line="240" w:lineRule="auto"/>
        <w:ind w:left="720"/>
      </w:pPr>
      <w:r/>
      <w:r>
        <w:rPr>
          <w:b/>
        </w:rPr>
        <w:t>An emotional release:</w:t>
      </w:r>
      <w:r>
        <w:t xml:space="preserve"> He described carrying guilt and shame for around two years.</w:t>
      </w:r>
      <w:r/>
    </w:p>
    <w:p>
      <w:pPr>
        <w:pStyle w:val="ListBullet"/>
        <w:spacing w:line="240" w:lineRule="auto"/>
        <w:ind w:left="720"/>
      </w:pPr>
      <w:r/>
      <w:r>
        <w:rPr>
          <w:b/>
        </w:rPr>
        <w:t>Supportive response:</w:t>
      </w:r>
      <w:r>
        <w:t xml:space="preserve"> Big Brother reassured him that he hadn’t disappointed anyone.</w:t>
      </w:r>
      <w:r/>
    </w:p>
    <w:p>
      <w:pPr>
        <w:pStyle w:val="ListBullet"/>
        <w:spacing w:line="240" w:lineRule="auto"/>
        <w:ind w:left="720"/>
      </w:pPr>
      <w:r/>
      <w:r>
        <w:rPr>
          <w:b/>
        </w:rPr>
        <w:t>Visibility matters:</w:t>
      </w:r>
      <w:r>
        <w:t xml:space="preserve"> The moment arrives during a month associated with bisexual awareness and representation.</w:t>
      </w:r>
      <w:r/>
    </w:p>
    <w:p>
      <w:pPr>
        <w:pStyle w:val="ListBullet"/>
        <w:spacing w:line="240" w:lineRule="auto"/>
        <w:ind w:left="720"/>
      </w:pPr>
      <w:r/>
      <w:r>
        <w:rPr>
          <w:b/>
        </w:rPr>
        <w:t>A wider storyline awaits:</w:t>
      </w:r>
      <w:r>
        <w:t xml:space="preserve"> Viewers will now see Frankie as a housemate, rather than simply as the show’s bisexual contestant.</w:t>
      </w:r>
      <w:r/>
      <w:r/>
    </w:p>
    <w:p>
      <w:pPr>
        <w:pStyle w:val="Heading2"/>
      </w:pPr>
      <w:r>
        <w:t>Frankie chose the Diary Room for a life-changing admission</w:t>
      </w:r>
      <w:r/>
    </w:p>
    <w:p>
      <w:r/>
      <w:r>
        <w:t>The strongest moment came quietly, with Frankie sitting alone in the Diary Room and visibly struggling to find the words. He explained that coming on Big Brother had given him the chance to say aloud something he’d been holding inside for a long time.</w:t>
      </w:r>
      <w:r/>
    </w:p>
    <w:p>
      <w:r/>
      <w:r>
        <w:t>According to Gaydio, Frankie spoke about being bisexual and described the emotional toll of keeping that part of himself private. His account was raw rather than polished, which made it feel less like a carefully planned television reveal and more like a genuine release.</w:t>
      </w:r>
      <w:r/>
    </w:p>
    <w:p>
      <w:r/>
      <w:r>
        <w:t>He also worried that being honest might mean he’d let people down. That fear, sadly, is familiar to many LGBTQ+ people, particularly when coming out feels bound up with family expectations, friendships and the pressure to appear certain.</w:t>
      </w:r>
      <w:r/>
    </w:p>
    <w:p>
      <w:r/>
      <w:r>
        <w:t>Big Brother’s response was simple but powerful: Frankie hadn’t disappointed anyone. Sometimes the most reassuring words are the least complicated ones.</w:t>
      </w:r>
      <w:r/>
    </w:p>
    <w:p>
      <w:pPr>
        <w:pStyle w:val="Heading2"/>
      </w:pPr>
      <w:r>
        <w:t>Why Frankie’s bisexual visibility matters</w:t>
      </w:r>
      <w:r/>
    </w:p>
    <w:p>
      <w:r/>
      <w:r>
        <w:t>Frankie’s story has resonated partly because bisexual men remain less visible on mainstream television than gay men and lesbians. When bisexuality does appear on screen, it can still be treated as a phase, a plot twist or something that needs explaining.</w:t>
      </w:r>
      <w:r/>
    </w:p>
    <w:p>
      <w:r/>
      <w:r>
        <w:t>PinkNews reported that the moment landed during a period of heightened attention around bisexual visibility. That timing gave the scene added significance, although Frankie’s experience remains personal rather than symbolic alone.</w:t>
      </w:r>
      <w:r/>
    </w:p>
    <w:p>
      <w:r/>
      <w:r>
        <w:t>Being visible won’t remove the stereotypes bisexual people face. Some are still told they’re confused, not “really” bisexual or defined solely by the gender of their current partner. Frankie’s appearance can’t fix those attitudes, but it does offer viewers a more straightforward message: bisexuality doesn’t need defending before it can be accepted.</w:t>
      </w:r>
      <w:r/>
    </w:p>
    <w:p>
      <w:pPr>
        <w:pStyle w:val="Heading2"/>
      </w:pPr>
      <w:r>
        <w:t>Viewers quickly rallied behind the Big Brother housemate</w:t>
      </w:r>
      <w:r/>
    </w:p>
    <w:p>
      <w:r/>
      <w:r>
        <w:t>Social media reaction was overwhelmingly supportive, with viewers praising Frankie’s honesty and the courage it took to speak publicly before telling people close to him. Capital FM highlighted the strong response from fans who described the moment as moving and brave.</w:t>
      </w:r>
      <w:r/>
    </w:p>
    <w:p>
      <w:r/>
      <w:r>
        <w:t>For some viewers, the most painful part wasn’t the coming-out itself but Frankie’s belief that he owed anyone an apology. That detail gave the scene its emotional weight, because it showed how deeply shame can settle in even when a person knows, intellectually, that there’s nothing wrong with them.</w:t>
      </w:r>
      <w:r/>
    </w:p>
    <w:p>
      <w:r/>
      <w:r>
        <w:t>Reality television often turns private feelings into public entertainment, so moments like this require a careful balance. Frankie’s confession was compelling because it felt human, not because it was treated as a sensational reveal.</w:t>
      </w:r>
      <w:r/>
    </w:p>
    <w:p>
      <w:pPr>
        <w:pStyle w:val="Heading2"/>
      </w:pPr>
      <w:r>
        <w:t>He’s more than the bisexual housemate</w:t>
      </w:r>
      <w:r/>
    </w:p>
    <w:p>
      <w:r/>
      <w:r>
        <w:t>The best outcome now would be for Frankie to move beyond the moment without being reduced to it. Just Jared reported on the emotional Diary Room scene, but his identity shouldn’t become the only lens through which audiences understand him.</w:t>
      </w:r>
      <w:r/>
    </w:p>
    <w:p>
      <w:r/>
      <w:r>
        <w:t>He’s also a 23-year-old marketing manager from London navigating nominations, friendships, arguments and the strange social pressure cooker of Big Brother. His sexuality is part of his story, but it doesn’t have to become his entire storyline.</w:t>
      </w:r>
      <w:r/>
    </w:p>
    <w:p>
      <w:r/>
      <w:r>
        <w:t>That distinction matters. Representation works best when queer people are allowed the full range of reality-show experiences, including being funny, awkward, romantic, irritating, competitive or simply tired after a long day in the house.</w:t>
      </w:r>
      <w:r/>
    </w:p>
    <w:p>
      <w:pPr>
        <w:pStyle w:val="Heading2"/>
      </w:pPr>
      <w:r>
        <w:t>What Frankie’s coming-out moment could mean next</w:t>
      </w:r>
      <w:r/>
    </w:p>
    <w:p>
      <w:r/>
      <w:r>
        <w:t>The new series launched on ITV2 and ITVX on 13 September, placing Frankie’s confession near the start of his Big Brother journey. As Tyla noted in its coverage, the coming-out moment quickly became one of the early talking points around the series.</w:t>
      </w:r>
      <w:r/>
    </w:p>
    <w:p>
      <w:r/>
      <w:r>
        <w:t>The attention may bring comfort to viewers who recognise Frankie’s fear, but it could also encourage wider conversations about bisexuality and the different ways people come out. There’s no single correct script, and not everyone will feel ready to speak publicly, tell family first or attach their identity to a dramatic television moment.</w:t>
      </w:r>
      <w:r/>
    </w:p>
    <w:p>
      <w:r/>
      <w:r>
        <w:t>For Frankie, though, the first step has been taken. The hope is that the rest of the series lets him live openly while remaining, above all, himself.</w:t>
      </w:r>
      <w:r/>
    </w:p>
    <w:p>
      <w:r/>
      <w:r>
        <w:t>Frankie’s story is a reminder that coming out should never require an apology.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[6]</w:t>
        </w:r>
      </w:hyperlink>
      <w:r>
        <w:t xml:space="preserve">- Paragraph 3: </w:t>
      </w:r>
      <w:hyperlink r:id="rId14">
        <w:r>
          <w:rPr>
            <w:color w:val="0000EE"/>
            <w:u w:val="single"/>
          </w:rPr>
          <w:t>[5]</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1">
        <w:r>
          <w:rPr>
            <w:color w:val="0000EE"/>
            <w:u w:val="single"/>
          </w:rPr>
          <w:t>[4]</w:t>
        </w:r>
      </w:hyperlink>
      <w:r>
        <w:t xml:space="preserve">, </w:t>
      </w:r>
      <w:hyperlink r:id="rId13">
        <w:r>
          <w:rPr>
            <w:color w:val="0000EE"/>
            <w:u w:val="single"/>
          </w:rPr>
          <w:t>[6]</w:t>
        </w:r>
      </w:hyperlink>
      <w:r>
        <w:t xml:space="preserve">- Paragraph 6: </w:t>
      </w:r>
      <w:hyperlink r:id="rId14">
        <w:r>
          <w:rPr>
            <w:color w:val="0000EE"/>
            <w:u w:val="single"/>
          </w:rPr>
          <w:t>[5]</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[4]</w:t>
        </w:r>
      </w:hyperlink>
      <w:r>
        <w:t xml:space="preserve">- Paragraph 8: </w:t>
      </w:r>
      <w:hyperlink r:id="rId12">
        <w:r>
          <w:rPr>
            <w:color w:val="0000EE"/>
            <w:u w:val="single"/>
          </w:rPr>
          <w:t>[3]</w:t>
        </w:r>
      </w:hyperlink>
      <w:r>
        <w:t xml:space="preserve">, </w:t>
      </w:r>
      <w:hyperlink r:id="rId13">
        <w:r>
          <w:rPr>
            <w:color w:val="0000EE"/>
            <w:u w:val="single"/>
          </w:rPr>
          <w:t>[6]</w:t>
        </w:r>
      </w:hyperlink>
      <w:r>
        <w:t xml:space="preserve">- Paragraph 9: </w:t>
      </w:r>
      <w:hyperlink r:id="rId14">
        <w:r>
          <w:rPr>
            <w:color w:val="0000EE"/>
            <w:u w:val="single"/>
          </w:rPr>
          <w:t>[5]</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2">
        <w:r>
          <w:rPr>
            <w:color w:val="0000EE"/>
            <w:u w:val="single"/>
          </w:rPr>
          <w:t>[3]</w:t>
        </w:r>
      </w:hyperlink>
      <w:r>
        <w:t xml:space="preserve">- Paragraph 11: </w:t>
      </w:r>
      <w:hyperlink r:id="rId11">
        <w:r>
          <w:rPr>
            <w:color w:val="0000EE"/>
            <w:u w:val="single"/>
          </w:rPr>
          <w:t>[4]</w:t>
        </w:r>
      </w:hyperlink>
      <w:r>
        <w:t xml:space="preserve">, </w:t>
      </w:r>
      <w:hyperlink r:id="rId13">
        <w:r>
          <w:rPr>
            <w:color w:val="0000EE"/>
            <w:u w:val="single"/>
          </w:rPr>
          <w:t>[6]</w:t>
        </w:r>
      </w:hyperlink>
      <w:r>
        <w:t xml:space="preserve">- Paragraph 12: </w:t>
      </w:r>
      <w:hyperlink r:id="rId14">
        <w:r>
          <w:rPr>
            <w:color w:val="0000EE"/>
            <w:u w:val="single"/>
          </w:rPr>
          <w:t>[5]</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https://gayexpress.co.nz/2026/09/ive-been-in-pain-for-so-long-big-brothers-frankie-comes-out-as-bisexual/?utm_source=rss&amp;utm_medium=rss&amp;utm_campaign=ive-been-in-pain-for-so-long-big-brothers-frankie-comes-out-as-bisexual</w:t>
        </w:r>
      </w:hyperlink>
      <w:r>
        <w:t xml:space="preserve"> - Please view link - unable to able to access data</w:t>
      </w:r>
      <w:r/>
    </w:p>
    <w:p>
      <w:pPr>
        <w:pStyle w:val="ListNumber"/>
        <w:spacing w:line="240" w:lineRule="auto"/>
        <w:ind w:left="720"/>
      </w:pPr>
      <w:r/>
      <w:hyperlink r:id="rId10">
        <w:r>
          <w:rPr>
            <w:color w:val="0000EE"/>
            <w:u w:val="single"/>
          </w:rPr>
          <w:t>https://www.capitalfm.com/news/tv-film/big-brother/uk-frankie-taber-bisexual-sexuality/</w:t>
        </w:r>
      </w:hyperlink>
      <w:r>
        <w:t xml:space="preserve"> - Frankie Taber, a 23-year-old marketing manager from London, came out as bisexual during an emotional Diary Room confession on Big Brother UK. He revealed that he had been carrying guilt and shame about his sexuality for nearly two years and felt he had let down many people. (</w:t>
      </w:r>
      <w:hyperlink r:id="rId16">
        <w:r>
          <w:rPr>
            <w:color w:val="0000EE"/>
            <w:u w:val="single"/>
          </w:rPr>
          <w:t>capitalfm.com</w:t>
        </w:r>
      </w:hyperlink>
      <w:r>
        <w:t>)</w:t>
      </w:r>
      <w:r/>
    </w:p>
    <w:p>
      <w:pPr>
        <w:pStyle w:val="ListNumber"/>
        <w:spacing w:line="240" w:lineRule="auto"/>
        <w:ind w:left="720"/>
      </w:pPr>
      <w:r/>
      <w:hyperlink r:id="rId12">
        <w:r>
          <w:rPr>
            <w:color w:val="0000EE"/>
            <w:u w:val="single"/>
          </w:rPr>
          <w:t>https://www.thepinknews.com/2026/09/16/frankie-taber-bisexual-2026/</w:t>
        </w:r>
      </w:hyperlink>
      <w:r>
        <w:t xml:space="preserve"> - In a moving Diary Room moment on Big Brother UK, 23-year-old marketing manager Frankie Taber came out as bisexual. He shared that he had been in pain for about a year and a half to two years due to guilt and shame, and felt he had let down a lot of people. (</w:t>
      </w:r>
      <w:hyperlink r:id="rId17">
        <w:r>
          <w:rPr>
            <w:color w:val="0000EE"/>
            <w:u w:val="single"/>
          </w:rPr>
          <w:t>thepinknews.com</w:t>
        </w:r>
      </w:hyperlink>
      <w:r>
        <w:t>)</w:t>
      </w:r>
      <w:r/>
    </w:p>
    <w:p>
      <w:pPr>
        <w:pStyle w:val="ListNumber"/>
        <w:spacing w:line="240" w:lineRule="auto"/>
        <w:ind w:left="720"/>
      </w:pPr>
      <w:r/>
      <w:hyperlink r:id="rId11">
        <w:r>
          <w:rPr>
            <w:color w:val="0000EE"/>
            <w:u w:val="single"/>
          </w:rPr>
          <w:t>https://www.gaydio.co.uk/uk/whats-new/news/gaydio-news/big-brother-housemate-frankie-comes-out-as-bisexual-in-tearful-diary-room-confession/</w:t>
        </w:r>
      </w:hyperlink>
      <w:r>
        <w:t xml:space="preserve"> - Frankie Taber, a 23-year-old marketing manager from London, came out as bisexual during an emotional Diary Room scene on Big Brother UK. He expressed that he had been carrying guilt and shame for over a year and felt he had let down many people. (</w:t>
      </w:r>
      <w:hyperlink r:id="rId18">
        <w:r>
          <w:rPr>
            <w:color w:val="0000EE"/>
            <w:u w:val="single"/>
          </w:rPr>
          <w:t>gaydio.co.uk</w:t>
        </w:r>
      </w:hyperlink>
      <w:r>
        <w:t>)</w:t>
      </w:r>
      <w:r/>
    </w:p>
    <w:p>
      <w:pPr>
        <w:pStyle w:val="ListNumber"/>
        <w:spacing w:line="240" w:lineRule="auto"/>
        <w:ind w:left="720"/>
      </w:pPr>
      <w:r/>
      <w:hyperlink r:id="rId14">
        <w:r>
          <w:rPr>
            <w:color w:val="0000EE"/>
            <w:u w:val="single"/>
          </w:rPr>
          <w:t>https://www.justjared.com/2026/09/15/big-brother-uk-contestant-frankie-taber-comes-out-as-bisexual-in-emotional-diary-room-moment/</w:t>
        </w:r>
      </w:hyperlink>
      <w:r>
        <w:t xml:space="preserve"> - Frankie Taber, a 23-year-old marketing manager from London, came out as bisexual during an emotional Diary Room moment on Big Brother UK. He revealed that he had been in pain for about a year and a half to two years due to guilt and shame, and felt he had let down a lot of people. (</w:t>
      </w:r>
      <w:hyperlink r:id="rId19">
        <w:r>
          <w:rPr>
            <w:color w:val="0000EE"/>
            <w:u w:val="single"/>
          </w:rPr>
          <w:t>justjared.com</w:t>
        </w:r>
      </w:hyperlink>
      <w:r>
        <w:t>)</w:t>
      </w:r>
      <w:r/>
    </w:p>
    <w:p>
      <w:pPr>
        <w:pStyle w:val="ListNumber"/>
        <w:spacing w:line="240" w:lineRule="auto"/>
        <w:ind w:left="720"/>
      </w:pPr>
      <w:r/>
      <w:hyperlink r:id="rId13">
        <w:r>
          <w:rPr>
            <w:color w:val="0000EE"/>
            <w:u w:val="single"/>
          </w:rPr>
          <w:t>https://gcn.ie/big-brother-frankie-taber-bisexual/</w:t>
        </w:r>
      </w:hyperlink>
      <w:r>
        <w:t xml:space="preserve"> - Frankie Taber, a 23-year-old marketing manager from London, came out as bisexual during an emotional Diary Room confession on Big Brother UK. He shared that he had been carrying guilt and shame for up to two years and felt he had let down a lot of people. (</w:t>
      </w:r>
      <w:hyperlink r:id="rId20">
        <w:r>
          <w:rPr>
            <w:color w:val="0000EE"/>
            <w:u w:val="single"/>
          </w:rPr>
          <w:t>gcn.ie</w:t>
        </w:r>
      </w:hyperlink>
      <w:r>
        <w:t>)</w:t>
      </w:r>
      <w:r/>
    </w:p>
    <w:p>
      <w:pPr>
        <w:pStyle w:val="ListNumber"/>
        <w:spacing w:line="240" w:lineRule="auto"/>
        <w:ind w:left="720"/>
      </w:pPr>
      <w:r/>
      <w:hyperlink r:id="rId15">
        <w:r>
          <w:rPr>
            <w:color w:val="0000EE"/>
            <w:u w:val="single"/>
          </w:rPr>
          <w:t>https://www.tyla.com/entertainment/tv-and-film/frankie-taber-big-brother-comes-out-bisexual-361453-20260916</w:t>
        </w:r>
      </w:hyperlink>
      <w:r>
        <w:t xml:space="preserve"> - Frankie Taber, a 23-year-old marketing manager from London, came out as bisexual during an emotional Diary Room confession on Big Brother UK. He expressed that he had been carrying guilt and shame for over a year and felt he had let down many people. (</w:t>
      </w:r>
      <w:hyperlink r:id="rId21">
        <w:r>
          <w:rPr>
            <w:color w:val="0000EE"/>
            <w:u w:val="single"/>
          </w:rPr>
          <w:t>tyla.com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ayexpress.co.nz/2026/09/ive-been-in-pain-for-so-long-big-brothers-frankie-comes-out-as-bisexual/?utm_source=rss&amp;utm_medium=rss&amp;utm_campaign=ive-been-in-pain-for-so-long-big-brothers-frankie-comes-out-as-bisexual" TargetMode="External"/><Relationship Id="rId10" Type="http://schemas.openxmlformats.org/officeDocument/2006/relationships/hyperlink" Target="https://www.capitalfm.com/news/tv-film/big-brother/uk-frankie-taber-bisexual-sexuality/" TargetMode="External"/><Relationship Id="rId11" Type="http://schemas.openxmlformats.org/officeDocument/2006/relationships/hyperlink" Target="https://www.gaydio.co.uk/uk/whats-new/news/gaydio-news/big-brother-housemate-frankie-comes-out-as-bisexual-in-tearful-diary-room-confession/" TargetMode="External"/><Relationship Id="rId12" Type="http://schemas.openxmlformats.org/officeDocument/2006/relationships/hyperlink" Target="https://www.thepinknews.com/2026/09/16/frankie-taber-bisexual-2026/" TargetMode="External"/><Relationship Id="rId13" Type="http://schemas.openxmlformats.org/officeDocument/2006/relationships/hyperlink" Target="https://gcn.ie/big-brother-frankie-taber-bisexual/" TargetMode="External"/><Relationship Id="rId14" Type="http://schemas.openxmlformats.org/officeDocument/2006/relationships/hyperlink" Target="https://www.justjared.com/2026/09/15/big-brother-uk-contestant-frankie-taber-comes-out-as-bisexual-in-emotional-diary-room-moment/" TargetMode="External"/><Relationship Id="rId15" Type="http://schemas.openxmlformats.org/officeDocument/2006/relationships/hyperlink" Target="https://www.tyla.com/entertainment/tv-and-film/frankie-taber-big-brother-comes-out-bisexual-361453-20260916" TargetMode="External"/><Relationship Id="rId16" Type="http://schemas.openxmlformats.org/officeDocument/2006/relationships/hyperlink" Target="https://www.capitalfm.com/news/tv-film/big-brother/uk-frankie-taber-bisexual-sexuality/?utm_source=openai" TargetMode="External"/><Relationship Id="rId17" Type="http://schemas.openxmlformats.org/officeDocument/2006/relationships/hyperlink" Target="https://www.thepinknews.com/2026/09/16/frankie-taber-bisexual-2026/?utm_source=openai" TargetMode="External"/><Relationship Id="rId18" Type="http://schemas.openxmlformats.org/officeDocument/2006/relationships/hyperlink" Target="https://www.gaydio.co.uk/uk/whats-new/news/gaydio-news/big-brother-housemate-frankie-comes-out-as-bisexual-in-tearful-diary-room-confession/?utm_source=openai" TargetMode="External"/><Relationship Id="rId19" Type="http://schemas.openxmlformats.org/officeDocument/2006/relationships/hyperlink" Target="https://www.justjared.com/2026/09/15/big-brother-uk-contestant-frankie-taber-comes-out-as-bisexual-in-emotional-diary-room-moment/?utm_source=openai" TargetMode="External"/><Relationship Id="rId20" Type="http://schemas.openxmlformats.org/officeDocument/2006/relationships/hyperlink" Target="https://gcn.ie/big-brother-frankie-taber-bisexual/?utm_source=openai" TargetMode="External"/><Relationship Id="rId21" Type="http://schemas.openxmlformats.org/officeDocument/2006/relationships/hyperlink" Target="https://www.tyla.com/entertainment/tv-and-film/frankie-taber-big-brother-comes-out-bisexual-361453-20260916?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