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books with bisexual and pansexual main characters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sapphic books with bisexual or pansexual main characters have plenty of choice, from cosy romances and comic adventures to fantasy quests and psychological thrillers. This reading-list idea arrives during Bisexual Awareness Week, offering stories where identity is part of the characters’ lives without always being the entire plot.</w:t>
      </w:r>
      <w:r/>
    </w:p>
    <w:p>
      <w:pPr>
        <w:pStyle w:val="Heading2"/>
      </w:pPr>
      <w:r>
        <w:t>Essential Takeaways</w:t>
      </w:r>
      <w:r/>
      <w:r/>
    </w:p>
    <w:p>
      <w:pPr>
        <w:pStyle w:val="ListBullet"/>
        <w:spacing w:line="240" w:lineRule="auto"/>
        <w:ind w:left="720"/>
      </w:pPr>
      <w:r/>
      <w:r>
        <w:rPr>
          <w:b/>
        </w:rPr>
        <w:t>A broad reading list:</w:t>
      </w:r>
      <w:r>
        <w:t xml:space="preserve"> The recommendations span romance, fantasy, science fiction, thrillers and comedy.</w:t>
      </w:r>
      <w:r/>
    </w:p>
    <w:p>
      <w:pPr>
        <w:pStyle w:val="ListBullet"/>
        <w:spacing w:line="240" w:lineRule="auto"/>
        <w:ind w:left="720"/>
      </w:pPr>
      <w:r/>
      <w:r>
        <w:rPr>
          <w:b/>
        </w:rPr>
        <w:t>Representation varies:</w:t>
      </w:r>
      <w:r>
        <w:t xml:space="preserve"> Some books state characters’ identities clearly, while others make them evident through the story.</w:t>
      </w:r>
      <w:r/>
    </w:p>
    <w:p>
      <w:pPr>
        <w:pStyle w:val="ListBullet"/>
        <w:spacing w:line="240" w:lineRule="auto"/>
        <w:ind w:left="720"/>
      </w:pPr>
      <w:r/>
      <w:r>
        <w:rPr>
          <w:b/>
        </w:rPr>
        <w:t>Romance comes in many forms:</w:t>
      </w:r>
      <w:r>
        <w:t xml:space="preserve"> Expect slow burns, open relationships, polyamory, second chances and unexpected attraction.</w:t>
      </w:r>
      <w:r/>
    </w:p>
    <w:p>
      <w:pPr>
        <w:pStyle w:val="ListBullet"/>
        <w:spacing w:line="240" w:lineRule="auto"/>
        <w:ind w:left="720"/>
      </w:pPr>
      <w:r/>
      <w:r>
        <w:rPr>
          <w:b/>
        </w:rPr>
        <w:t>There’s plenty of escapism:</w:t>
      </w:r>
      <w:r>
        <w:t xml:space="preserve"> Settings range from coastal New Zealand and Wyoming ranches to fae pleasure houses and dragon-filled kingdoms.</w:t>
      </w:r>
      <w:r/>
    </w:p>
    <w:p>
      <w:pPr>
        <w:pStyle w:val="ListBullet"/>
        <w:spacing w:line="240" w:lineRule="auto"/>
        <w:ind w:left="720"/>
      </w:pPr>
      <w:r/>
      <w:r>
        <w:rPr>
          <w:b/>
        </w:rPr>
        <w:t>Content matters:</w:t>
      </w:r>
      <w:r>
        <w:t xml:space="preserve"> Check individual book descriptions for themes including abuse, danger, grief, violence and explicit sexual content.</w:t>
      </w:r>
      <w:r/>
      <w:r/>
    </w:p>
    <w:p>
      <w:pPr>
        <w:pStyle w:val="Heading2"/>
      </w:pPr>
      <w:r>
        <w:t>A reading list with more than one kind of love</w:t>
      </w:r>
      <w:r/>
    </w:p>
    <w:p>
      <w:r/>
      <w:r>
        <w:t>The appeal of this collection is its range. One title places attraction amid childcare, family tension and polyamory; another combines a mysterious illness with a political conspiracy in Washington DC. Elsewhere, readers can find witches, dragons, zombies and a rather eventful encounter with naked strangers. According to Book Riot, bisexual and pansexual protagonists appear across an increasingly varied mix of genres, rather than being confined to contemporary romance.</w:t>
      </w:r>
      <w:r/>
    </w:p>
    <w:p>
      <w:r/>
      <w:r>
        <w:t>That variety matters because identity doesn’t have to be the book’s only subject. In these stories, characters can be scientists, librarians, adventurers, parents, academics or reluctant heroes. Their relationships may drive the plot, but so can a missing sister, a dangerous secret or the small matter of saving the world.</w:t>
      </w:r>
      <w:r/>
    </w:p>
    <w:p>
      <w:pPr>
        <w:pStyle w:val="Heading2"/>
      </w:pPr>
      <w:r>
        <w:t>From cosy connection to high-stakes danger</w:t>
      </w:r>
      <w:r/>
    </w:p>
    <w:p>
      <w:r/>
      <w:r>
        <w:t xml:space="preserve">For a softer romantic mood, </w:t>
      </w:r>
      <w:r>
        <w:rPr>
          <w:i/>
        </w:rPr>
        <w:t>The Lines of Happiness</w:t>
      </w:r>
      <w:r>
        <w:t xml:space="preserve"> follows Gloria, an Australian fleeing heartbreak and starting work with traumatised horses in Wyoming. Her growing bond with guarded ranch owner Lo promises the kind of slow-burn emotional tension that makes “just one more chapter” a dangerous promise. </w:t>
      </w:r>
      <w:r>
        <w:rPr>
          <w:i/>
        </w:rPr>
        <w:t>Also With You</w:t>
      </w:r>
      <w:r>
        <w:t xml:space="preserve"> takes a more difficult route, following Faith as she leaves a threatening marriage and begins rebuilding her life through kindness, work and chosen family.</w:t>
      </w:r>
      <w:r/>
    </w:p>
    <w:p>
      <w:r/>
      <w:r>
        <w:t xml:space="preserve">There are lighter options, too. </w:t>
      </w:r>
      <w:r>
        <w:rPr>
          <w:i/>
        </w:rPr>
        <w:t>Wind, Water and Wine</w:t>
      </w:r>
      <w:r>
        <w:t xml:space="preserve"> brings a middle-aged widow into an eccentric, otherworldly situation, while </w:t>
      </w:r>
      <w:r>
        <w:rPr>
          <w:i/>
        </w:rPr>
        <w:t>Dear Unrequited Love Girl</w:t>
      </w:r>
      <w:r>
        <w:t xml:space="preserve"> turns online fandom and fan fiction into the beginning of a genuine connection. For readers who enjoy romance with a comic edge, </w:t>
      </w:r>
      <w:r>
        <w:rPr>
          <w:i/>
        </w:rPr>
        <w:t>I Wore Heels to the Apocalypse</w:t>
      </w:r>
      <w:r>
        <w:t xml:space="preserve"> adds zombies, cults and wardrobe dilemmas to the end-of-the-world checklist.</w:t>
      </w:r>
      <w:r/>
    </w:p>
    <w:p>
      <w:pPr>
        <w:pStyle w:val="Heading2"/>
      </w:pPr>
      <w:r>
        <w:t>Fantasy readers can follow the magic</w:t>
      </w:r>
      <w:r/>
    </w:p>
    <w:p>
      <w:r/>
      <w:r>
        <w:t xml:space="preserve">The speculative titles are particularly playful. In </w:t>
      </w:r>
      <w:r>
        <w:rPr>
          <w:i/>
        </w:rPr>
        <w:t>Tides of Magic</w:t>
      </w:r>
      <w:r>
        <w:t xml:space="preserve">, Charley arrives in a strange coastal New Zealand settlement while searching for her missing sister, only to discover that the community may be hiding more than local gossip. </w:t>
      </w:r>
      <w:r>
        <w:rPr>
          <w:i/>
        </w:rPr>
        <w:t>When Flowers Wilt</w:t>
      </w:r>
      <w:r>
        <w:t xml:space="preserve"> sends Vivian into conflict with the ruler of Hell, where a bargain over her soul opens the door to a larger supernatural threat.</w:t>
      </w:r>
      <w:r/>
    </w:p>
    <w:p>
      <w:r/>
      <w:r>
        <w:t xml:space="preserve">Then there’s </w:t>
      </w:r>
      <w:r>
        <w:rPr>
          <w:i/>
        </w:rPr>
        <w:t>The Blood-Born Dragon</w:t>
      </w:r>
      <w:r>
        <w:t xml:space="preserve">, in which a travelling sellsword becomes magically linked to a newly hatched dragon. Her former lover and a dangerous political mystery complicate the journey, giving the story both romantic friction and properly grand fantasy stakes. </w:t>
      </w:r>
      <w:r>
        <w:rPr>
          <w:i/>
        </w:rPr>
        <w:t>Tavern Tale</w:t>
      </w:r>
      <w:r>
        <w:t xml:space="preserve"> offers a more classic quest set-up, pairing a powerless healer with a flirtatious tavern owner and a mysterious mission.</w:t>
      </w:r>
      <w:r/>
    </w:p>
    <w:p>
      <w:r/>
      <w:r>
        <w:t>These are useful choices for readers who want bisexual or pansexual representation without giving up swords, spells, monsters or peril. The emotional journeys remain important, but the worlds around them are wonderfully unruly.</w:t>
      </w:r>
      <w:r/>
    </w:p>
    <w:p>
      <w:pPr>
        <w:pStyle w:val="Heading2"/>
      </w:pPr>
      <w:r>
        <w:t>When desire becomes the plot</w:t>
      </w:r>
      <w:r/>
    </w:p>
    <w:p>
      <w:r/>
      <w:r>
        <w:t xml:space="preserve">Some recommendations focus more directly on sexual discovery and changing relationships. </w:t>
      </w:r>
      <w:r>
        <w:rPr>
          <w:i/>
        </w:rPr>
        <w:t>Their Sunflower Girl</w:t>
      </w:r>
      <w:r>
        <w:t xml:space="preserve"> follows Melina into a fae pleasure house, where encounters with a dryad and a genderfluid unicorn shifter prompt her to explore a sexuality she has kept buried. It’s an explicitly erotic fantasy, so it will suit readers looking for adventurous, high-heat escapism rather than a closed-door romance.</w:t>
      </w:r>
      <w:r/>
    </w:p>
    <w:p>
      <w:r/>
      <w:r>
        <w:rPr>
          <w:i/>
        </w:rPr>
        <w:t>True Colors</w:t>
      </w:r>
      <w:r>
        <w:t xml:space="preserve"> explores desire through an open marriage and a Pride retreat, with jealousy and emotional uncertainty disrupting the safest assumptions. Meanwhile, </w:t>
      </w:r>
      <w:r>
        <w:rPr>
          <w:i/>
        </w:rPr>
        <w:t>Evie</w:t>
      </w:r>
      <w:r>
        <w:t xml:space="preserve"> examines what happens when a woman with a seemingly settled family life begins to question what she wants from friendship, intimacy and love.</w:t>
      </w:r>
      <w:r/>
    </w:p>
    <w:p>
      <w:r/>
      <w:r>
        <w:t>For readers choosing from this list, the practical tip is simple: check heat levels and relationship structures before starting. “Sapphic romance” can cover everything from tender, closed-door storytelling to explicit group relationships, and the right match depends entirely on your mood.</w:t>
      </w:r>
      <w:r/>
    </w:p>
    <w:p>
      <w:pPr>
        <w:pStyle w:val="Heading2"/>
      </w:pPr>
      <w:r>
        <w:t>Thrillers, secrets and complicated choices</w:t>
      </w:r>
      <w:r/>
    </w:p>
    <w:p>
      <w:r/>
      <w:r>
        <w:t xml:space="preserve">Not every book here treats romance as a peaceful escape. In </w:t>
      </w:r>
      <w:r>
        <w:rPr>
          <w:i/>
        </w:rPr>
        <w:t>Strange Attractors</w:t>
      </w:r>
      <w:r>
        <w:t xml:space="preserve">, an ambitious professor’s carefully organised world starts to unravel after she meets a magnetic colleague, while threatening messages and unsettling incidents create a tense psychological atmosphere. </w:t>
      </w:r>
      <w:r>
        <w:rPr>
          <w:i/>
        </w:rPr>
        <w:t>Tell Her I Love Her</w:t>
      </w:r>
      <w:r>
        <w:t xml:space="preserve"> combines medical investigation, social justice and a dangerous past connection between its central women.</w:t>
      </w:r>
      <w:r/>
    </w:p>
    <w:p>
      <w:r/>
      <w:r>
        <w:t>The list also recognises that queer characters can be messy, frightened, funny, powerful and unsure. That may sound obvious, but it’s still refreshing to see bisexual and pansexual protagonists placed in stories with genuine narrative range, rather than presented as labels first and people second. The wider Sapphic Book Bingo project, catalogued by Ylva Publishing, reflects that same appetite for discovering books through identity, theme and genre.</w:t>
      </w:r>
      <w:r/>
    </w:p>
    <w:p>
      <w:r/>
      <w:r>
        <w:t>For anyone building a reading challenge, these titles make an easy starting point. Pick a genre you already enjoy, then let the representation broaden the journey rather than dictate it.</w:t>
      </w:r>
      <w:r/>
    </w:p>
    <w:p>
      <w:pPr>
        <w:pStyle w:val="Heading2"/>
      </w:pPr>
      <w:r>
        <w:t>How to choose your next sapphic read</w:t>
      </w:r>
      <w:r/>
    </w:p>
    <w:p>
      <w:r/>
      <w:r>
        <w:t xml:space="preserve">Start with atmosphere. Choose </w:t>
      </w:r>
      <w:r>
        <w:rPr>
          <w:i/>
        </w:rPr>
        <w:t>Dear Unrequited Love Girl</w:t>
      </w:r>
      <w:r>
        <w:t xml:space="preserve"> for fandom-fuelled romance, </w:t>
      </w:r>
      <w:r>
        <w:rPr>
          <w:i/>
        </w:rPr>
        <w:t>The Lines of Happiness</w:t>
      </w:r>
      <w:r>
        <w:t xml:space="preserve"> for an emotional ranch story, or </w:t>
      </w:r>
      <w:r>
        <w:rPr>
          <w:i/>
        </w:rPr>
        <w:t>Tides of Magic</w:t>
      </w:r>
      <w:r>
        <w:t xml:space="preserve"> if you fancy a mysterious seaside setting. If you want more danger, try </w:t>
      </w:r>
      <w:r>
        <w:rPr>
          <w:i/>
        </w:rPr>
        <w:t>Strange Attractors</w:t>
      </w:r>
      <w:r>
        <w:t xml:space="preserve">, </w:t>
      </w:r>
      <w:r>
        <w:rPr>
          <w:i/>
        </w:rPr>
        <w:t>Tell Her I Love Her</w:t>
      </w:r>
      <w:r>
        <w:t xml:space="preserve"> or </w:t>
      </w:r>
      <w:r>
        <w:rPr>
          <w:i/>
        </w:rPr>
        <w:t>The Blood-Born Dragon</w:t>
      </w:r>
      <w:r>
        <w:t>.</w:t>
      </w:r>
      <w:r/>
    </w:p>
    <w:p>
      <w:r/>
      <w:r>
        <w:t>It’s also worth checking age ratings, content notes and retailer descriptions, particularly for books involving abuse, grief, violence or explicit sex. Library catalogues and curated bookseller lists can help you compare formats and availability, while recommendation collections such as Bookshop.org’s bisexual sapphic lists offer further routes into the genre.</w:t>
      </w:r>
      <w:r/>
    </w:p>
    <w:p>
      <w:r/>
      <w:r>
        <w:t>The best choice may simply be the one that makes you curious. A strong premise, a complicated heroine and a relationship that refuses to follow a neat path can carry a reader a very long way.</w:t>
      </w:r>
      <w:r/>
    </w:p>
    <w:p>
      <w:r/>
      <w:r>
        <w:t>Explore a title that fits your mood, then let the characters surprise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2">
        <w:r>
          <w:rPr>
            <w:color w:val="0000EE"/>
            <w:u w:val="single"/>
          </w:rPr>
          <w:t>[3]</w:t>
        </w:r>
      </w:hyperlink>
      <w:r>
        <w:t xml:space="preserve">, </w:t>
      </w:r>
      <w:hyperlink r:id="rId15">
        <w:r>
          <w:rPr>
            <w:color w:val="0000EE"/>
            <w:u w:val="single"/>
          </w:rPr>
          <w:t>[7]</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4">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3">
        <w:r>
          <w:rPr>
            <w:color w:val="0000EE"/>
            <w:u w:val="single"/>
          </w:rPr>
          <w:t>[6]</w:t>
        </w:r>
      </w:hyperlink>
      <w:r>
        <w:t xml:space="preserve">- Paragraph 13: </w:t>
      </w:r>
      <w:hyperlink r:id="rId14">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2">
        <w:r>
          <w:rPr>
            <w:color w:val="0000EE"/>
            <w:u w:val="single"/>
          </w:rPr>
          <w:t>[3]</w:t>
        </w:r>
      </w:hyperlink>
      <w:r>
        <w:t xml:space="preserve">, </w:t>
      </w:r>
      <w:hyperlink r:id="rId13">
        <w:r>
          <w:rPr>
            <w:color w:val="0000EE"/>
            <w:u w:val="single"/>
          </w:rPr>
          <w:t>[6]</w:t>
        </w:r>
      </w:hyperlink>
      <w:r>
        <w:t xml:space="preserve">- Paragraph 16: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https://jae-fiction.com/both-main-characters-are-bisexual-or-pansexual/</w:t>
        </w:r>
      </w:hyperlink>
      <w:r>
        <w:t xml:space="preserve"> - Please view link - unable to able to access data</w:t>
      </w:r>
      <w:r/>
    </w:p>
    <w:p>
      <w:pPr>
        <w:pStyle w:val="ListNumber"/>
        <w:spacing w:line="240" w:lineRule="auto"/>
        <w:ind w:left="720"/>
      </w:pPr>
      <w:r/>
      <w:hyperlink r:id="rId10">
        <w:r>
          <w:rPr>
            <w:color w:val="0000EE"/>
            <w:u w:val="single"/>
          </w:rPr>
          <w:t>https://bookshop.org/lists/bisexual-sapphic-main-characters</w:t>
        </w:r>
      </w:hyperlink>
      <w:r>
        <w:t xml:space="preserve"> - This curated list on Bookshop.org features novels with at least one main sapphic character who identifies as bisexual. Notable titles include 'One Last Stop' by Casey McQuiston, a charming sapphic romance, and 'The Seven Husbands of Evelyn Hugo' by Taylor Jenkins Reid, a personal favourite. The list offers a diverse selection of books that explore bisexuality within sapphic narratives, providing readers with engaging stories that highlight bisexual characters in various settings and genres.</w:t>
      </w:r>
      <w:r/>
    </w:p>
    <w:p>
      <w:pPr>
        <w:pStyle w:val="ListNumber"/>
        <w:spacing w:line="240" w:lineRule="auto"/>
        <w:ind w:left="720"/>
      </w:pPr>
      <w:r/>
      <w:hyperlink r:id="rId12">
        <w:r>
          <w:rPr>
            <w:color w:val="0000EE"/>
            <w:u w:val="single"/>
          </w:rPr>
          <w:t>https://jae-fiction.com/pansexual-or-bisexual-character/</w:t>
        </w:r>
      </w:hyperlink>
      <w:r>
        <w:t xml:space="preserve"> - In this Sapphic Reading Challenge post, Jae presents a selection of books featuring main characters who are pansexual or bisexual. The article defines bisexuality as attraction to two or more genders and pansexuality as attraction regardless of gender. The list includes titles like 'Just a Touch Away' by Jae, an enemies-to-lovers lesbian romance, and 'The Delicate Things We Make' by Milena McKay, offering readers a variety of sapphic stories with diverse sexual orientations.</w:t>
      </w:r>
      <w:r/>
    </w:p>
    <w:p>
      <w:pPr>
        <w:pStyle w:val="ListNumber"/>
        <w:spacing w:line="240" w:lineRule="auto"/>
        <w:ind w:left="720"/>
      </w:pPr>
      <w:r/>
      <w:hyperlink r:id="rId11">
        <w:r>
          <w:rPr>
            <w:color w:val="0000EE"/>
            <w:u w:val="single"/>
          </w:rPr>
          <w:t>https://bookriot.com/books-with-pansexual-main-characters/</w:t>
        </w:r>
      </w:hyperlink>
      <w:r>
        <w:t xml:space="preserve"> - Book Riot highlights five novels featuring pansexual main characters, aiming to increase representation of pansexual individuals in literature. The article discusses 'The Melody of You and Me' by M. Hollis, which follows Chris Morrison, a pansexual woman working in a bookstore who forms a deep connection with Josie, a Filipina lesbian passionate about ballet. The piece underscores the importance of pansexual representation and provides readers with engaging narratives that explore pansexuality.</w:t>
      </w:r>
      <w:r/>
    </w:p>
    <w:p>
      <w:pPr>
        <w:pStyle w:val="ListNumber"/>
        <w:spacing w:line="240" w:lineRule="auto"/>
        <w:ind w:left="720"/>
      </w:pPr>
      <w:r/>
      <w:hyperlink r:id="rId14">
        <w:r>
          <w:rPr>
            <w:color w:val="0000EE"/>
            <w:u w:val="single"/>
          </w:rPr>
          <w:t>https://jae-fiction.com/character-with-a-different-sexual-orientation-or-gender-identity/</w:t>
        </w:r>
      </w:hyperlink>
      <w:r>
        <w:t xml:space="preserve"> - Jae's Sapphic Book Bingo post features books with main characters whose sexual orientation or gender identity differs from the reader's own. The list includes 15 recommended books with lesbian main characters, such as 'Just for Show' by Jae and 'The Delicate Things We Make' by Milena McKay. The article also provides a list of 15 sapphic books with bisexual main characters, including 'Paper Love' by Jae and 'For the Long Run' by Cheyenne Blue, offering diverse narratives within the sapphic genre.</w:t>
      </w:r>
      <w:r/>
    </w:p>
    <w:p>
      <w:pPr>
        <w:pStyle w:val="ListNumber"/>
        <w:spacing w:line="240" w:lineRule="auto"/>
        <w:ind w:left="720"/>
      </w:pPr>
      <w:r/>
      <w:hyperlink r:id="rId13">
        <w:r>
          <w:rPr>
            <w:color w:val="0000EE"/>
            <w:u w:val="single"/>
          </w:rPr>
          <w:t>https://www.ylva-publishing.com/2022/01/03/sapphic-book-bingo-categories/</w:t>
        </w:r>
      </w:hyperlink>
      <w:r>
        <w:t xml:space="preserve"> - Ylva Publishing outlines various categories for the Sapphic Book Bingo challenge, including a category for books featuring a main character whose sexual orientation or gender identity differs from the reader's own. The article lists recommended books with bisexual or pansexual main characters, such as 'Flinging It' by G. Benson and 'A Heart This Big' by Cheyenne Blue. This resource aids readers in discovering diverse sapphic literature that explores different sexual orientations and gender identities.</w:t>
      </w:r>
      <w:r/>
    </w:p>
    <w:p>
      <w:pPr>
        <w:pStyle w:val="ListNumber"/>
        <w:spacing w:line="240" w:lineRule="auto"/>
        <w:ind w:left="720"/>
      </w:pPr>
      <w:r/>
      <w:hyperlink r:id="rId15">
        <w:r>
          <w:rPr>
            <w:color w:val="0000EE"/>
            <w:u w:val="single"/>
          </w:rPr>
          <w:t>https://kcls.bibliocommons.com/v2/list/display/2232142839/2261764357</w:t>
        </w:r>
      </w:hyperlink>
      <w:r>
        <w:t xml:space="preserve"> - The King County Library System's 'Sapphic Reads' list includes books with main characters who are attracted to women, encompassing lesbians, bisexual women, pansexual women, and other non-monosexual women. The list features titles like 'Patsy' by Nicole Dennis-Benn and 'Chloe Plus Olivia: An Anthology of Lesbian Literature From the Seventeenth Century to the Present.' This compilation offers a diverse selection of sapphic literature for readers interested in exploring various narratives within the genre.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ae-fiction.com/both-main-characters-are-bisexual-or-pansexual/" TargetMode="External"/><Relationship Id="rId10" Type="http://schemas.openxmlformats.org/officeDocument/2006/relationships/hyperlink" Target="https://bookshop.org/lists/bisexual-sapphic-main-characters" TargetMode="External"/><Relationship Id="rId11" Type="http://schemas.openxmlformats.org/officeDocument/2006/relationships/hyperlink" Target="https://bookriot.com/books-with-pansexual-main-characters/" TargetMode="External"/><Relationship Id="rId12" Type="http://schemas.openxmlformats.org/officeDocument/2006/relationships/hyperlink" Target="https://jae-fiction.com/pansexual-or-bisexual-character/" TargetMode="External"/><Relationship Id="rId13" Type="http://schemas.openxmlformats.org/officeDocument/2006/relationships/hyperlink" Target="https://www.ylva-publishing.com/2022/01/03/sapphic-book-bingo-categories/" TargetMode="External"/><Relationship Id="rId14" Type="http://schemas.openxmlformats.org/officeDocument/2006/relationships/hyperlink" Target="https://jae-fiction.com/character-with-a-different-sexual-orientation-or-gender-identity/" TargetMode="External"/><Relationship Id="rId15" Type="http://schemas.openxmlformats.org/officeDocument/2006/relationships/hyperlink" Target="https://kcls.bibliocommons.com/v2/list/display/2232142839/22617643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