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films to watch this autumn, from romance to horror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As evenings draw in, this fall queer film guide offers a rich mix of identity-led drama, tender romance, true crime and properly unsettling horror. From Spanish family secrets to dangerous road trips, these films make an inviting case for a cosy, complicated movie night.</w:t>
      </w:r>
      <w:r/>
    </w:p>
    <w:p>
      <w:pPr>
        <w:pStyle w:val="Heading2"/>
      </w:pPr>
      <w:r>
        <w:t>Essential Takeaways</w:t>
      </w:r>
      <w:r/>
      <w:r/>
    </w:p>
    <w:p>
      <w:pPr>
        <w:pStyle w:val="ListBullet"/>
        <w:spacing w:line="240" w:lineRule="auto"/>
        <w:ind w:left="720"/>
      </w:pPr>
      <w:r/>
      <w:r>
        <w:rPr>
          <w:b/>
        </w:rPr>
        <w:t>Two moods, one brilliant line-up:</w:t>
      </w:r>
      <w:r>
        <w:t xml:space="preserve"> Choose reflective queer dramas or darker stories filled with suspense and danger.</w:t>
      </w:r>
      <w:r/>
    </w:p>
    <w:p>
      <w:pPr>
        <w:pStyle w:val="ListBullet"/>
        <w:spacing w:line="240" w:lineRule="auto"/>
        <w:ind w:left="720"/>
      </w:pPr>
      <w:r/>
      <w:r>
        <w:rPr>
          <w:b/>
        </w:rPr>
        <w:t>La Bola Negra stands out:</w:t>
      </w:r>
      <w:r>
        <w:t xml:space="preserve"> The Spanish epic connects three generations through desire, secrecy and buried family history.</w:t>
      </w:r>
      <w:r/>
    </w:p>
    <w:p>
      <w:pPr>
        <w:pStyle w:val="ListBullet"/>
        <w:spacing w:line="240" w:lineRule="auto"/>
        <w:ind w:left="720"/>
      </w:pPr>
      <w:r/>
      <w:r>
        <w:rPr>
          <w:b/>
        </w:rPr>
        <w:t>Stories span every age:</w:t>
      </w:r>
      <w:r>
        <w:t xml:space="preserve"> From teenage self-discovery to later-life love, queer identity is shown as an ongoing journey.</w:t>
      </w:r>
      <w:r/>
    </w:p>
    <w:p>
      <w:pPr>
        <w:pStyle w:val="ListBullet"/>
        <w:spacing w:line="240" w:lineRule="auto"/>
        <w:ind w:left="720"/>
      </w:pPr>
      <w:r/>
      <w:r>
        <w:rPr>
          <w:b/>
        </w:rPr>
        <w:t>The frights have substance:</w:t>
      </w:r>
      <w:r>
        <w:t xml:space="preserve"> Several thrillers use murder, mystery and horror to explore real LGBTQ+ history and social pressures.</w:t>
      </w:r>
      <w:r/>
    </w:p>
    <w:p>
      <w:pPr>
        <w:pStyle w:val="ListBullet"/>
        <w:spacing w:line="240" w:lineRule="auto"/>
        <w:ind w:left="720"/>
      </w:pPr>
      <w:r/>
      <w:r>
        <w:rPr>
          <w:b/>
        </w:rPr>
        <w:t>A practical viewing tip:</w:t>
      </w:r>
      <w:r>
        <w:t xml:space="preserve"> Pair an emotionally heavy film with something lighter, because this is a line-up with plenty to discuss afterwards.</w:t>
      </w:r>
      <w:r/>
      <w:r/>
    </w:p>
    <w:p>
      <w:pPr>
        <w:pStyle w:val="Heading2"/>
      </w:pPr>
      <w:r>
        <w:t>Autumn nights call for queer cinema</w:t>
      </w:r>
      <w:r/>
    </w:p>
    <w:p>
      <w:r/>
      <w:r>
        <w:t>There’s something especially satisfying about a queer film night when the weather turns cooler. The curtains close, the lights go low, and a story about desire, identity or danger can settle into the room with surprising force.</w:t>
      </w:r>
      <w:r/>
    </w:p>
    <w:p>
      <w:r/>
      <w:r>
        <w:t>This autumn’s selection moves between intimate character dramas and films that bring proper tension to the sofa. According to David Atlanta, the line-up includes stories about self-worth, family, ageing and survival, alongside mysteries and horror with a distinctly queer perspective.</w:t>
      </w:r>
      <w:r/>
    </w:p>
    <w:p>
      <w:r/>
      <w:r>
        <w:t>The result feels broader than a standard seasonal watchlist. It’s less about fitting neatly into one genre and more about showing how queer lives can contain romance, humour, fear, ambition and messy family history all at once.</w:t>
      </w:r>
      <w:r/>
    </w:p>
    <w:p>
      <w:pPr>
        <w:pStyle w:val="Heading2"/>
      </w:pPr>
      <w:r>
        <w:t>La Bola Negra brings generations of secrets to the screen</w:t>
      </w:r>
      <w:r/>
    </w:p>
    <w:p>
      <w:r/>
      <w:r>
        <w:t>The most expansive title is La Bola Negra, a Spanish drama that traces connections between three generations of men. Desire, shame and hidden truths pass through the family line, creating a story that looks back at the queer lives conventional history often leaves out.</w:t>
      </w:r>
      <w:r/>
    </w:p>
    <w:p>
      <w:r/>
      <w:r>
        <w:t>Netflix’s Tudum describes the film as a major Spanish production, while CineFest Latino places it within a wider programme of contemporary Latin American and Spanish cinema. That combination of scale and personal emotion gives the film plenty of appeal for viewers who enjoy sweeping dramas with something weightier beneath the surface.</w:t>
      </w:r>
      <w:r/>
    </w:p>
    <w:p>
      <w:r/>
      <w:r>
        <w:t>It’s also the sort of film likely to linger after the credits. Coverage from Live for Film highlights its time-spanning, epic quality, while Spanish reporting has noted its significance as a major national release. In other words, this isn’t just a quiet family drama. It arrives with cultural heft.</w:t>
      </w:r>
      <w:r/>
    </w:p>
    <w:p>
      <w:pPr>
        <w:pStyle w:val="Heading2"/>
      </w:pPr>
      <w:r>
        <w:t>From coming-of-age nerves to later-life romance</w:t>
      </w:r>
      <w:r/>
    </w:p>
    <w:p>
      <w:r/>
      <w:r>
        <w:t>For something more intimate, Black Burns Fast focuses on Luthando, a shy teenager at a South African boarding school whose controlled world shifts when a confident new student arrives. Their romance brings excitement, but it also forces Luthando to confront the habits she’s developed to remain unseen.</w:t>
      </w:r>
      <w:r/>
    </w:p>
    <w:p>
      <w:r/>
      <w:r>
        <w:t>In Between takes a more playful route, using romance and body image to examine the pain of being treated as someone’s secret. Its central relationship has the sparkle of a fantasy but also the awkward reality of shame, insecurity and unequal expectations. It’s a promising choice when you want an upbeat film that still has something real to say.</w:t>
      </w:r>
      <w:r/>
    </w:p>
    <w:p>
      <w:r/>
      <w:r>
        <w:t>Maspalomas, meanwhile, offers a welcome reminder that queer stories don’t stop at youth. Vicente, aged 76, is pushed from the freedom of a lively gay holiday setting into a conservative retirement community. The contrast creates space for humour, tenderness and a quietly radical message: desire, reinvention and self-discovery remain possible throughout life.</w:t>
      </w:r>
      <w:r/>
    </w:p>
    <w:p>
      <w:r/>
      <w:r>
        <w:t>That range matters. Queer cinema can be about first love, but it can also be about the second act, the difficult conversation or the decision to stop shrinking yourself for other people.</w:t>
      </w:r>
      <w:r/>
    </w:p>
    <w:p>
      <w:pPr>
        <w:pStyle w:val="Heading2"/>
      </w:pPr>
      <w:r>
        <w:t>When queer film night turns seriously unsettling</w:t>
      </w:r>
      <w:r/>
    </w:p>
    <w:p>
      <w:r/>
      <w:r>
        <w:t>The Red Mask is built for viewers who like their autumn viewing with a locked-door atmosphere. A screenwriter retreats with her fiancée, online threats begin to gather force, and the supposedly private escape turns into a dangerous psychological game.</w:t>
      </w:r>
      <w:r/>
    </w:p>
    <w:p>
      <w:r/>
      <w:r>
        <w:t>My Brother’s Killer takes a documentary approach, revisiting the 1990 murder of adult film performer Billy London. The investigation draws on LGBTQ+ community knowledge and a long-running mystery, making it a natural fit for true-crime viewers who prefer their cases tied to wider social history.</w:t>
      </w:r>
      <w:r/>
    </w:p>
    <w:p>
      <w:r/>
      <w:r>
        <w:t>For a more complicated piece of queer film history, Mineshaft: The Cruising Murders examines the controversy around William Friedkin’s 1980 film Cruising. It considers the protests surrounding the film and its links to real violence, so it promises more than simple nostalgia or shock value. This is a watch for viewers who want to think about how representation, fear and exploitation can collide.</w:t>
      </w:r>
      <w:r/>
    </w:p>
    <w:p>
      <w:r/>
      <w:r>
        <w:t>And if you prefer mystery without quite so much blood, In a Whisper combines a funeral, a suspicious death and a hidden relationship in Tunisia. Its family setting gives the story a close, candlelit intensity, while the detective elements keep the plot moving.</w:t>
      </w:r>
      <w:r/>
    </w:p>
    <w:p>
      <w:pPr>
        <w:pStyle w:val="Heading2"/>
      </w:pPr>
      <w:r>
        <w:t>Road trips, risk and unexpected intimacy</w:t>
      </w:r>
      <w:r/>
    </w:p>
    <w:p>
      <w:r/>
      <w:r>
        <w:t>On the Road takes queer cinema out into the open landscape. Veneno, a restless young drifter, joins a guarded trucker on a journey through northern Mexico, where attraction grows alongside the threat of old wounds catching up with them.</w:t>
      </w:r>
      <w:r/>
    </w:p>
    <w:p>
      <w:r/>
      <w:r>
        <w:t>The premise places romance inside a world shaped by masculine bravado, long distances and uncertainty. That makes the film feel less like a conventional love story and more like a volatile meeting between two people who have learned to survive in different ways.</w:t>
      </w:r>
      <w:r/>
    </w:p>
    <w:p>
      <w:r/>
      <w:r>
        <w:t>For viewers choosing between the titles, mood is the simplest guide. Pick La Bola Negra for an expansive, emotional evening; Maspalomas for warmth and wit; The Red Mask for nerves; or On the Road when you want heat, danger and a sense of movement.</w:t>
      </w:r>
      <w:r/>
    </w:p>
    <w:p>
      <w:pPr>
        <w:pStyle w:val="Heading2"/>
      </w:pPr>
      <w:r>
        <w:t>A watchlist with more than one kind of escape</w:t>
      </w:r>
      <w:r/>
    </w:p>
    <w:p>
      <w:r/>
      <w:r>
        <w:t>Give Me the Ball! adds a documentary perspective by looking beyond Billie Jean King’s public achievements to the private costs of living under scrutiny. Its focus on sexuality, misogyny, illness and sacrifice gives the sporting icon a more complicated, human shape.</w:t>
      </w:r>
      <w:r/>
    </w:p>
    <w:p>
      <w:r/>
      <w:r>
        <w:t>That balance is one of the strongest features of the overall selection. These films aren’t presented as polished tales of easy triumph. They include secrecy, grief, ageing, insecurity and violence, but they also leave room for pleasure, humour and the stubborn joy of being seen.</w:t>
      </w:r>
      <w:r/>
    </w:p>
    <w:p>
      <w:r/>
      <w:r>
        <w:t>As La Bola Negra attracts attention from international audiences and awards watchers, its journey also suggests that queer stories are gaining room to travel across borders. Reports from The Huffington Post Spain and Cadena SER have followed its national importance and cinema release plans, while T3 has praised its modern-classic potential.</w:t>
      </w:r>
      <w:r/>
    </w:p>
    <w:p>
      <w:r/>
      <w:r>
        <w:t>A good autumn watchlist should offer more than background noise. This one gives you films to feel, films to argue about and, occasionally, films that make you check the hallway before bed.</w:t>
      </w:r>
      <w:r/>
    </w:p>
    <w:p>
      <w:r/>
      <w:r>
        <w:t>It's a small but excellent excuse to make movie night a little queerer, stranger and more memorable.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https://www.davidatlanta.com/queer-rights-queer-frights-your-fall-queer-film-guide/</w:t>
        </w:r>
      </w:hyperlink>
      <w:r>
        <w:t xml:space="preserve"> - Please view link - unable to able to access data</w:t>
      </w:r>
      <w:r/>
    </w:p>
    <w:p>
      <w:pPr>
        <w:pStyle w:val="ListNumber"/>
        <w:spacing w:line="240" w:lineRule="auto"/>
        <w:ind w:left="720"/>
      </w:pPr>
      <w:r/>
      <w:hyperlink r:id="rId10">
        <w:r>
          <w:rPr>
            <w:color w:val="0000EE"/>
            <w:u w:val="single"/>
          </w:rPr>
          <w:t>https://www.netflix.com/tudum/articles/la-bola-negra-release-date-cast-photos</w:t>
        </w:r>
      </w:hyperlink>
      <w:r>
        <w:t xml:space="preserve"> - This article provides an overview of 'La Bola Negra', a Spanish film directed by Javier Calvo and Javier Ambrossi, known as 'Los Javis'. The film follows three generations of men across pivotal moments in Spanish history, bound by pain, desire, and love. It stars Guitarricadelafuente, Miguel Bernardeau, Carlos González, and features Penélope Cruz and Glenn Close. The film premiered at the Cannes Film Festival and is set for theatrical release in October 2026.</w:t>
      </w:r>
      <w:r/>
    </w:p>
    <w:p>
      <w:pPr>
        <w:pStyle w:val="ListNumber"/>
        <w:spacing w:line="240" w:lineRule="auto"/>
        <w:ind w:left="720"/>
      </w:pPr>
      <w:r/>
      <w:hyperlink r:id="rId12">
        <w:r>
          <w:rPr>
            <w:color w:val="0000EE"/>
            <w:u w:val="single"/>
          </w:rPr>
          <w:t>https://www.cinefestlatino.com/2026-lineup/la-bola-negra</w:t>
        </w:r>
      </w:hyperlink>
      <w:r>
        <w:t xml:space="preserve"> - 'La Bola Negra' is featured as the closing night film at Cinefest Latino 2026. Directed by Javier Ambrossi and Javier Calvo, the film has a runtime of 2 hours and 25 minutes, presented in Spanish with English subtitles. It explores the interconnected lives of three men across different eras in Spain, delving into themes of desire, pain, and inheritance. The film is set to be released in 2026.</w:t>
      </w:r>
      <w:r/>
    </w:p>
    <w:p>
      <w:pPr>
        <w:pStyle w:val="ListNumber"/>
        <w:spacing w:line="240" w:lineRule="auto"/>
        <w:ind w:left="720"/>
      </w:pPr>
      <w:r/>
      <w:hyperlink r:id="rId11">
        <w:r>
          <w:rPr>
            <w:color w:val="0000EE"/>
            <w:u w:val="single"/>
          </w:rPr>
          <w:t>https://www.liveforfilm.com/2026/09/04/la-bola-negra-watch-the-trailer-for-the-spanish-time-bending-queer-epic/</w:t>
        </w:r>
      </w:hyperlink>
      <w:r>
        <w:t xml:space="preserve"> - This article discusses the trailer for 'La Bola Negra', a Spanish film directed by Javier Calvo and Javier Ambrossi. The film is a sweeping, emotionally charged story of love, memory, and inheritance spanning three generations. It is inspired by the unfinished final work of Federico García Lorca and the acclaimed play by Alberto Conejero. The film stars Penélope Cruz, Glenn Close, Miguel Bernardeau, Lola Dueñas, Carlos González, and Guitarricadelafuente. It is set for release in UK and Irish cinemas on 6 November 2026.</w:t>
      </w:r>
      <w:r/>
    </w:p>
    <w:p>
      <w:pPr>
        <w:pStyle w:val="ListNumber"/>
        <w:spacing w:line="240" w:lineRule="auto"/>
        <w:ind w:left="720"/>
      </w:pPr>
      <w:r/>
      <w:hyperlink r:id="rId13">
        <w:r>
          <w:rPr>
            <w:color w:val="0000EE"/>
            <w:u w:val="single"/>
          </w:rPr>
          <w:t>https://www.t3.com/entertainment/streaming/this-prize-winning-new-netflix-movie-looks-every-bit-a-modern-classic</w:t>
        </w:r>
      </w:hyperlink>
      <w:r>
        <w:t xml:space="preserve"> - This article highlights 'La Bola Negra', a forthcoming Netflix film directed by Javier Calvo and Javier Ambrossi. The film is a multi-generational drama set during three pivotal years in Spanish history: 1932, 1937, and 2017. It explores themes of identity and belonging amidst times of war and societal upheaval. The film has won Best Director at the Cannes Film Festival and is anticipated to be both a critical and audience favourite.</w:t>
      </w:r>
      <w:r/>
    </w:p>
    <w:p>
      <w:pPr>
        <w:pStyle w:val="ListNumber"/>
        <w:spacing w:line="240" w:lineRule="auto"/>
        <w:ind w:left="720"/>
      </w:pPr>
      <w:r/>
      <w:hyperlink r:id="rId14">
        <w:r>
          <w:rPr>
            <w:color w:val="0000EE"/>
            <w:u w:val="single"/>
          </w:rPr>
          <w:t>https://www.huffingtonpost.es/life/cultura/la-reaccion-javis-la-bola-negra-representara-espana-oscar-f202609.html</w:t>
        </w:r>
      </w:hyperlink>
      <w:r>
        <w:t xml:space="preserve"> - This article reports that 'La Bola Negra', directed by Javier Calvo and Javier Ambrossi, has been selected by the Spanish Academy of Cinema to represent Spain at the 2027 Oscars in the Best International Film category. The film intertwines three stories set in 1932, 1937, and 2017, addressing homosexuality and historical memory related to Federico García Lorca. It stars Milo Quifes, Carlos González, Penélope Cruz, and Glenn Close. The film is set to be released in Spain on 25 September 2026.</w:t>
      </w:r>
      <w:r/>
    </w:p>
    <w:p>
      <w:pPr>
        <w:pStyle w:val="ListNumber"/>
        <w:spacing w:line="240" w:lineRule="auto"/>
        <w:ind w:left="720"/>
      </w:pPr>
      <w:r/>
      <w:hyperlink r:id="rId15">
        <w:r>
          <w:rPr>
            <w:color w:val="0000EE"/>
            <w:u w:val="single"/>
          </w:rPr>
          <w:t>https://www.cadenaser.com/nacional/2026/06/24/la-pelicula-la-bola-negra-dirigida-por-los-javis-estara-disponible-durante-cuatro-semanas-en-los-cines-de-eeuu-cadena-ser/</w:t>
        </w:r>
      </w:hyperlink>
      <w:r>
        <w:t xml:space="preserve"> - This article announces that 'La Bola Negra', directed by Los Javis (Javier Calvo and Javier Ambrossi), will be available in US cinemas for four weeks starting 6 November 2026. The film will also be available on Netflix USA starting 4 December 2026. The film stars Miguel Bernardeau, Carlos González, Penélope Cruz, Glenn Close, and features the film debut of singer Guitarricadelafuente. It received a 15-minute standing ovation at the Cannes Film Festival, where it won Best Director.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vidatlanta.com/queer-rights-queer-frights-your-fall-queer-film-guide/" TargetMode="External"/><Relationship Id="rId10" Type="http://schemas.openxmlformats.org/officeDocument/2006/relationships/hyperlink" Target="https://www.netflix.com/tudum/articles/la-bola-negra-release-date-cast-photos" TargetMode="External"/><Relationship Id="rId11" Type="http://schemas.openxmlformats.org/officeDocument/2006/relationships/hyperlink" Target="https://www.liveforfilm.com/2026/09/04/la-bola-negra-watch-the-trailer-for-the-spanish-time-bending-queer-epic/" TargetMode="External"/><Relationship Id="rId12" Type="http://schemas.openxmlformats.org/officeDocument/2006/relationships/hyperlink" Target="https://www.cinefestlatino.com/2026-lineup/la-bola-negra" TargetMode="External"/><Relationship Id="rId13" Type="http://schemas.openxmlformats.org/officeDocument/2006/relationships/hyperlink" Target="https://www.t3.com/entertainment/streaming/this-prize-winning-new-netflix-movie-looks-every-bit-a-modern-classic" TargetMode="External"/><Relationship Id="rId14" Type="http://schemas.openxmlformats.org/officeDocument/2006/relationships/hyperlink" Target="https://www.huffingtonpost.es/life/cultura/la-reaccion-javis-la-bola-negra-representara-espana-oscar-f202609.html" TargetMode="External"/><Relationship Id="rId15" Type="http://schemas.openxmlformats.org/officeDocument/2006/relationships/hyperlink" Target="https://www.cadenaser.com/nacional/2026/06/24/la-pelicula-la-bola-negra-dirigida-por-los-javis-estara-disponible-durante-cuatro-semanas-en-los-cines-de-eeuu-cadena-s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