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Culture Highlights and Atlanta Festival Energy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a fresh wave of queer visibility, from red-carpet glamour and live music to community gatherings in Atlanta. The latest MadameNoire feature puts 50 queer women in the spotlight, while the Pure Heat Community Festival shows why representation feels most powerful when it moves from the timeline into real-life spaces.</w:t>
      </w:r>
      <w:r/>
    </w:p>
    <w:p>
      <w:pPr>
        <w:pStyle w:val="Heading2"/>
      </w:pPr>
      <w:r>
        <w:t>Essential Takeaways</w:t>
      </w:r>
      <w:r/>
      <w:r/>
    </w:p>
    <w:p>
      <w:pPr>
        <w:pStyle w:val="ListBullet"/>
        <w:spacing w:line="240" w:lineRule="auto"/>
        <w:ind w:left="720"/>
      </w:pPr>
      <w:r/>
      <w:r>
        <w:rPr>
          <w:b/>
        </w:rPr>
        <w:t>A weekly spotlight:</w:t>
      </w:r>
      <w:r>
        <w:t xml:space="preserve"> MadameNoire's feature celebrates 50 queer women across entertainment, fashion and public life.</w:t>
      </w:r>
      <w:r/>
    </w:p>
    <w:p>
      <w:pPr>
        <w:pStyle w:val="ListBullet"/>
        <w:spacing w:line="240" w:lineRule="auto"/>
        <w:ind w:left="720"/>
      </w:pPr>
      <w:r/>
      <w:r>
        <w:rPr>
          <w:b/>
        </w:rPr>
        <w:t>Plenty of star power:</w:t>
      </w:r>
      <w:r>
        <w:t xml:space="preserve"> Porsha Williams attended Atlanta's Pure Heat Community Festival in Piedmont Park.</w:t>
      </w:r>
      <w:r/>
    </w:p>
    <w:p>
      <w:pPr>
        <w:pStyle w:val="ListBullet"/>
        <w:spacing w:line="240" w:lineRule="auto"/>
        <w:ind w:left="720"/>
      </w:pPr>
      <w:r/>
      <w:r>
        <w:rPr>
          <w:b/>
        </w:rPr>
        <w:t>Community comes first:</w:t>
      </w:r>
      <w:r>
        <w:t xml:space="preserve"> The festival combines visibility, connection and celebration beyond social media.</w:t>
      </w:r>
      <w:r/>
    </w:p>
    <w:p>
      <w:pPr>
        <w:pStyle w:val="ListBullet"/>
        <w:spacing w:line="240" w:lineRule="auto"/>
        <w:ind w:left="720"/>
      </w:pPr>
      <w:r/>
      <w:r>
        <w:rPr>
          <w:b/>
        </w:rPr>
        <w:t>The timing feels right:</w:t>
      </w:r>
      <w:r>
        <w:t xml:space="preserve"> Fashion weeks, tennis and concerts have created a lively backdrop for queer cultural moments.</w:t>
      </w:r>
      <w:r/>
    </w:p>
    <w:p>
      <w:pPr>
        <w:pStyle w:val="ListBullet"/>
        <w:spacing w:line="240" w:lineRule="auto"/>
        <w:ind w:left="720"/>
      </w:pPr>
      <w:r/>
      <w:r>
        <w:rPr>
          <w:b/>
        </w:rPr>
        <w:t>The bigger picture:</w:t>
      </w:r>
      <w:r>
        <w:t xml:space="preserve"> Representation lands differently when it is both glamorous and grounded in community.</w:t>
      </w:r>
      <w:r/>
      <w:r/>
    </w:p>
    <w:p>
      <w:pPr>
        <w:pStyle w:val="Heading2"/>
      </w:pPr>
      <w:r>
        <w:t>Queer visibility is having a very public moment</w:t>
      </w:r>
      <w:r/>
    </w:p>
    <w:p>
      <w:r/>
      <w:r>
        <w:t>The latest queer culture highlights arrive with plenty of sparkle. Social feeds are full of bold looks, busy event calendars and women who seem entirely comfortable taking up space, and that visibility has a warmth of its own.</w:t>
      </w:r>
      <w:r/>
    </w:p>
    <w:p>
      <w:r/>
      <w:r>
        <w:t>MadameNoire's recurring feature celebrates 50 queer women who have caught the publication's attention, connecting entertainment, fashion and social presence with a wider conversation about LGBTQIA+ representation. The appeal isn't difficult to understand. These are people whose style and confidence make the scroll feel a little more interesting. (MadameNoire)</w:t>
      </w:r>
      <w:r/>
    </w:p>
    <w:p>
      <w:pPr>
        <w:pStyle w:val="Heading2"/>
      </w:pPr>
      <w:r>
        <w:t>From timelines to Piedmont Park</w:t>
      </w:r>
      <w:r/>
    </w:p>
    <w:p>
      <w:r/>
      <w:r>
        <w:t>One image in particular brings the conversation down to earth: Porsha Williams at the 14th Annual Pure Heat Community Festival in Atlanta's Piedmont Park. The event places queer culture in a physical setting, where music, conversation and shared experience matter just as much as a striking photograph. (Piedmont Park)</w:t>
      </w:r>
      <w:r/>
    </w:p>
    <w:p>
      <w:r/>
      <w:r>
        <w:t>Pure Heat has become part of Atlanta's festival rhythm, with event listings presenting it as a community-focused celebration for Black LGBTQ+ people and allies. That setting matters. A timeline can offer instant connection, but a park full of people offers something more tactile: laughter nearby, music in the air and the feeling of being among your own. (Eventeny)</w:t>
      </w:r>
      <w:r/>
    </w:p>
    <w:p>
      <w:pPr>
        <w:pStyle w:val="Heading2"/>
      </w:pPr>
      <w:r>
        <w:t>Why this year's queer culture highlights feel especially lively</w:t>
      </w:r>
      <w:r/>
    </w:p>
    <w:p>
      <w:r/>
      <w:r>
        <w:t>The feature lands during a particularly energetic stretch of the calendar. The US Open, New York Fashion Week and live concerts have provided a backdrop of spectacle, movement and carefully considered style, while queer women have been visible within that wider cultural conversation.</w:t>
      </w:r>
      <w:r/>
    </w:p>
    <w:p>
      <w:r/>
      <w:r>
        <w:t>That mix is part of the fun. The women being celebrated aren't confined to one lane, and neither is queer identity. Some are recognised for fashion, others for performance, influence or sheer charisma. Together, they reflect a culture that is stylish, diverse and happily difficult to reduce to one look. (MadameNoire)</w:t>
      </w:r>
      <w:r/>
    </w:p>
    <w:p>
      <w:pPr>
        <w:pStyle w:val="Heading2"/>
      </w:pPr>
      <w:r>
        <w:t>What community festivals add to the picture</w:t>
      </w:r>
      <w:r/>
    </w:p>
    <w:p>
      <w:r/>
      <w:r>
        <w:t>Online attention can be thrilling, but it can also be fleeting. Community festivals offer a slower, fuller kind of visibility, bringing together vendors, performers and attendees in a space designed for connection rather than simply applause. Pure Heat's event and vendor listings underline that broader ecosystem. (Eventeny)</w:t>
      </w:r>
      <w:r/>
    </w:p>
    <w:p>
      <w:r/>
      <w:r>
        <w:t>For anyone considering an LGBTQIA+ event, the practical details are worth checking before setting off. Look at the venue information, event schedule and vendor listings, then plan for Atlanta's weather, comfortable shoes and a little extra time for browsing. The best festivals are rarely about rushing from one stage to the next. They're about lingering when the music is good and discovering something you didn't expect. (Black Gay Events)</w:t>
      </w:r>
      <w:r/>
    </w:p>
    <w:p>
      <w:pPr>
        <w:pStyle w:val="Heading2"/>
      </w:pPr>
      <w:r>
        <w:t>The spotlight keeps widening</w:t>
      </w:r>
      <w:r/>
    </w:p>
    <w:p>
      <w:r/>
      <w:r>
        <w:t>The most encouraging detail is the consistency. This isn't a one-off nod to queer women, but part of an ongoing editorial effort that has returned week after week. That repetition helps turn visibility into something more dependable, rather than a seasonal burst of attention. (MadameNoire)</w:t>
      </w:r>
      <w:r/>
    </w:p>
    <w:p>
      <w:r/>
      <w:r>
        <w:t>Meanwhile, Atlanta's festival listings show how editorial recognition and community organising can complement one another. One celebrates the people lighting up the culture; the other creates a place where that culture can gather. And honestly, both are needed. A glossy image may stop the scroll, but community is what makes the moment last. (Festivals in America)</w:t>
      </w:r>
      <w:r/>
    </w:p>
    <w:p>
      <w:r/>
      <w:r>
        <w:t>It's a small but meaningful reminder that queer visibility can be glamorous, joyful and deeply communal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[4]</w:t>
        </w:r>
      </w:hyperlink>
      <w:r>
        <w:t xml:space="preserve">- Paragraph 5: </w:t>
      </w:r>
      <w:hyperlink r:id="rId9">
        <w:r>
          <w:rPr>
            <w:color w:val="0000EE"/>
            <w:u w:val="single"/>
          </w:rPr>
          <w:t>[1]</w:t>
        </w:r>
      </w:hyperlink>
      <w:r>
        <w:t xml:space="preserve">, </w:t>
      </w:r>
      <w:hyperlink r:id="rId12">
        <w:r>
          <w:rPr>
            <w:color w:val="0000EE"/>
            <w:u w:val="single"/>
          </w:rPr>
          <w:t>[6]</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9">
        <w:r>
          <w:rPr>
            <w:color w:val="0000EE"/>
            <w:u w:val="single"/>
          </w:rPr>
          <w:t>[1]</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https://octobergallery.com/wcw-temps-may-be-dipping-but-these-50-queer-queens-are-keeping-our-timelines-scorching-hot-vol-39/</w:t>
        </w:r>
      </w:hyperlink>
      <w:r>
        <w:t xml:space="preserve"> - Please view link - unable to able to access data</w:t>
      </w:r>
      <w:r/>
    </w:p>
    <w:p>
      <w:pPr>
        <w:pStyle w:val="ListNumber"/>
        <w:spacing w:line="240" w:lineRule="auto"/>
        <w:ind w:left="720"/>
      </w:pPr>
      <w:r/>
      <w:hyperlink r:id="rId10">
        <w:r>
          <w:rPr>
            <w:color w:val="0000EE"/>
            <w:u w:val="single"/>
          </w:rPr>
          <w:t>https://piedmontpark.org/event/pureheat-community-festival/</w:t>
        </w:r>
      </w:hyperlink>
      <w:r>
        <w:t xml:space="preserve"> - The Pure Heat Community Festival is an annual LGBTQ+ event held during Atlanta Black Pride weekend at Piedmont Park. In 2026, it took place on September 6 from 12:00 pm to 9:00 pm. The festival features live music, entertainment, food, and more, and is hosted by an external partner, not produced by Piedmont Park Conservancy. The event is free to attend and aims to celebrate and support the LGBTQ+ community in Atlanta.</w:t>
      </w:r>
      <w:r/>
    </w:p>
    <w:p>
      <w:pPr>
        <w:pStyle w:val="ListNumber"/>
        <w:spacing w:line="240" w:lineRule="auto"/>
        <w:ind w:left="720"/>
      </w:pPr>
      <w:r/>
      <w:hyperlink r:id="rId11">
        <w:r>
          <w:rPr>
            <w:color w:val="0000EE"/>
            <w:u w:val="single"/>
          </w:rPr>
          <w:t>https://www.eventeny.com/events/pure-heat-community-festival-2026-27575/</w:t>
        </w:r>
      </w:hyperlink>
      <w:r>
        <w:t xml:space="preserve"> - The Pure Heat Community Festival 2026 was an outdoor, free-admission event featuring live music, entertainment, food, and more. Held on Sunday, September 6, 2026, from noon to 8:00 pm at Oak Hill at Charles Allen, Piedmont Park, Atlanta, Georgia, the festival attracted over 5,000 attendees. Produced by Pure Heat Community Festival, LLC, the event provided a platform for community engagement and celebration.</w:t>
      </w:r>
      <w:r/>
    </w:p>
    <w:p>
      <w:pPr>
        <w:pStyle w:val="ListNumber"/>
        <w:spacing w:line="240" w:lineRule="auto"/>
        <w:ind w:left="720"/>
      </w:pPr>
      <w:r/>
      <w:hyperlink r:id="rId14">
        <w:r>
          <w:rPr>
            <w:color w:val="0000EE"/>
            <w:u w:val="single"/>
          </w:rPr>
          <w:t>https://www.eventeny.com/events/vendor/?id=43644</w:t>
        </w:r>
      </w:hyperlink>
      <w:r>
        <w:t xml:space="preserve"> - The Pure Heat Community Festival 2026 offered opportunities for food vendors to participate in the event. Scheduled for Sunday, September 6, 2026, from 12:00 pm to 9:00 pm at Piedmont Park, Atlanta, Georgia, the festival attracted over 5,000 attendees. Food vendors were required to adhere to specific rules and regulations, including assigned space, approved menu items, and adherence to event guidelines. The application deadline for vendors was September 1, 2026.</w:t>
      </w:r>
      <w:r/>
    </w:p>
    <w:p>
      <w:pPr>
        <w:pStyle w:val="ListNumber"/>
        <w:spacing w:line="240" w:lineRule="auto"/>
        <w:ind w:left="720"/>
      </w:pPr>
      <w:r/>
      <w:hyperlink r:id="rId15">
        <w:r>
          <w:rPr>
            <w:color w:val="0000EE"/>
            <w:u w:val="single"/>
          </w:rPr>
          <w:t>https://www.eventeny.com/events/vendor/?id=43652</w:t>
        </w:r>
      </w:hyperlink>
      <w:r>
        <w:t xml:space="preserve"> - The Pure Heat Community Festival 2026 provided marketplace vending opportunities for exhibitors. The event, held on Sunday, September 6, 2026, from 12:00 pm to 8:00 pm at Piedmont Park, Atlanta, Georgia, attracted over 15,000 attendees. Vendors were offered a 10x10 booth space, with options to purchase additional services such as power, tents, tables, and chairs. The application deadline for vendors was August 26, 2026.</w:t>
      </w:r>
      <w:r/>
    </w:p>
    <w:p>
      <w:pPr>
        <w:pStyle w:val="ListNumber"/>
        <w:spacing w:line="240" w:lineRule="auto"/>
        <w:ind w:left="720"/>
      </w:pPr>
      <w:r/>
      <w:hyperlink r:id="rId12">
        <w:r>
          <w:rPr>
            <w:color w:val="0000EE"/>
            <w:u w:val="single"/>
          </w:rPr>
          <w:t>https://www.festivalsinamerica.com/festival/pure-heat-community-festival-atlanta</w:t>
        </w:r>
      </w:hyperlink>
      <w:r>
        <w:t xml:space="preserve"> - The Pure Heat Community Festival is the signature outdoor event of Atlanta Black Pride Weekend, one of the world's largest Black LGBTQ celebrations. Held in Piedmont Park over Labor Day weekend, it draws tens of thousands for live music, drag, vendors, community resources, and pride festivities. The festival blends celebration with purpose, offering a welcoming space for Black LGBTQ Atlantans and visitors from across the country.</w:t>
      </w:r>
      <w:r/>
    </w:p>
    <w:p>
      <w:pPr>
        <w:pStyle w:val="ListNumber"/>
        <w:spacing w:line="240" w:lineRule="auto"/>
        <w:ind w:left="720"/>
      </w:pPr>
      <w:r/>
      <w:hyperlink r:id="rId13">
        <w:r>
          <w:rPr>
            <w:color w:val="0000EE"/>
            <w:u w:val="single"/>
          </w:rPr>
          <w:t>https://blackgayevents.com/event/pure-heat-community-festival-piedmont-park-2/</w:t>
        </w:r>
      </w:hyperlink>
      <w:r>
        <w:t xml:space="preserve"> - The 20th Annual Pure Heat Community Festival took place on Sunday, September 6, 2026, at Piedmont Park in Atlanta, Georgia. The event featured performances by artists such as Durand Bernarr, Saucy Santana, Big Boss Vette, and many more. The festival aimed to celebrate and support the LGBTQ+ community, offering a platform for artists and vendors to showcase their talents and products.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ctobergallery.com/wcw-temps-may-be-dipping-but-these-50-queer-queens-are-keeping-our-timelines-scorching-hot-vol-39/" TargetMode="External"/><Relationship Id="rId10" Type="http://schemas.openxmlformats.org/officeDocument/2006/relationships/hyperlink" Target="https://piedmontpark.org/event/pureheat-community-festival/" TargetMode="External"/><Relationship Id="rId11" Type="http://schemas.openxmlformats.org/officeDocument/2006/relationships/hyperlink" Target="https://www.eventeny.com/events/pure-heat-community-festival-2026-27575/" TargetMode="External"/><Relationship Id="rId12" Type="http://schemas.openxmlformats.org/officeDocument/2006/relationships/hyperlink" Target="https://www.festivalsinamerica.com/festival/pure-heat-community-festival-atlanta" TargetMode="External"/><Relationship Id="rId13" Type="http://schemas.openxmlformats.org/officeDocument/2006/relationships/hyperlink" Target="https://blackgayevents.com/event/pure-heat-community-festival-piedmont-park-2/" TargetMode="External"/><Relationship Id="rId14" Type="http://schemas.openxmlformats.org/officeDocument/2006/relationships/hyperlink" Target="https://www.eventeny.com/events/vendor/?id=43644" TargetMode="External"/><Relationship Id="rId15" Type="http://schemas.openxmlformats.org/officeDocument/2006/relationships/hyperlink" Target="https://www.eventeny.com/events/vendor/?id=436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