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Perth Pride 2026 events for an unforgettable festival season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Perth’s Pride season is shaping up to be one of Australia’s most colourful LGBTQIA+ celebrations, with the Proud Awards, PrideFEST Fairday and the much-loved parade bringing glamour, community spirit and plenty of reasons to head into the city.</w:t>
      </w:r>
      <w:r/>
    </w:p>
    <w:p>
      <w:pPr>
        <w:pStyle w:val="Heading2"/>
      </w:pPr>
      <w:r>
        <w:t>Essential Takeaways</w:t>
      </w:r>
      <w:r/>
      <w:r/>
    </w:p>
    <w:p>
      <w:pPr>
        <w:pStyle w:val="ListBullet"/>
        <w:spacing w:line="240" w:lineRule="auto"/>
        <w:ind w:left="720"/>
      </w:pPr>
      <w:r/>
      <w:r>
        <w:rPr>
          <w:b/>
        </w:rPr>
        <w:t>The Proud Awards:</w:t>
      </w:r>
      <w:r>
        <w:t xml:space="preserve"> Perth’s queer awards night returns to Connections Nightclub on 27 September, hosted by Hannah Conda.</w:t>
      </w:r>
      <w:r/>
    </w:p>
    <w:p>
      <w:pPr>
        <w:pStyle w:val="ListBullet"/>
        <w:spacing w:line="240" w:lineRule="auto"/>
        <w:ind w:left="720"/>
      </w:pPr>
      <w:r/>
      <w:r>
        <w:rPr>
          <w:b/>
        </w:rPr>
        <w:t>PrideFEST Fairday:</w:t>
      </w:r>
      <w:r>
        <w:t xml:space="preserve"> The free community event arrives at Moort-ak Waadiny on 8 November, with stalls, entertainment and a dog show.</w:t>
      </w:r>
      <w:r/>
    </w:p>
    <w:p>
      <w:pPr>
        <w:pStyle w:val="ListBullet"/>
        <w:spacing w:line="240" w:lineRule="auto"/>
        <w:ind w:left="720"/>
      </w:pPr>
      <w:r/>
      <w:r>
        <w:rPr>
          <w:b/>
        </w:rPr>
        <w:t>The big parade:</w:t>
      </w:r>
      <w:r>
        <w:t xml:space="preserve"> Northbridge hosts the PrideFEST Parade on 28 November, followed by a free after-party in Russell Square.</w:t>
      </w:r>
      <w:r/>
    </w:p>
    <w:p>
      <w:pPr>
        <w:pStyle w:val="ListBullet"/>
        <w:spacing w:line="240" w:lineRule="auto"/>
        <w:ind w:left="720"/>
      </w:pPr>
      <w:r/>
      <w:r>
        <w:rPr>
          <w:b/>
        </w:rPr>
        <w:t>A growing destination:</w:t>
      </w:r>
      <w:r>
        <w:t xml:space="preserve"> Perth’s successful bid to host the 2030 Gay Games adds international attention to the city’s Pride calendar.</w:t>
      </w:r>
      <w:r/>
      <w:r/>
    </w:p>
    <w:p>
      <w:pPr>
        <w:pStyle w:val="Heading2"/>
      </w:pPr>
      <w:r>
        <w:t>Perth Pride 2026 starts with a night of sparkle</w:t>
      </w:r>
      <w:r/>
    </w:p>
    <w:p>
      <w:r/>
      <w:r>
        <w:t>The Proud Awards will open the season in suitably glamorous fashion on 27 September. Held at Connections Nightclub in Northbridge, the event celebrates LGBTQIA+ artists, performers, community leaders and other local standouts.</w:t>
      </w:r>
      <w:r/>
    </w:p>
    <w:p>
      <w:r/>
      <w:r>
        <w:t>Hosted by Hannah Conda, the evening promises red-carpet polish with the warm, slightly chaotic energy that makes queer celebrations so memorable. According to DNA, it’s the sort of night where bold fashion matters, but the dance floor matters just as much.</w:t>
      </w:r>
      <w:r/>
    </w:p>
    <w:p>
      <w:r/>
      <w:r>
        <w:t>For visitors, it’s a useful introduction to Perth’s LGBTQIA+ scene before the larger outdoor events arrive. Out in Perth has also highlighted the awards as part of a broader programme that puts local queer talent firmly in the spotlight.</w:t>
      </w:r>
      <w:r/>
    </w:p>
    <w:p>
      <w:pPr>
        <w:pStyle w:val="Heading2"/>
      </w:pPr>
      <w:r>
        <w:t>Fairday brings community spirit to Wellington Square</w:t>
      </w:r>
      <w:r/>
    </w:p>
    <w:p>
      <w:r/>
      <w:r>
        <w:t>PrideFEST Fairday takes place at Moort-ak Waadiny, also known as Wellington Square, on 8 November. The free event is designed as an easy-going afternoon for locals, visitors, families and anyone keen to browse stalls, catch live entertainment and enjoy the festival atmosphere.</w:t>
      </w:r>
      <w:r/>
    </w:p>
    <w:p>
      <w:r/>
      <w:r>
        <w:t>There’s a Fairday Dog Show too, which should provide the inevitable highlights: proud pups, enthusiastic owners and at least one dog wondering why nobody has brought a tennis ball. Pride WA’s event information confirms that community participation sits at the heart of the day.</w:t>
      </w:r>
      <w:r/>
    </w:p>
    <w:p>
      <w:r/>
      <w:r>
        <w:t>Applications for stallholders, performers and volunteers have also opened, according to Out in Perth. That gives small businesses, artists and community groups a chance to shape the event rather than simply attend it.</w:t>
      </w:r>
      <w:r/>
    </w:p>
    <w:p>
      <w:pPr>
        <w:pStyle w:val="Heading2"/>
      </w:pPr>
      <w:r>
        <w:t>The Northbridge parade is the grand finale</w:t>
      </w:r>
      <w:r/>
    </w:p>
    <w:p>
      <w:r/>
      <w:r>
        <w:t>On 28 November, the PrideFEST Parade will take over Northbridge with thousands of marchers, bright costumes and the kind of street noise that makes the city feel transformed. It’s the headline event of Perth Pride 2026, and the scale is part of its appeal.</w:t>
      </w:r>
      <w:r/>
    </w:p>
    <w:p>
      <w:r/>
      <w:r>
        <w:t>The parade is expected to draw community organisations, performers, campaigners and supporters into one colourful procession. TravelGay lists PrideFEST among Perth’s major LGBTQIA+ events, while local coverage points to the parade as a key date in the 2026 calendar.</w:t>
      </w:r>
      <w:r/>
    </w:p>
    <w:p>
      <w:r/>
      <w:r>
        <w:t>Once the march is over, the celebration continues with a free after-party in Russell Square, presented with the City of Perth. It’s a practical bonus for anyone who isn’t ready for the day to wind down just because the floats have stopped moving.</w:t>
      </w:r>
      <w:r/>
    </w:p>
    <w:p>
      <w:pPr>
        <w:pStyle w:val="Heading2"/>
      </w:pPr>
      <w:r>
        <w:t>Planning your Perth Pride weekend</w:t>
      </w:r>
      <w:r/>
    </w:p>
    <w:p>
      <w:r/>
      <w:r>
        <w:t>If you’re visiting from outside Perth, book accommodation and transport early, particularly for the final parade weekend. Northbridge becomes exceptionally busy during major celebrations, so comfortable shoes, sun protection and a clear meeting point are sensible additions to any plan.</w:t>
      </w:r>
      <w:r/>
    </w:p>
    <w:p>
      <w:r/>
      <w:r>
        <w:t>Fairday is likely to suit a slower afternoon, while the parade calls for a little more patience around crowds and road closures. Check Pride WA’s official updates before travelling, as timings, access arrangements and participation details can change.</w:t>
      </w:r>
      <w:r/>
    </w:p>
    <w:p>
      <w:r/>
      <w:r>
        <w:t>The event is also a good opportunity to support local queer-owned businesses and community organisations. A coffee, meal or small purchase can help keep the wider festival ecosystem lively long after the bunting comes down.</w:t>
      </w:r>
      <w:r/>
    </w:p>
    <w:p>
      <w:pPr>
        <w:pStyle w:val="Heading2"/>
      </w:pPr>
      <w:r>
        <w:t>Perth’s Pride profile is getting bigger</w:t>
      </w:r>
      <w:r/>
    </w:p>
    <w:p>
      <w:r/>
      <w:r>
        <w:t>Perth’s successful bid to host the 2030 Gay Games gives the 2026 season extra significance. The city is already presenting itself as a confident LGBTQIA+ destination, and the PrideFEST programme offers a visible expression of that ambition.</w:t>
      </w:r>
      <w:r/>
    </w:p>
    <w:p>
      <w:r/>
      <w:r>
        <w:t>Pride WA’s official information sets out a festival built around public participation, performance and community connection. Meanwhile, local reporting from Out in Perth suggests the calendar is expanding in both scale and opportunity, from Fairday involvement to performer and volunteer roles.</w:t>
      </w:r>
      <w:r/>
    </w:p>
    <w:p>
      <w:r/>
      <w:r>
        <w:t>That combination matters. A great Pride season isn’t only about one spectacular parade; it’s about the many smaller moments that make people feel welcome, represented and part of the city. Perth looks ready to make plenty of noise.</w:t>
      </w:r>
      <w:r/>
    </w:p>
    <w:p>
      <w:r/>
      <w:r>
        <w:t>Plan ahead, bring your brightest self and enjoy Perth Pride 2026 at its most joyful.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https://www.dnamagazine.com.au/perth-pride-season-2026-proud-awards-pridefest/</w:t>
        </w:r>
      </w:hyperlink>
      <w:r>
        <w:t xml:space="preserve"> - Please view link - unable to able to access data</w:t>
      </w:r>
      <w:r/>
    </w:p>
    <w:p>
      <w:pPr>
        <w:pStyle w:val="ListNumber"/>
        <w:spacing w:line="240" w:lineRule="auto"/>
        <w:ind w:left="720"/>
      </w:pPr>
      <w:r/>
      <w:hyperlink r:id="rId9">
        <w:r>
          <w:rPr>
            <w:color w:val="0000EE"/>
            <w:u w:val="single"/>
          </w:rPr>
          <w:t>https://www.dnamagazine.com.au/perth-pride-season-2026-proud-awards-pridefest/</w:t>
        </w:r>
      </w:hyperlink>
      <w:r>
        <w:t xml:space="preserve"> - This article from DNA Magazine outlines the key events of Perth's Pride Season 2026, including the Proud Awards on 27 September at Connections Nightclub, PrideFEST Fairday on 8 November at Moort-ak Waadiny (Wellington Square), and the PrideFEST Parade on 28 November in Northbridge. The events aim to celebrate LGBTQIA+ excellence, community, and culture in Perth, with the Parade culminating in a free after-party in Russell Square, presented by the City of Perth.</w:t>
      </w:r>
      <w:r/>
    </w:p>
    <w:p>
      <w:pPr>
        <w:pStyle w:val="ListNumber"/>
        <w:spacing w:line="240" w:lineRule="auto"/>
        <w:ind w:left="720"/>
      </w:pPr>
      <w:r/>
      <w:hyperlink r:id="rId10">
        <w:r>
          <w:rPr>
            <w:color w:val="0000EE"/>
            <w:u w:val="single"/>
          </w:rPr>
          <w:t>https://pridewa.com.au/pridefest-2026/</w:t>
        </w:r>
      </w:hyperlink>
      <w:r>
        <w:t xml:space="preserve"> - Pride WA's official page for PrideFEST 2026 provides detailed information about the festival's events, including the Fairday on 8 November at Moort-ak Waadiny (Wellington Square) and the Parade on 28 November in Northbridge. The page highlights the festival's theme 'Side by Side – Every Identity. One Community.' and offers insights into the festival's history and significance in Western Australia's LGBTQIA+ community.</w:t>
      </w:r>
      <w:r/>
    </w:p>
    <w:p>
      <w:pPr>
        <w:pStyle w:val="ListNumber"/>
        <w:spacing w:line="240" w:lineRule="auto"/>
        <w:ind w:left="720"/>
      </w:pPr>
      <w:r/>
      <w:hyperlink r:id="rId11">
        <w:r>
          <w:rPr>
            <w:color w:val="0000EE"/>
            <w:u w:val="single"/>
          </w:rPr>
          <w:t>https://www.outinperth.com/pride-wa-announces-pridefest-2026-theme/</w:t>
        </w:r>
      </w:hyperlink>
      <w:r>
        <w:t xml:space="preserve"> - OutInPerth reports on Pride WA's announcement of the theme for PrideFEST 2026, 'Side by Side – Every Identity. One Community.' The article discusses the significance of the theme in promoting community building and solidarity within Western Australia's LGBTQIA+ community, reflecting on the festival's origins and its ongoing commitment to advocacy and celebration.</w:t>
      </w:r>
      <w:r/>
    </w:p>
    <w:p>
      <w:pPr>
        <w:pStyle w:val="ListNumber"/>
        <w:spacing w:line="240" w:lineRule="auto"/>
        <w:ind w:left="720"/>
      </w:pPr>
      <w:r/>
      <w:hyperlink r:id="rId12">
        <w:r>
          <w:rPr>
            <w:color w:val="0000EE"/>
            <w:u w:val="single"/>
          </w:rPr>
          <w:t>https://www.outinperth.com/pride-wa-announce-2026-fairday-and-pride-parade-dates/</w:t>
        </w:r>
      </w:hyperlink>
      <w:r>
        <w:t xml:space="preserve"> - This OutInPerth article details the dates and locations for Pride WA's 2026 Fairday and Pride Parade. The Fairday is scheduled for 8 November at Moort-ak Waadiny (Wellington Square), marking a new location due to renovations at Supreme Court Gardens. The Pride Parade will take place on 28 November in Northbridge, with a free after-party in Russell Square, presented by the City of Perth.</w:t>
      </w:r>
      <w:r/>
    </w:p>
    <w:p>
      <w:pPr>
        <w:pStyle w:val="ListNumber"/>
        <w:spacing w:line="240" w:lineRule="auto"/>
        <w:ind w:left="720"/>
      </w:pPr>
      <w:r/>
      <w:hyperlink r:id="rId13">
        <w:r>
          <w:rPr>
            <w:color w:val="0000EE"/>
            <w:u w:val="single"/>
          </w:rPr>
          <w:t>https://www.outinperth.com/applications-open-for-pride-fairday-2026-plus-callout-for-performers-and-volunteers/</w:t>
        </w:r>
      </w:hyperlink>
      <w:r>
        <w:t xml:space="preserve"> - OutInPerth announces that applications are open for organisations, performers, and volunteers interested in participating in Pride Fairday 2026. The event is set for 8 November at Moort-ak Waadiny (Wellington Square), with a new location offering more space and facilities. The article provides details on how to apply and the importance of community involvement in the festival's success.</w:t>
      </w:r>
      <w:r/>
    </w:p>
    <w:p>
      <w:pPr>
        <w:pStyle w:val="ListNumber"/>
        <w:spacing w:line="240" w:lineRule="auto"/>
        <w:ind w:left="720"/>
      </w:pPr>
      <w:r/>
      <w:hyperlink r:id="rId14">
        <w:r>
          <w:rPr>
            <w:color w:val="0000EE"/>
            <w:u w:val="single"/>
          </w:rPr>
          <w:t>https://www.travelgay.com/event/pridefest-wa</w:t>
        </w:r>
      </w:hyperlink>
      <w:r>
        <w:t xml:space="preserve"> - Travel Gay provides an overview of Perth's PrideFEST 2026, highlighting key events such as the Fairday on 8 November at Moort-ak Waadiny (Wellington Square) and the Parade on 28 November in Northbridge. The article emphasises the festival's role in transforming Perth into a vibrant showcase of LGBTQIA+ pride and community spirit, drawing visitors and locals into a celebration of unity and joy.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perth-pride-season-2026-proud-awards-pridefest/" TargetMode="External"/><Relationship Id="rId10" Type="http://schemas.openxmlformats.org/officeDocument/2006/relationships/hyperlink" Target="https://pridewa.com.au/pridefest-2026/" TargetMode="External"/><Relationship Id="rId11" Type="http://schemas.openxmlformats.org/officeDocument/2006/relationships/hyperlink" Target="https://www.outinperth.com/pride-wa-announces-pridefest-2026-theme/" TargetMode="External"/><Relationship Id="rId12" Type="http://schemas.openxmlformats.org/officeDocument/2006/relationships/hyperlink" Target="https://www.outinperth.com/pride-wa-announce-2026-fairday-and-pride-parade-dates/" TargetMode="External"/><Relationship Id="rId13" Type="http://schemas.openxmlformats.org/officeDocument/2006/relationships/hyperlink" Target="https://www.outinperth.com/applications-open-for-pride-fairday-2026-plus-callout-for-performers-and-volunteers/" TargetMode="External"/><Relationship Id="rId14" Type="http://schemas.openxmlformats.org/officeDocument/2006/relationships/hyperlink" Target="https://www.travelgay.com/event/pridefest-w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