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non-traditional Manchester Pride wedding ideas from Joel Harper-Jackson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Actors Joel Harper-Jackson and Lloyd Daniels celebrated their Manchester wedding with a registry office ceremony, a garden gathering and a glittery basement nightclub. Their relaxed, playful approach offers a joyful reminder that couples can skip the traditional wedding script and create a day around friends, laughter and the places that shaped them.</w:t>
      </w:r>
      <w:r/>
    </w:p>
    <w:p>
      <w:pPr>
        <w:pStyle w:val="Heading2"/>
      </w:pPr>
      <w:r>
        <w:t>Essential Takeaways</w:t>
      </w:r>
      <w:r/>
      <w:r/>
    </w:p>
    <w:p>
      <w:pPr>
        <w:pStyle w:val="ListBullet"/>
        <w:spacing w:line="240" w:lineRule="auto"/>
        <w:ind w:left="720"/>
      </w:pPr>
      <w:r/>
      <w:r>
        <w:rPr>
          <w:b/>
        </w:rPr>
        <w:t>Three-part celebration:</w:t>
      </w:r>
      <w:r>
        <w:t xml:space="preserve"> The couple combined legal vows, a garden ceremony and a late-night party.</w:t>
      </w:r>
      <w:r/>
    </w:p>
    <w:p>
      <w:pPr>
        <w:pStyle w:val="ListBullet"/>
        <w:spacing w:line="240" w:lineRule="auto"/>
        <w:ind w:left="720"/>
      </w:pPr>
      <w:r/>
      <w:r>
        <w:rPr>
          <w:b/>
        </w:rPr>
        <w:t>Manchester connection:</w:t>
      </w:r>
      <w:r>
        <w:t xml:space="preserve"> They married during Manchester Pride weekend, reflecting the city’s importance in Harper-Jackson’s life.</w:t>
      </w:r>
      <w:r/>
    </w:p>
    <w:p>
      <w:pPr>
        <w:pStyle w:val="ListBullet"/>
        <w:spacing w:line="240" w:lineRule="auto"/>
        <w:ind w:left="720"/>
      </w:pPr>
      <w:r/>
      <w:r>
        <w:rPr>
          <w:b/>
        </w:rPr>
        <w:t>A personal guest list:</w:t>
      </w:r>
      <w:r>
        <w:t xml:space="preserve"> Around 100 friends and relatives joined the celebrations.</w:t>
      </w:r>
      <w:r/>
    </w:p>
    <w:p>
      <w:pPr>
        <w:pStyle w:val="ListBullet"/>
        <w:spacing w:line="240" w:lineRule="auto"/>
        <w:ind w:left="720"/>
      </w:pPr>
      <w:r/>
      <w:r>
        <w:rPr>
          <w:b/>
        </w:rPr>
        <w:t>Fun over formality:</w:t>
      </w:r>
      <w:r>
        <w:t xml:space="preserve"> A ceilidh, poetry, opera and a puppy replaced a more conventional wedding programme.</w:t>
      </w:r>
      <w:r/>
    </w:p>
    <w:p>
      <w:pPr>
        <w:pStyle w:val="ListBullet"/>
        <w:spacing w:line="240" w:lineRule="auto"/>
        <w:ind w:left="720"/>
      </w:pPr>
      <w:r/>
      <w:r>
        <w:rPr>
          <w:b/>
        </w:rPr>
        <w:t>A memorable setting:</w:t>
      </w:r>
      <w:r>
        <w:t xml:space="preserve"> The basement reception featured glitter, camp decorations and celebrity cardboard cutouts.</w:t>
      </w:r>
      <w:r/>
      <w:r/>
    </w:p>
    <w:p>
      <w:pPr>
        <w:pStyle w:val="Heading2"/>
      </w:pPr>
      <w:r>
        <w:t>A wedding designed around joy, not fuss</w:t>
      </w:r>
      <w:r/>
    </w:p>
    <w:p>
      <w:r/>
      <w:r>
        <w:t>The most striking thing about this Manchester wedding is how deliberately ungrand it feels. There were fairy lights, flowers and Spanish moss in the garden, but the mood was less polished spectacle and more a brilliant house party that happened to include wedding vows.</w:t>
      </w:r>
      <w:r/>
    </w:p>
    <w:p>
      <w:r/>
      <w:r>
        <w:t>Harper-Jackson and Daniels began with the legal ceremony at a registry office before moving to a friend’s home outside Manchester. That split allowed them to handle the formal requirement without letting it dominate the day, according to Attitude.</w:t>
      </w:r>
      <w:r/>
    </w:p>
    <w:p>
      <w:r/>
      <w:r>
        <w:t>It’s a smart idea for couples who want the meaning of a wedding without the financial pressure of a huge traditional event. The result sounds warm, slightly chaotic and completely theirs.</w:t>
      </w:r>
      <w:r/>
    </w:p>
    <w:p>
      <w:pPr>
        <w:pStyle w:val="Heading2"/>
      </w:pPr>
      <w:r>
        <w:t>Why Manchester Pride weekend mattered</w:t>
      </w:r>
      <w:r/>
    </w:p>
    <w:p>
      <w:r/>
      <w:r>
        <w:t>The timing wasn’t accidental. Manchester Pride is one of the UK’s best-known LGBTQ+ celebrations, centred on the city’s long-standing queer community and the Canal Street area, according to background information from Wikipedia.</w:t>
      </w:r>
      <w:r/>
    </w:p>
    <w:p>
      <w:r/>
      <w:r>
        <w:t>For Harper-Jackson, Manchester was also personal territory. He has described Canal Street as a safe space during his youth and a place that helped him understand himself. Daniels had lived in the city too, and the pair first met there.</w:t>
      </w:r>
      <w:r/>
    </w:p>
    <w:p>
      <w:r/>
      <w:r>
        <w:t>That gives the wedding a deeper emotional setting. Rather than choosing a fashionable venue at random, they returned to a city tied to friendship, identity and the couple’s own history.</w:t>
      </w:r>
      <w:r/>
    </w:p>
    <w:p>
      <w:pPr>
        <w:pStyle w:val="Heading2"/>
      </w:pPr>
      <w:r>
        <w:t>Garden vows, silly speeches and a puppy</w:t>
      </w:r>
      <w:r/>
    </w:p>
    <w:p>
      <w:r/>
      <w:r>
        <w:t>The second ceremony took place in the garden, where friends helped transform the space with lights and flowers. Guests contributed poetry, opera and music, while the couple’s puppy stayed close during the vows.</w:t>
      </w:r>
      <w:r/>
    </w:p>
    <w:p>
      <w:r/>
      <w:r>
        <w:t>There was also plenty of rain, which seems almost contractually obliged at any outdoor Manchester celebration. Yet the couple reportedly didn’t notice it at the time, caught up in the excitement of having their favourite people around them.</w:t>
      </w:r>
      <w:r/>
    </w:p>
    <w:p>
      <w:r/>
      <w:r>
        <w:t>The lesson for anyone planning an outdoor wedding is reassuring: a weather plan matters, but atmosphere matters more. Covered areas, umbrellas and flexible timings can keep things moving, while the right guests will remember the laughter rather than the forecast.</w:t>
      </w:r>
      <w:r/>
    </w:p>
    <w:p>
      <w:pPr>
        <w:pStyle w:val="Heading2"/>
      </w:pPr>
      <w:r>
        <w:t>The ceilidh was the perfect wedding icebreaker</w:t>
      </w:r>
      <w:r/>
    </w:p>
    <w:p>
      <w:r/>
      <w:r>
        <w:t>Instead of a conventional first dance, the couple chose a ceilidh. Live musicians guided guests through the steps, turning the dance floor into an instant meeting point for people who might not otherwise know one another.</w:t>
      </w:r>
      <w:r/>
    </w:p>
    <w:p>
      <w:r/>
      <w:r>
        <w:t>It’s an especially useful idea for a mixed wedding party. A structured group dance gives everyone something to do, removes the awkwardness of standing around and creates the kind of shared memory that photographs can’t quite capture.</w:t>
      </w:r>
      <w:r/>
    </w:p>
    <w:p>
      <w:r/>
      <w:r>
        <w:t>For couples searching for non-traditional Manchester wedding ideas, this is one to borrow. You don’t need professional dance skills, and being a little hopeless at the steps is arguably part of the fun.</w:t>
      </w:r>
      <w:r/>
    </w:p>
    <w:p>
      <w:pPr>
        <w:pStyle w:val="Heading2"/>
      </w:pPr>
      <w:r>
        <w:t>A basement nightclub with maximum camp</w:t>
      </w:r>
      <w:r/>
    </w:p>
    <w:p>
      <w:r/>
      <w:r>
        <w:t>The evening ended in a friend’s basement, converted into a colourful gay nightclub. Glitter, sequins and cardboard figures of figures including Dolly Parton, Kylie and Jane McDonald pushed the decorations firmly into camp territory.</w:t>
      </w:r>
      <w:r/>
    </w:p>
    <w:p>
      <w:r/>
      <w:r>
        <w:t>It was deliberately ridiculous, and that was the point. Rather than trying to make every detail tasteful or elegant, the couple chose decorations that reflected their humour and community.</w:t>
      </w:r>
      <w:r/>
    </w:p>
    <w:p>
      <w:r/>
      <w:r>
        <w:t>That kind of personality is increasingly at the heart of modern weddings. From informal venues to unusual entertainment, couples are treating the day less like a performance and more like a very public expression of who they are.</w:t>
      </w:r>
      <w:r/>
    </w:p>
    <w:p>
      <w:pPr>
        <w:pStyle w:val="Heading2"/>
      </w:pPr>
      <w:r>
        <w:t>A quiet honeymoon after a very loud celebration</w:t>
      </w:r>
      <w:r/>
    </w:p>
    <w:p>
      <w:r/>
      <w:r>
        <w:t>After the wedding, the newlyweds travelled to the Isle of Skye for a week of exploring. They stayed in a series of different places, including a remote hut and a waterside Airbnb, before discovering that the most expensive hotel wasn’t necessarily the best.</w:t>
      </w:r>
      <w:r/>
    </w:p>
    <w:p>
      <w:r/>
      <w:r>
        <w:t>It sounds like the perfect counterbalance to the party: dramatic scenery, changing surroundings and time to laugh without a timetable. Harper-Jackson has spoken warmly about how the trip reminded them why they were together.</w:t>
      </w:r>
      <w:r/>
    </w:p>
    <w:p>
      <w:r/>
      <w:r>
        <w:t>That may be the most useful takeaway of all. The best wedding doesn’t have to impress everyone else. It needs to leave the couple feeling more like themselves, surrounded by people who understand why that matters.</w:t>
      </w:r>
      <w:r/>
    </w:p>
    <w:p>
      <w:r/>
      <w:r>
        <w:t>It's a small, joyful reminder that the best wedding rules are the ones you choose.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0">
        <w:r>
          <w:rPr>
            <w:color w:val="0000EE"/>
            <w:u w:val="single"/>
          </w:rPr>
          <w:t>[4]</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[6]</w:t>
        </w:r>
      </w:hyperlink>
      <w:r>
        <w:t xml:space="preserve">- Paragraph 16: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https://www.attitude.co.uk/life/joel-harper-jackson-marries-lloyd-daniels-manchester-wedding-534176/</w:t>
        </w:r>
      </w:hyperlink>
      <w:r>
        <w:t xml:space="preserve"> - Please view link - unable to able to access data</w:t>
      </w:r>
      <w:r/>
    </w:p>
    <w:p>
      <w:pPr>
        <w:pStyle w:val="ListNumber"/>
        <w:spacing w:line="240" w:lineRule="auto"/>
        <w:ind w:left="720"/>
      </w:pPr>
      <w:r/>
      <w:hyperlink r:id="rId9">
        <w:r>
          <w:rPr>
            <w:color w:val="0000EE"/>
            <w:u w:val="single"/>
          </w:rPr>
          <w:t>https://www.attitude.co.uk/life/joel-harper-jackson-marries-lloyd-daniels-manchester-wedding-534176/</w:t>
        </w:r>
      </w:hyperlink>
      <w:r>
        <w:t xml:space="preserve"> - West End actor Joel Harper-Jackson and X Factor finalist turned talent agent Lloyd Daniels married during Manchester Pride weekend, celebrating with around 100 friends and family. Their non-traditional wedding included a registry office ceremony, a garden celebration with fairy lights and flowers, and a basement transformed into a vibrant gay nightclub. After the festivities, the couple enjoyed a week-long honeymoon on the Isle of Skye, staying in unique accommodations each night and cherishing their time together.</w:t>
      </w:r>
      <w:r/>
    </w:p>
    <w:p>
      <w:pPr>
        <w:pStyle w:val="ListNumber"/>
        <w:spacing w:line="240" w:lineRule="auto"/>
        <w:ind w:left="720"/>
      </w:pPr>
      <w:r/>
      <w:hyperlink r:id="rId11">
        <w:r>
          <w:rPr>
            <w:color w:val="0000EE"/>
            <w:u w:val="single"/>
          </w:rPr>
          <w:t>https://en.wikipedia.org/wiki/Manchester_Pride</w:t>
        </w:r>
      </w:hyperlink>
      <w:r>
        <w:t xml:space="preserve"> - Manchester Pride is an annual charity and limited company that campaigns for LGBTQ+ equality across the United Kingdom, predominantly in Greater Manchester. The organisation offers dialogue, training, research, policy analysis, advocacy, and outreach activities focusing on LGBTQ+ rights. Its headquarters are in Piccadilly, Manchester City Centre. In October 2025, it was reported that the organisation was insolvent and about to enter into administration with considerable debts.</w:t>
      </w:r>
      <w:r/>
    </w:p>
    <w:p>
      <w:pPr>
        <w:pStyle w:val="ListNumber"/>
        <w:spacing w:line="240" w:lineRule="auto"/>
        <w:ind w:left="720"/>
      </w:pPr>
      <w:r/>
      <w:hyperlink r:id="rId10">
        <w:r>
          <w:rPr>
            <w:color w:val="0000EE"/>
            <w:u w:val="single"/>
          </w:rPr>
          <w:t>https://www.whatsonstage.com/shows/inner-london-theatre/joel-harper-jackson_251906/</w:t>
        </w:r>
      </w:hyperlink>
      <w:r>
        <w:t xml:space="preserve"> - Joel Harper-Jackson, recently named one of 2021's Rising Stars of the West End, made his Crazy Coqs debut performing tracks from his album 'So What Happens Now' and other favourites. The show featured guest stars Lauren Byrne and Lloyd Daniels, with accompaniment by music producer Greg Morton. Harper-Jackson's theatre credits include 'Kinky Boots', 'Beautiful', 'Jesus Christ Superstar', 'The Curious Incident of The Dog in the Night-Time', 'Rent', 'Pieces of String', 'Little Women', and 'Evita'.</w:t>
      </w:r>
      <w:r/>
    </w:p>
    <w:p>
      <w:pPr>
        <w:pStyle w:val="ListNumber"/>
        <w:spacing w:line="240" w:lineRule="auto"/>
        <w:ind w:left="720"/>
      </w:pPr>
      <w:r/>
      <w:hyperlink r:id="rId14">
        <w:r>
          <w:rPr>
            <w:color w:val="0000EE"/>
            <w:u w:val="single"/>
          </w:rPr>
          <w:t>https://www.whatsonstage.com/news/further-names-announced-for-pride-at-the-palace-fundraiser_54170/</w:t>
        </w:r>
      </w:hyperlink>
      <w:r>
        <w:t xml:space="preserve"> - Further names have been announced for Pride at the Palace, a concert at the West End's Palace Theatre celebrating the LGBTQIA+ community. Taking place on Monday (7 June), the event is being held in aid of the Terence Higgins Trust, the HIV and sexual health charity. The concert will be hosted by Cheryl Hole and Luke Helly. Joining the line-up are: Heather Small, Veronica Green, Oscar Conlon-Morrey, Evie Rose Lane, and Anelisa Lamola.</w:t>
      </w:r>
      <w:r/>
    </w:p>
    <w:p>
      <w:pPr>
        <w:pStyle w:val="ListNumber"/>
        <w:spacing w:line="240" w:lineRule="auto"/>
        <w:ind w:left="720"/>
      </w:pPr>
      <w:r/>
      <w:hyperlink r:id="rId12">
        <w:r>
          <w:rPr>
            <w:color w:val="0000EE"/>
            <w:u w:val="single"/>
          </w:rPr>
          <w:t>https://b-gay.com/lloyd-daniels-from-x-factor-to-engagement-bliss-with-boyfriend/</w:t>
        </w:r>
      </w:hyperlink>
      <w:r>
        <w:t xml:space="preserve"> - Lloyd Daniels, the heartthrob from X Factor’s sixth series, announced his engagement to Joel Harper-Jackson. Known for his melodious voice and boy-next-door charm on the show, where he was mentored by Cheryl Tweedy and secured a fifth-place finish, Daniels has since taken a new direction in his life and career. Lloyd, now flourishing at 31, shared the enchanting moment of Joel’s proposal in Paris, right in front of the iconic Eiffel Tower, on social media.</w:t>
      </w:r>
      <w:r/>
    </w:p>
    <w:p>
      <w:pPr>
        <w:pStyle w:val="ListNumber"/>
        <w:spacing w:line="240" w:lineRule="auto"/>
        <w:ind w:left="720"/>
      </w:pPr>
      <w:r/>
      <w:hyperlink r:id="rId13">
        <w:r>
          <w:rPr>
            <w:color w:val="0000EE"/>
            <w:u w:val="single"/>
          </w:rPr>
          <w:t>https://www.attitude.co.uk/culture/film-tv/cocks-joel-harper-jackson-on-stepping-into-the-lead-role-after-taron-egertons-exit-it-has-been-a-lot-403468/</w:t>
        </w:r>
      </w:hyperlink>
      <w:r>
        <w:t xml:space="preserve"> - Joel Harper-Jackson discusses stepping into the lead role of 'Cock' in the West End revival after Taron Egerton's departure. Initially an understudy to both Egerton and Jonathan Bailey, Harper-Jackson took over the role of 'M' following Egerton's exit. He reflects on the challenges and experiences of taking on the role, especially after Egerton fainted during the first preview, requiring Harper-Jackson to step in unexpectedly.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joel-harper-jackson-marries-lloyd-daniels-manchester-wedding-534176/" TargetMode="External"/><Relationship Id="rId10" Type="http://schemas.openxmlformats.org/officeDocument/2006/relationships/hyperlink" Target="https://www.whatsonstage.com/shows/inner-london-theatre/joel-harper-jackson_251906/" TargetMode="External"/><Relationship Id="rId11" Type="http://schemas.openxmlformats.org/officeDocument/2006/relationships/hyperlink" Target="https://en.wikipedia.org/wiki/Manchester_Pride" TargetMode="External"/><Relationship Id="rId12" Type="http://schemas.openxmlformats.org/officeDocument/2006/relationships/hyperlink" Target="https://b-gay.com/lloyd-daniels-from-x-factor-to-engagement-bliss-with-boyfriend/" TargetMode="External"/><Relationship Id="rId13" Type="http://schemas.openxmlformats.org/officeDocument/2006/relationships/hyperlink" Target="https://www.attitude.co.uk/culture/film-tv/cocks-joel-harper-jackson-on-stepping-into-the-lead-role-after-taron-egertons-exit-it-has-been-a-lot-403468/" TargetMode="External"/><Relationship Id="rId14" Type="http://schemas.openxmlformats.org/officeDocument/2006/relationships/hyperlink" Target="https://www.whatsonstage.com/news/further-names-announced-for-pride-at-the-palace-fundraiser_541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