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Queer Films and Shows to Watch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heading into autumn with a packed queer-friendly watchlist, from Netflix true crime and Peacock reality intrigue to dark Welsh mysteries and prestige dramas. Across cinemas and streaming platforms, the season's strongest picks mix camp, suspense, history and emotional depth, making it an unusually rich stretch for LGBTQ+ audiences and curious viewers alike.</w:t>
      </w:r>
      <w:r/>
    </w:p>
    <w:p>
      <w:pPr>
        <w:pStyle w:val="Heading2"/>
      </w:pPr>
      <w:r>
        <w:t>Essential Takeaways</w:t>
      </w:r>
      <w:r/>
      <w:r/>
    </w:p>
    <w:p>
      <w:pPr>
        <w:pStyle w:val="ListBullet"/>
        <w:spacing w:line="240" w:lineRule="auto"/>
        <w:ind w:left="720"/>
      </w:pPr>
      <w:r/>
      <w:r>
        <w:rPr>
          <w:b/>
        </w:rPr>
        <w:t>A strong Netflix opener:</w:t>
      </w:r>
      <w:r>
        <w:t xml:space="preserve"> Monster: The Lizzie Borden Story arrives with a notorious case, gothic atmosphere and a queer-coded historical angle.</w:t>
      </w:r>
      <w:r/>
    </w:p>
    <w:p>
      <w:pPr>
        <w:pStyle w:val="ListBullet"/>
        <w:spacing w:line="240" w:lineRule="auto"/>
        <w:ind w:left="720"/>
      </w:pPr>
      <w:r/>
      <w:r>
        <w:rPr>
          <w:b/>
        </w:rPr>
        <w:t>Reality TV gets a reset:</w:t>
      </w:r>
      <w:r>
        <w:t xml:space="preserve"> The Traitors: New Blood brings the castle deception to a cast of civilian contestants.</w:t>
      </w:r>
      <w:r/>
    </w:p>
    <w:p>
      <w:pPr>
        <w:pStyle w:val="ListBullet"/>
        <w:spacing w:line="240" w:lineRule="auto"/>
        <w:ind w:left="720"/>
      </w:pPr>
      <w:r/>
      <w:r>
        <w:rPr>
          <w:b/>
        </w:rPr>
        <w:t>Cinemas offer range:</w:t>
      </w:r>
      <w:r>
        <w:t xml:space="preserve"> Autumn's film slate moves from Welsh mystery and literary drama to queer nightlife and AIDS-era history.</w:t>
      </w:r>
      <w:r/>
    </w:p>
    <w:p>
      <w:pPr>
        <w:pStyle w:val="ListBullet"/>
        <w:spacing w:line="240" w:lineRule="auto"/>
        <w:ind w:left="720"/>
      </w:pPr>
      <w:r/>
      <w:r>
        <w:rPr>
          <w:b/>
        </w:rPr>
        <w:t>Horror remains a major draw:</w:t>
      </w:r>
      <w:r>
        <w:t xml:space="preserve"> American Horror Story, Carrie and Yellowjackets promise plenty of shadowy viewing for darker nights.</w:t>
      </w:r>
      <w:r/>
    </w:p>
    <w:p>
      <w:pPr>
        <w:pStyle w:val="ListBullet"/>
        <w:spacing w:line="240" w:lineRule="auto"/>
        <w:ind w:left="720"/>
      </w:pPr>
      <w:r/>
      <w:r>
        <w:rPr>
          <w:b/>
        </w:rPr>
        <w:t>Plan around release dates:</w:t>
      </w:r>
      <w:r>
        <w:t xml:space="preserve"> Several titles arrive weekly or in cinemas, so availability will vary by country and platform.</w:t>
      </w:r>
      <w:r/>
      <w:r/>
    </w:p>
    <w:p>
      <w:pPr>
        <w:pStyle w:val="Heading2"/>
      </w:pPr>
      <w:r>
        <w:t>Monster opens the season with a notorious case</w:t>
      </w:r>
      <w:r/>
    </w:p>
    <w:p>
      <w:r/>
      <w:r>
        <w:t>Netflix's Monster: The Lizzie Borden Story is an easy early pick for viewers who like their true crime with a lavish, unsettling finish. Ella Beatty leads the story as Borden, whose alleged 1892 axe murders have remained a fixture of American folklore, while the series explores the rumours and social tensions surrounding her life.</w:t>
      </w:r>
      <w:r/>
    </w:p>
    <w:p>
      <w:r/>
      <w:r>
        <w:t xml:space="preserve">The production also expands the story beyond one infamous household. According to Netflix's Tudum, the season features a sizeable ensemble including Vicky Krieps, Charlie Hunnam, Jessica Barden, Billie Lourd and Sarah Paulson, giving Ryan Murphy's anthology plenty of star power. Netflix has positioned the release as a major autumn event, and the timing feels deliberate: the nights are drawing in, so a chilly historical murder story practically serves itself. </w:t>
      </w:r>
      <w:hyperlink r:id="rId9">
        <w:r>
          <w:rPr>
            <w:color w:val="0000EE"/>
            <w:u w:val="single"/>
          </w:rPr>
          <w:t>[1]</w:t>
        </w:r>
      </w:hyperlink>
      <w:r/>
    </w:p>
    <w:p>
      <w:r/>
      <w:r>
        <w:t xml:space="preserve">For anyone searching for the best queer-friendly Netflix shows this autumn, this is a natural starting point, even if its LGBTQ+ themes sit within a broader tale of secrecy, gender expectations and public fascination. Tom's Guide also included the series among its notable new Netflix arrivals for the week, reinforcing its role as one of the season's headline streaming launches. </w:t>
      </w:r>
      <w:hyperlink r:id="rId10">
        <w:r>
          <w:rPr>
            <w:color w:val="0000EE"/>
            <w:u w:val="single"/>
          </w:rPr>
          <w:t>[2]</w:t>
        </w:r>
      </w:hyperlink>
      <w:r/>
    </w:p>
    <w:p>
      <w:pPr>
        <w:pStyle w:val="Heading2"/>
      </w:pPr>
      <w:r>
        <w:t>The Traitors swaps celebrity glamour for fresh suspicion</w:t>
      </w:r>
      <w:r/>
    </w:p>
    <w:p>
      <w:r/>
      <w:r>
        <w:t>Peacock's The Traitors: New Blood changes the social experiment's flavour by placing non-famous contestants at the centre of the castle's paranoia. The basic appeal remains intact: alliances form, accusations fly and nobody can quite relax over dinner.</w:t>
      </w:r>
      <w:r/>
    </w:p>
    <w:p>
      <w:r/>
      <w:r>
        <w:t xml:space="preserve">The Peacock listing confirms the return of Alan Cumming as host, a reassuringly theatrical presence for a format that thrives on raised eyebrows, velvet capes and dramatic pauses. </w:t>
      </w:r>
      <w:hyperlink r:id="rId11">
        <w:r>
          <w:rPr>
            <w:color w:val="0000EE"/>
            <w:u w:val="single"/>
          </w:rPr>
          <w:t>[3]</w:t>
        </w:r>
      </w:hyperlink>
      <w:r>
        <w:t xml:space="preserve"> This civilian version could make the betrayals feel even sharper, because contestants won't arrive with established public personas for viewers to decode.</w:t>
      </w:r>
      <w:r/>
    </w:p>
    <w:p>
      <w:r/>
      <w:r>
        <w:t xml:space="preserve">Tom's Guide's viewing guide highlights the new season as a key reality release, suggesting that fans can expect the same mixture of strategy and spectacle in a less celebrity-driven package. </w:t>
      </w:r>
      <w:hyperlink r:id="rId12">
        <w:r>
          <w:rPr>
            <w:color w:val="0000EE"/>
            <w:u w:val="single"/>
          </w:rPr>
          <w:t>[5]</w:t>
        </w:r>
      </w:hyperlink>
      <w:r>
        <w:t xml:space="preserve"> That may be the smartest move for the franchise: ordinary players can be more unpredictable, and sometimes far pettier, which is exactly what makes reality competition so irresistible.</w:t>
      </w:r>
      <w:r/>
    </w:p>
    <w:p>
      <w:pPr>
        <w:pStyle w:val="Heading2"/>
      </w:pPr>
      <w:r>
        <w:t>The cinema calendar turns darker and more ambitious</w:t>
      </w:r>
      <w:r/>
    </w:p>
    <w:p>
      <w:r/>
      <w:r>
        <w:t>The autumn film schedule is unusually broad. Black Church Bay brings a brooding Welsh mystery centred on the disappearance of a gay student, while Sense and Sensibility offers a more polished literary romance with queer creative talent behind the camera. Klara and the Sun moves into speculative territory, using artificial intelligence, illness and belonging to ask large questions about empathy.</w:t>
      </w:r>
      <w:r/>
    </w:p>
    <w:p>
      <w:r/>
      <w:r>
        <w:t>Club Kid, meanwhile, looks set to provide the most openly nightlife-focused option. Jordan Firstman directs and stars in a story about a former party promoter unexpectedly caring for a child, against a backdrop of underground queer communities. It sounds messy, funny and emotionally awkward in the best possible way.</w:t>
      </w:r>
      <w:r/>
    </w:p>
    <w:p>
      <w:r/>
      <w:r>
        <w:t>That contrast matters. Queer cinema doesn't have to arrive in one recognisable package, and this season's line-up moves from historical drama to camp horror, intimate comedy and science fiction. For viewers choosing what to see in cinemas, the useful question isn't simply whether a film is explicitly queer, but what kind of mood and perspective it brings.</w:t>
      </w:r>
      <w:r/>
    </w:p>
    <w:p>
      <w:pPr>
        <w:pStyle w:val="Heading2"/>
      </w:pPr>
      <w:r>
        <w:t>Horror fans have plenty to binge before Halloween</w:t>
      </w:r>
      <w:r/>
    </w:p>
    <w:p>
      <w:r/>
      <w:r>
        <w:t>American Horror Story returns with its thirteenth season, while Prime Video's new Carrie adaptation gives Stephen King's story another long-form treatment. Both titles arrive close enough to Halloween to benefit from the annual appetite for haunted houses, damaged teenagers and deeply questionable decisions.</w:t>
      </w:r>
      <w:r/>
    </w:p>
    <w:p>
      <w:r/>
      <w:r>
        <w:t>Yellowjackets is also heading towards its final chapter, bringing the survival drama's split timeline closer to a conclusion. Its blend of wilderness terror, adult regret and shifting loyalties has made it a natural favourite for viewers who enjoy genre television with complicated female characters and queer appeal.</w:t>
      </w:r>
      <w:r/>
    </w:p>
    <w:p>
      <w:r/>
      <w:r>
        <w:t>The practical viewing tip is simple: don't leave everything until Halloween week. Carrie is an eight-part series, and Yellowjackets has enough tangled history to reward a refresher. Start early, keep the lights low and accept that one more episode rarely means just one more episode.</w:t>
      </w:r>
      <w:r/>
    </w:p>
    <w:p>
      <w:pPr>
        <w:pStyle w:val="Heading2"/>
      </w:pPr>
      <w:r>
        <w:t>Prestige drama puts queer history in the spotlight</w:t>
      </w:r>
      <w:r/>
    </w:p>
    <w:p>
      <w:r/>
      <w:r>
        <w:t>The most emotionally weighty release may be Elsinore, starring Andrew Scott as actor Ian Charleson during the final stages of his life. The film follows Charleson as he prepares to play Hamlet at the National Theatre while living with AIDS, with Olivia Colman appearing as the doctor supporting him through the ordeal.</w:t>
      </w:r>
      <w:r/>
    </w:p>
    <w:p>
      <w:r/>
      <w:r>
        <w:t>Its focus on performance, privacy and the cost of remaining closeted gives the story a particular resonance. It isn't simply a biographical account of a celebrated actor; it also considers how art can offer control and dignity when the body and public world are becoming increasingly difficult to manage.</w:t>
      </w:r>
      <w:r/>
    </w:p>
    <w:p>
      <w:r/>
      <w:r>
        <w:t>Other autumn releases widen that historical and cultural conversation. Tip Toe, from Queer as Folk creator Russell T Davies, examines online homophobia through the story of a gay bar owner, while the UK series It Gets Worse adds Andrew Scott to a therapist-led drama already drawing attention for its provocative trailer. Together, they suggest that queer television is increasingly willing to tackle fear and vulnerability without losing its wit.</w:t>
      </w:r>
      <w:r/>
    </w:p>
    <w:p>
      <w:pPr>
        <w:pStyle w:val="Heading2"/>
      </w:pPr>
      <w:r>
        <w:t>How to build the right autumn watchlist</w:t>
      </w:r>
      <w:r/>
    </w:p>
    <w:p>
      <w:r/>
      <w:r>
        <w:t>Start with your viewing mood rather than the platform. Choose Monster or Carrie for atmospheric horror, The Traitors for communal weekly drama, Club Kid for queer nightlife and Elsinore for a more reflective cinema trip. That small bit of planning can prevent the familiar streaming problem of spending 40 minutes browsing before watching nothing at all.</w:t>
      </w:r>
      <w:r/>
    </w:p>
    <w:p>
      <w:r/>
      <w:r>
        <w:t xml:space="preserve">Check local release information too. Some titles are theatrical, some are tied to specific services and others may arrive later outside their home market. Netflix confirms its own release details, while Peacock provides the clearest route for checking The Traitors: New Blood in the United States. </w:t>
      </w:r>
      <w:hyperlink r:id="rId11">
        <w:r>
          <w:rPr>
            <w:color w:val="0000EE"/>
            <w:u w:val="single"/>
          </w:rPr>
          <w:t>[3]</w:t>
        </w:r>
      </w:hyperlink>
      <w:r>
        <w:t xml:space="preserve"> </w:t>
      </w:r>
      <w:hyperlink r:id="rId13">
        <w:r>
          <w:rPr>
            <w:color w:val="0000EE"/>
            <w:u w:val="single"/>
          </w:rPr>
          <w:t>[6]</w:t>
        </w:r>
      </w:hyperlink>
      <w:r/>
    </w:p>
    <w:p>
      <w:r/>
      <w:r>
        <w:t>The best part of this year's line-up is its variety. There are no rules saying you have to choose between camp, prestige and trashy fun; autumn has room for all three, preferably with snacks nearby and your phone on silent.</w:t>
      </w:r>
      <w:r/>
    </w:p>
    <w:p>
      <w:r/>
      <w:r>
        <w:t>It's a remarkably full season, so pick a mood, mark the dates and settle 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3">
        <w:r>
          <w:rPr>
            <w:color w:val="0000EE"/>
            <w:u w:val="single"/>
          </w:rPr>
          <w:t>[6]</w:t>
        </w:r>
      </w:hyperlink>
      <w:r>
        <w:t xml:space="preserve">, </w:t>
      </w:r>
      <w:hyperlink r:id="rId14">
        <w:r>
          <w:rPr>
            <w:color w:val="0000EE"/>
            <w:u w:val="single"/>
          </w:rPr>
          <w:t>[7]</w:t>
        </w:r>
      </w:hyperlink>
      <w:r>
        <w:t xml:space="preserve">- Paragraph 2: </w:t>
      </w:r>
      <w:hyperlink r:id="rId14">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Paragraph 5: </w:t>
      </w:r>
      <w:hyperlink r:id="rId12">
        <w:r>
          <w:rPr>
            <w:color w:val="0000EE"/>
            <w:u w:val="single"/>
          </w:rPr>
          <w:t>[5]</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9">
        <w:r>
          <w:rPr>
            <w:color w:val="0000EE"/>
            <w:u w:val="single"/>
          </w:rPr>
          <w:t>[1]</w:t>
        </w:r>
      </w:hyperlink>
      <w:r>
        <w:t xml:space="preserve">, </w:t>
      </w:r>
      <w:hyperlink r:id="rId15">
        <w:r>
          <w:rPr>
            <w:color w:val="0000EE"/>
            <w:u w:val="single"/>
          </w:rPr>
          <w:t>[4]</w:t>
        </w:r>
      </w:hyperlink>
      <w:r>
        <w:t xml:space="preserve">- Paragraph 8: </w:t>
      </w:r>
      <w:hyperlink r:id="rId9">
        <w:r>
          <w:rPr>
            <w:color w:val="0000EE"/>
            <w:u w:val="single"/>
          </w:rPr>
          <w:t>[1]</w:t>
        </w:r>
      </w:hyperlink>
      <w:r>
        <w:t xml:space="preserve">, </w:t>
      </w:r>
      <w:hyperlink r:id="rId15">
        <w:r>
          <w:rPr>
            <w:color w:val="0000EE"/>
            <w:u w:val="single"/>
          </w:rPr>
          <w:t>[4]</w:t>
        </w:r>
      </w:hyperlink>
      <w:r>
        <w:t xml:space="preserve">- Paragraph 9: </w:t>
      </w:r>
      <w:hyperlink r:id="rId9">
        <w:r>
          <w:rPr>
            <w:color w:val="0000EE"/>
            <w:u w:val="single"/>
          </w:rPr>
          <w:t>[1]</w:t>
        </w:r>
      </w:hyperlink>
      <w:r>
        <w:t xml:space="preserve">, </w:t>
      </w:r>
      <w:hyperlink r:id="rId11">
        <w:r>
          <w:rPr>
            <w:color w:val="0000EE"/>
            <w:u w:val="single"/>
          </w:rPr>
          <w:t>[3]</w:t>
        </w:r>
      </w:hyperlink>
      <w:r>
        <w:t xml:space="preserve">- Paragraph 10: </w:t>
      </w:r>
      <w:hyperlink r:id="rId9">
        <w:r>
          <w:rPr>
            <w:color w:val="0000EE"/>
            <w:u w:val="single"/>
          </w:rPr>
          <w:t>[1]</w:t>
        </w:r>
      </w:hyperlink>
      <w:r>
        <w:t xml:space="preserve">, </w:t>
      </w:r>
      <w:hyperlink r:id="rId15">
        <w:r>
          <w:rPr>
            <w:color w:val="0000EE"/>
            <w:u w:val="single"/>
          </w:rPr>
          <w:t>[4]</w:t>
        </w:r>
      </w:hyperlink>
      <w:r>
        <w:t xml:space="preserve">- Paragraph 11: </w:t>
      </w:r>
      <w:hyperlink r:id="rId9">
        <w:r>
          <w:rPr>
            <w:color w:val="0000EE"/>
            <w:u w:val="single"/>
          </w:rPr>
          <w:t>[1]</w:t>
        </w:r>
      </w:hyperlink>
      <w:r>
        <w:t xml:space="preserve">, </w:t>
      </w:r>
      <w:hyperlink r:id="rId15">
        <w:r>
          <w:rPr>
            <w:color w:val="0000EE"/>
            <w:u w:val="single"/>
          </w:rPr>
          <w:t>[4]</w:t>
        </w:r>
      </w:hyperlink>
      <w:r>
        <w:t xml:space="preserve">- Paragraph 12: </w:t>
      </w:r>
      <w:hyperlink r:id="rId9">
        <w:r>
          <w:rPr>
            <w:color w:val="0000EE"/>
            <w:u w:val="single"/>
          </w:rPr>
          <w:t>[1]</w:t>
        </w:r>
      </w:hyperlink>
      <w:r>
        <w:t xml:space="preserve">, </w:t>
      </w:r>
      <w:hyperlink r:id="rId15">
        <w:r>
          <w:rPr>
            <w:color w:val="0000EE"/>
            <w:u w:val="single"/>
          </w:rPr>
          <w:t>[4]</w:t>
        </w:r>
      </w:hyperlink>
      <w:r>
        <w:t xml:space="preserve">- Paragraph 13: </w:t>
      </w:r>
      <w:hyperlink r:id="rId9">
        <w:r>
          <w:rPr>
            <w:color w:val="0000EE"/>
            <w:u w:val="single"/>
          </w:rPr>
          <w:t>[1]</w:t>
        </w:r>
      </w:hyperlink>
      <w:r>
        <w:t xml:space="preserve">, </w:t>
      </w:r>
      <w:hyperlink r:id="rId10">
        <w:r>
          <w:rPr>
            <w:color w:val="0000EE"/>
            <w:u w:val="single"/>
          </w:rPr>
          <w:t>[2]</w:t>
        </w:r>
      </w:hyperlink>
      <w:r>
        <w:t xml:space="preserve">- Paragraph 14: </w:t>
      </w:r>
      <w:hyperlink r:id="rId11">
        <w:r>
          <w:rPr>
            <w:color w:val="0000EE"/>
            <w:u w:val="single"/>
          </w:rPr>
          <w:t>[3]</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9">
        <w:r>
          <w:rPr>
            <w:color w:val="0000EE"/>
            <w:u w:val="single"/>
          </w:rPr>
          <w:t>[1]</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https://www.washingtonblade.com/2026/09/17/fall-arts-2026-queer-movies-lgbtq-film/</w:t>
        </w:r>
      </w:hyperlink>
      <w:r>
        <w:t xml:space="preserve"> - Please view link - unable to able to access data</w:t>
      </w:r>
      <w:r/>
    </w:p>
    <w:p>
      <w:pPr>
        <w:pStyle w:val="ListNumber"/>
        <w:spacing w:line="240" w:lineRule="auto"/>
        <w:ind w:left="720"/>
      </w:pPr>
      <w:r/>
      <w:hyperlink r:id="rId10">
        <w:r>
          <w:rPr>
            <w:color w:val="0000EE"/>
            <w:u w:val="single"/>
          </w:rPr>
          <w:t>https://www.netflix.com/title/82068293?src=tudum</w:t>
        </w:r>
      </w:hyperlink>
      <w:r>
        <w:t xml:space="preserve"> - Netflix's 'Monster: The Lizzie Borden Story' is the fourth installment in the 'Monster' anthology series, focusing on the infamous 19th-century axe murder case. Premiering on September 17, 2026, the series stars Ella Beatty as Lizzie Borden, with a cast including Vicky Krieps, Charlie Hunnam, Rebecca Hall, Jessica Barden, Billie Lourd, and Sarah Paulson. The show delves into the Victorian-era household and the brutal murders that shocked the nation, offering a dramatic and psychological exploration of the case. The series is available for streaming on Netflix. (</w:t>
      </w:r>
      <w:hyperlink r:id="rId16">
        <w:r>
          <w:rPr>
            <w:color w:val="0000EE"/>
            <w:u w:val="single"/>
          </w:rPr>
          <w:t>netflix.com</w:t>
        </w:r>
      </w:hyperlink>
      <w:r>
        <w:t>)</w:t>
      </w:r>
      <w:r/>
    </w:p>
    <w:p>
      <w:pPr>
        <w:pStyle w:val="ListNumber"/>
        <w:spacing w:line="240" w:lineRule="auto"/>
        <w:ind w:left="720"/>
      </w:pPr>
      <w:r/>
      <w:hyperlink r:id="rId11">
        <w:r>
          <w:rPr>
            <w:color w:val="0000EE"/>
            <w:u w:val="single"/>
          </w:rPr>
          <w:t>https://www.peacocktv.com/stream-tv/the-traitors</w:t>
        </w:r>
      </w:hyperlink>
      <w:r>
        <w:t xml:space="preserve"> - NBC's 'The Traitors: New Blood' is a reality competition series that premiered on September 17, 2026. Hosted by Alan Cumming, the show features 22 contestants competing in thrilling missions set in a Scottish castle, with a grand prize of up to $250,000. The series is available for streaming on Peacock. (</w:t>
      </w:r>
      <w:hyperlink r:id="rId17">
        <w:r>
          <w:rPr>
            <w:color w:val="0000EE"/>
            <w:u w:val="single"/>
          </w:rPr>
          <w:t>peacocktv.com</w:t>
        </w:r>
      </w:hyperlink>
      <w:r>
        <w:t>)</w:t>
      </w:r>
      <w:r/>
    </w:p>
    <w:p>
      <w:pPr>
        <w:pStyle w:val="ListNumber"/>
        <w:spacing w:line="240" w:lineRule="auto"/>
        <w:ind w:left="720"/>
      </w:pPr>
      <w:r/>
      <w:hyperlink r:id="rId15">
        <w:r>
          <w:rPr>
            <w:color w:val="0000EE"/>
            <w:u w:val="single"/>
          </w:rPr>
          <w:t>https://www.tomsguide.com/entertainment/netflix/5-best-new-netflix-movies-and-shows-to-stream-this-week-sept-14-20-2026</w:t>
        </w:r>
      </w:hyperlink>
      <w:r>
        <w:t xml:space="preserve"> - Tom's Guide highlights several new and returning series on streaming platforms for the week of September 14-20, 2026. Notable additions include 'Monster: The Lizzie Borden Story' on Netflix, the fourth season of the biographical crime drama series focusing on the infamous 1892 axe murder case. The article also mentions other titles like 'Stranger Things: Tales from '85' Season 2 and Jo Koy's stand-up special 'Blue in the Face'. (</w:t>
      </w:r>
      <w:hyperlink r:id="rId18">
        <w:r>
          <w:rPr>
            <w:color w:val="0000EE"/>
            <w:u w:val="single"/>
          </w:rPr>
          <w:t>tomsguide.com</w:t>
        </w:r>
      </w:hyperlink>
      <w:r>
        <w:t>)</w:t>
      </w:r>
      <w:r/>
    </w:p>
    <w:p>
      <w:pPr>
        <w:pStyle w:val="ListNumber"/>
        <w:spacing w:line="240" w:lineRule="auto"/>
        <w:ind w:left="720"/>
      </w:pPr>
      <w:r/>
      <w:hyperlink r:id="rId12">
        <w:r>
          <w:rPr>
            <w:color w:val="0000EE"/>
            <w:u w:val="single"/>
          </w:rPr>
          <w:t>https://www.tomsguide.com/entertainment/streaming/how-to-watch-the-traitors-new-blood</w:t>
        </w:r>
      </w:hyperlink>
      <w:r>
        <w:t xml:space="preserve"> - Tom's Guide provides information on how to watch 'The Traitors: New Blood' online. The reality competition series airs on NBC on Thursday, September 17, 2026, at 8 p.m. ET, with new episodes available every Thursday. The show is also available for streaming on Peacock. (</w:t>
      </w:r>
      <w:hyperlink r:id="rId19">
        <w:r>
          <w:rPr>
            <w:color w:val="0000EE"/>
            <w:u w:val="single"/>
          </w:rPr>
          <w:t>tomsguide.com</w:t>
        </w:r>
      </w:hyperlink>
      <w:r>
        <w:t>)</w:t>
      </w:r>
      <w:r/>
    </w:p>
    <w:p>
      <w:pPr>
        <w:pStyle w:val="ListNumber"/>
        <w:spacing w:line="240" w:lineRule="auto"/>
        <w:ind w:left="720"/>
      </w:pPr>
      <w:r/>
      <w:hyperlink r:id="rId13">
        <w:r>
          <w:rPr>
            <w:color w:val="0000EE"/>
            <w:u w:val="single"/>
          </w:rPr>
          <w:t>https://www.whats-on-netflix.com/news/monster-season-4-lizzie-borden-netflix-release-date-08-2026/</w:t>
        </w:r>
      </w:hyperlink>
      <w:r>
        <w:t xml:space="preserve"> - What's on Netflix offers an updated guide for 'Monster' Season 4, titled 'The Lizzie Borden Story'. The article provides details about the cast, release date, and plot of the new season, which is set to premiere on Netflix in September 2026. The series stars Ella Beatty, Charlie Hunnam, Rebecca Hall, and Sarah Paulson. (</w:t>
      </w:r>
      <w:hyperlink r:id="rId20">
        <w:r>
          <w:rPr>
            <w:color w:val="0000EE"/>
            <w:u w:val="single"/>
          </w:rPr>
          <w:t>whats-on-netflix.com</w:t>
        </w:r>
      </w:hyperlink>
      <w:r>
        <w:t>)</w:t>
      </w:r>
      <w:r/>
    </w:p>
    <w:p>
      <w:pPr>
        <w:pStyle w:val="ListNumber"/>
        <w:spacing w:line="240" w:lineRule="auto"/>
        <w:ind w:left="720"/>
      </w:pPr>
      <w:r/>
      <w:hyperlink r:id="rId14">
        <w:r>
          <w:rPr>
            <w:color w:val="0000EE"/>
            <w:u w:val="single"/>
          </w:rPr>
          <w:t>https://www.netflix.com/tudum/articles/monster-season-4-lizzie-borden-release-date-cast-news?inapp=true</w:t>
        </w:r>
      </w:hyperlink>
      <w:r>
        <w:t xml:space="preserve"> - Netflix's official site provides information about 'Monster' Season 4, titled 'The Lizzie Borden Story'. The article includes details about the cast, release date, and plot of the new season, which is set to premiere on Netflix in September 2026. The series stars Ella Beatty, Vicky Krieps, Charlie Hunnam, Rebecca Hall, Jessica Barden, Billie Lourd, and Sarah Paulson. (</w:t>
      </w:r>
      <w:hyperlink r:id="rId21">
        <w:r>
          <w:rPr>
            <w:color w:val="0000EE"/>
            <w:u w:val="single"/>
          </w:rPr>
          <w:t>netflix.com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17/fall-arts-2026-queer-movies-lgbtq-film/" TargetMode="External"/><Relationship Id="rId10" Type="http://schemas.openxmlformats.org/officeDocument/2006/relationships/hyperlink" Target="https://www.netflix.com/title/82068293?src=tudum" TargetMode="External"/><Relationship Id="rId11" Type="http://schemas.openxmlformats.org/officeDocument/2006/relationships/hyperlink" Target="https://www.peacocktv.com/stream-tv/the-traitors" TargetMode="External"/><Relationship Id="rId12" Type="http://schemas.openxmlformats.org/officeDocument/2006/relationships/hyperlink" Target="https://www.tomsguide.com/entertainment/streaming/how-to-watch-the-traitors-new-blood" TargetMode="External"/><Relationship Id="rId13" Type="http://schemas.openxmlformats.org/officeDocument/2006/relationships/hyperlink" Target="https://www.whats-on-netflix.com/news/monster-season-4-lizzie-borden-netflix-release-date-08-2026/" TargetMode="External"/><Relationship Id="rId14" Type="http://schemas.openxmlformats.org/officeDocument/2006/relationships/hyperlink" Target="https://www.netflix.com/tudum/articles/monster-season-4-lizzie-borden-release-date-cast-news?inapp=true" TargetMode="External"/><Relationship Id="rId15" Type="http://schemas.openxmlformats.org/officeDocument/2006/relationships/hyperlink" Target="https://www.tomsguide.com/entertainment/netflix/5-best-new-netflix-movies-and-shows-to-stream-this-week-sept-14-20-2026" TargetMode="External"/><Relationship Id="rId16" Type="http://schemas.openxmlformats.org/officeDocument/2006/relationships/hyperlink" Target="https://www.netflix.com/title/82068293?src=tudum&amp;utm_source=openai" TargetMode="External"/><Relationship Id="rId17" Type="http://schemas.openxmlformats.org/officeDocument/2006/relationships/hyperlink" Target="https://www.peacocktv.com/stream-tv/the-traitors?utm_source=openai" TargetMode="External"/><Relationship Id="rId18" Type="http://schemas.openxmlformats.org/officeDocument/2006/relationships/hyperlink" Target="https://www.tomsguide.com/entertainment/netflix/5-best-new-netflix-movies-and-shows-to-stream-this-week-sept-14-20-2026?utm_source=openai" TargetMode="External"/><Relationship Id="rId19" Type="http://schemas.openxmlformats.org/officeDocument/2006/relationships/hyperlink" Target="https://www.tomsguide.com/entertainment/streaming/how-to-watch-the-traitors-new-blood?utm_source=openai" TargetMode="External"/><Relationship Id="rId20" Type="http://schemas.openxmlformats.org/officeDocument/2006/relationships/hyperlink" Target="https://www.whats-on-netflix.com/news/monster-season-4-lizzie-borden-netflix-release-date-08-2026/?utm_source=openai" TargetMode="External"/><Relationship Id="rId21" Type="http://schemas.openxmlformats.org/officeDocument/2006/relationships/hyperlink" Target="https://www.netflix.com/tudum/articles/monster-season-4-lizzie-borden-release-date-cast-news?inapp=true&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