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Netflix Teen Sports Drama Crew Girl Is Making Waves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flocking to Crew Girl on Netflix, the Canadian rowing drama pairing high-stakes competition with a warm, uncomplicated queer storyline. With an athletic cast, glossy water scenes and a determined newcomer at its centre, the series offers plenty of reasons to start watching.</w:t>
      </w:r>
      <w:r/>
    </w:p>
    <w:p>
      <w:pPr>
        <w:pStyle w:val="Heading2"/>
      </w:pPr>
      <w:r>
        <w:t>Essential Takeaways</w:t>
      </w:r>
      <w:r/>
      <w:r/>
    </w:p>
    <w:p>
      <w:pPr>
        <w:pStyle w:val="ListBullet"/>
        <w:spacing w:line="240" w:lineRule="auto"/>
        <w:ind w:left="720"/>
      </w:pPr>
      <w:r/>
      <w:r>
        <w:rPr>
          <w:b/>
        </w:rPr>
        <w:t>Streaming success:</w:t>
      </w:r>
      <w:r>
        <w:t xml:space="preserve"> Crew Girl has become a major Netflix talking point and a popular binge-watch choice.</w:t>
      </w:r>
      <w:r/>
    </w:p>
    <w:p>
      <w:pPr>
        <w:pStyle w:val="ListBullet"/>
        <w:spacing w:line="240" w:lineRule="auto"/>
        <w:ind w:left="720"/>
      </w:pPr>
      <w:r/>
      <w:r>
        <w:rPr>
          <w:b/>
        </w:rPr>
        <w:t>Teen rowing drama:</w:t>
      </w:r>
      <w:r>
        <w:t xml:space="preserve"> The story follows Teagan Tao as she rebuilds her life and fights for a place on a competitive team.</w:t>
      </w:r>
      <w:r/>
    </w:p>
    <w:p>
      <w:pPr>
        <w:pStyle w:val="ListBullet"/>
        <w:spacing w:line="240" w:lineRule="auto"/>
        <w:ind w:left="720"/>
      </w:pPr>
      <w:r/>
      <w:r>
        <w:rPr>
          <w:b/>
        </w:rPr>
        <w:t>Queer representation:</w:t>
      </w:r>
      <w:r>
        <w:t xml:space="preserve"> Jude Wilson plays Baloo Garner, an openly gay rower whose sexuality is treated as an ordinary part of life.</w:t>
      </w:r>
      <w:r/>
    </w:p>
    <w:p>
      <w:pPr>
        <w:pStyle w:val="ListBullet"/>
        <w:spacing w:line="240" w:lineRule="auto"/>
        <w:ind w:left="720"/>
      </w:pPr>
      <w:r/>
      <w:r>
        <w:rPr>
          <w:b/>
        </w:rPr>
        <w:t>Strong ensemble:</w:t>
      </w:r>
      <w:r>
        <w:t xml:space="preserve"> The cast includes Miku Martineau, Jessica Pare, Kyle Clark, Samuel Braun and Wilson.</w:t>
      </w:r>
      <w:r/>
    </w:p>
    <w:p>
      <w:pPr>
        <w:pStyle w:val="ListBullet"/>
        <w:spacing w:line="240" w:lineRule="auto"/>
        <w:ind w:left="720"/>
      </w:pPr>
      <w:r/>
      <w:r>
        <w:rPr>
          <w:b/>
        </w:rPr>
        <w:t>Easy weekend viewing:</w:t>
      </w:r>
      <w:r>
        <w:t xml:space="preserve"> Its mix of sport, family tension, friendship and romance gives the show broad appeal.</w:t>
      </w:r>
      <w:r/>
      <w:r/>
    </w:p>
    <w:p>
      <w:pPr>
        <w:pStyle w:val="Heading2"/>
      </w:pPr>
      <w:r>
        <w:t>Why Crew Girl has become a Netflix favourite</w:t>
      </w:r>
      <w:r/>
    </w:p>
    <w:p>
      <w:r/>
      <w:r>
        <w:t>The quickest way to understand Crew Girl's appeal is to imagine a classic teen sports drama, then add sleek boats, cold water and a cast who look entirely at home in rowing kit. The series has the visual polish of a glossy streaming hit, but its emotional engine is familiar: one young athlete arrives somewhere new and has to earn her place.</w:t>
      </w:r>
      <w:r/>
    </w:p>
    <w:p>
      <w:r/>
      <w:r>
        <w:t>Netflix viewers have responded to that combination. Industry coverage from Tom's Guide placed the series among the platform's shows worth watching during a busy week of new releases, while FlixBoss lists it as part of Netflix's available series catalogue.</w:t>
      </w:r>
      <w:r/>
    </w:p>
    <w:p>
      <w:r/>
      <w:r>
        <w:t>That matters because crowded streaming schedules can bury promising dramas within days. Crew Girl has managed to cut through, helped by its accessible premise and the simple pleasure of watching a team learn how to work together.</w:t>
      </w:r>
      <w:r/>
    </w:p>
    <w:p>
      <w:pPr>
        <w:pStyle w:val="Heading2"/>
      </w:pPr>
      <w:r>
        <w:t>Teagan Tao's reset gives the story its momentum</w:t>
      </w:r>
      <w:r/>
    </w:p>
    <w:p>
      <w:r/>
      <w:r>
        <w:t>At the centre is Teagan Tao, played by Miku Martineau. After a painful betrayal involving her father, Teagan is forced to begin again in a smaller community, where joining the rowing squad becomes both a challenge and a possible route towards belonging.</w:t>
      </w:r>
      <w:r/>
    </w:p>
    <w:p>
      <w:r/>
      <w:r>
        <w:t>It isn't just about winning races. Teagan has to negotiate new friendships, old resentments and the unspoken rules of a team that already has its own hierarchy. That gives the show a useful emotional balance, so the rowing scenes never feel like decoration.</w:t>
      </w:r>
      <w:r/>
    </w:p>
    <w:p>
      <w:r/>
      <w:r>
        <w:t>Marie Claire's coverage of the cast highlights the ensemble around Martineau, including Jessica Pare, Kyle Clark, Samuel Braun, Connor Paton, Olga Petsa, Thomas Cadrot and Jude Wilson. The range of personalities helps the show feel more lived-in than a simple underdog story.</w:t>
      </w:r>
      <w:r/>
    </w:p>
    <w:p>
      <w:pPr>
        <w:pStyle w:val="Heading2"/>
      </w:pPr>
      <w:r>
        <w:t>Jude Wilson brings a welcome queer storyline</w:t>
      </w:r>
      <w:r/>
    </w:p>
    <w:p>
      <w:r/>
      <w:r>
        <w:t>Wilson plays Baloo Garner, a rower connected to the team's social centre and the sibling of one of its more intimidating figures. Baloo is openly gay, but the series doesn't turn his sexuality into a constant crisis or a dramatic lesson for everyone around him.</w:t>
      </w:r>
      <w:r/>
    </w:p>
    <w:p>
      <w:r/>
      <w:r>
        <w:t>That low-key approach is one of the show's most appealing choices. In one early moment, Baloo mentions matching with a man on a dating app, and the conversation moves on naturally. There's no grand announcement, no exaggerated reaction and no suggestion that he needs to explain himself.</w:t>
      </w:r>
      <w:r/>
    </w:p>
    <w:p>
      <w:r/>
      <w:r>
        <w:t>The representation is important precisely because it feels ordinary. A young gay character can be funny, attractive, competitive, uncertain or ambitious without being reduced to a single storyline. As the drama develops, viewers will hope Baloo gets more space beyond his role within the rowing team.</w:t>
      </w:r>
      <w:r/>
    </w:p>
    <w:p>
      <w:pPr>
        <w:pStyle w:val="Heading2"/>
      </w:pPr>
      <w:r>
        <w:t>The cast makes the sporting world feel glossy</w:t>
      </w:r>
      <w:r/>
    </w:p>
    <w:p>
      <w:r/>
      <w:r>
        <w:t>Crew Girl understands the visual language of a modern streaming drama. The boats slice through bright water, training sessions carry a satisfying physical intensity and the team uniforms give the series a distinctive look.</w:t>
      </w:r>
      <w:r/>
    </w:p>
    <w:p>
      <w:r/>
      <w:r>
        <w:t>That polish also makes the show easy to recommend to viewers who aren't devoted sports fans. You don't need to know every rowing rule to understand the pressure of selection, the sting of being left out or the relief of finally finding your rhythm.</w:t>
      </w:r>
      <w:r/>
    </w:p>
    <w:p>
      <w:r/>
      <w:r>
        <w:t>Tom's Guide included Crew Girl in its round-ups of new Netflix viewing, alongside other titles competing for weekend attention. That positioning says plenty about its role: this is a fast, accessible binge rather than a demanding technical sports drama.</w:t>
      </w:r>
      <w:r/>
    </w:p>
    <w:p>
      <w:pPr>
        <w:pStyle w:val="Heading2"/>
      </w:pPr>
      <w:r>
        <w:t>What to know before you start watching</w:t>
      </w:r>
      <w:r/>
    </w:p>
    <w:p>
      <w:r/>
      <w:r>
        <w:t>If you're choosing a new teen series, expect a blend of family conflict, school-age friendships, romance and team rivalry. The rowing provides structure, but the real focus is on identity and the awkward, hopeful process of starting over.</w:t>
      </w:r>
      <w:r/>
    </w:p>
    <w:p>
      <w:r/>
      <w:r>
        <w:t>It helps to watch the early episodes with an open mind. The show has several familiar ingredients, including the popular clique, the newcomer and the pressure-cooker team environment, but its inclusive character mix gives those conventions a fresher feel.</w:t>
      </w:r>
      <w:r/>
    </w:p>
    <w:p>
      <w:r/>
      <w:r>
        <w:t>For viewers looking specifically for queer representation in a mainstream Netflix drama, Baloo is a useful reason to tune in. The series still has room to develop him further, but that understated beginning feels promising. Sometimes the most meaningful step is simply allowing a character to exist without making his identity a problem to solve.</w:t>
      </w:r>
      <w:r/>
    </w:p>
    <w:p>
      <w:r/>
      <w:r>
        <w:t>Crew Girl is a bright, easy-to-binge sports drama with enough heart to keep the oars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4">
        <w:r>
          <w:rPr>
            <w:color w:val="0000EE"/>
            <w:u w:val="single"/>
          </w:rPr>
          <w:t>[3]</w:t>
        </w:r>
      </w:hyperlink>
      <w:r>
        <w:t xml:space="preserve">, </w:t>
      </w:r>
      <w:hyperlink r:id="rId12">
        <w:r>
          <w:rPr>
            <w:color w:val="0000EE"/>
            <w:u w:val="single"/>
          </w:rPr>
          <w:t>[6]</w:t>
        </w:r>
      </w:hyperlink>
      <w:r>
        <w:t xml:space="preserve">- Paragraph 6: </w:t>
      </w:r>
      <w:hyperlink r:id="rId15">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[3]</w:t>
        </w:r>
      </w:hyperlink>
      <w:r>
        <w:t xml:space="preserve">- Paragraph 8: </w:t>
      </w:r>
      <w:hyperlink r:id="rId11">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https://instinctmagazine.com/crew-girl-jude-wilson/</w:t>
        </w:r>
      </w:hyperlink>
      <w:r>
        <w:t xml:space="preserve"> - Please view link - unable to able to access data</w:t>
      </w:r>
      <w:r/>
    </w:p>
    <w:p>
      <w:pPr>
        <w:pStyle w:val="ListNumber"/>
        <w:spacing w:line="240" w:lineRule="auto"/>
        <w:ind w:left="720"/>
      </w:pPr>
      <w:r/>
      <w:hyperlink r:id="rId10">
        <w:r>
          <w:rPr>
            <w:color w:val="0000EE"/>
            <w:u w:val="single"/>
          </w:rPr>
          <w:t>https://www.tomsguide.com/entertainment/netflix/netflix-top-10-shows-heres-the-3-you-need-to-binge-watch-this-week-september-15-21</w:t>
        </w:r>
      </w:hyperlink>
      <w:r>
        <w:t xml:space="preserve"> - As of September 15, 2026, Netflix's U.S. Top 10 list includes several binge-worthy shows, with three particularly highlighted as must-watches this week. Leading the pack is 'Crew Girl,' a teen sports drama centered on Teagan Tao, a determined 16-year-old who joins an all-boys rowing team after a life upheaval, navigating both athletic and romantic tensions. Next is 'The Perfect Lie,' a Dutch mystery thriller based on Saskia Noort's novel, which explores the secrets of an elite social group following a suspicious house fire. Its fragmented narrative and shifting perspectives offer a compelling watch akin to 'Big Little Lies.' Lastly, 'The Gentlemen,' a crime series by Guy Ritchie, continues to deliver stylish action and humor in its second season. Expanding from the British aristocratic drug world to Italy, the show follows Eddie Horniman and Susie Glass as they contend with new challenges and enemies. These three shows represent diverse genres—teen drama, psychological thriller, and crime comedy—ensuring engaging options for a variety of viewers during the cozy fall season.</w:t>
      </w:r>
      <w:r/>
    </w:p>
    <w:p>
      <w:pPr>
        <w:pStyle w:val="ListNumber"/>
        <w:spacing w:line="240" w:lineRule="auto"/>
        <w:ind w:left="720"/>
      </w:pPr>
      <w:r/>
      <w:hyperlink r:id="rId14">
        <w:r>
          <w:rPr>
            <w:color w:val="0000EE"/>
            <w:u w:val="single"/>
          </w:rPr>
          <w:t>https://www.marieclaire.com/culture/tv-shows/crew-girl-cast/</w:t>
        </w:r>
      </w:hyperlink>
      <w:r>
        <w:t xml:space="preserve"> - Netflix’s new teen drama 'Crew Girl,' created by Vivian Lin and released on September 10, 2026, follows Teagan Tao, portrayed by Miku Martineau, a star rower who relocates to Easton Prep after her father’s financial scandal disrupts their lives. Lacking a girls' rowing team, Teagan becomes coxswain for the boys' troubled crew team, navigating new friendships, rivalries, and romance. The show features a diverse cast including Jessica Paré as Teagan’s mother, Ella Tao; Samuel Braun as competitive teammate Josh Regis; Kyle Clark as working-class rower Cam Dillinger; and Thomas Cadrot as Coach Matt Hayden. Supporting characters include Josh's cousin Ryder (Connor Paton), easy-going Baloo (Jude Wilson), Teagan's friend Juliet (Olga Petsa), resident Queen Bee Britney (Sage Linder), and others portrayed by actors like Riley Davis, Alaska Leigh, Connor Wong, Jarrett Carlington, and Niall Matter. Blending sports drama and teen romance, the series also serves as an introduction to competitive rowing. With a cast of upcoming and established actors, 'Crew Girl' showcases personal and athletic growth against the backdrop of a prestigious prep school.</w:t>
      </w:r>
      <w:r/>
    </w:p>
    <w:p>
      <w:pPr>
        <w:pStyle w:val="ListNumber"/>
        <w:spacing w:line="240" w:lineRule="auto"/>
        <w:ind w:left="720"/>
      </w:pPr>
      <w:r/>
      <w:hyperlink r:id="rId11">
        <w:r>
          <w:rPr>
            <w:color w:val="0000EE"/>
            <w:u w:val="single"/>
          </w:rPr>
          <w:t>https://www.tomsguide.com/entertainment/netflix/3-best-new-to-netflix-shows-you-should-binge-watch-this-weekend-sept-11-13</w:t>
        </w:r>
      </w:hyperlink>
      <w:r>
        <w:t xml:space="preserve"> - For the weekend of September 11-13, 2026, Netflix has released a variety of new shows ideal for binge-watching. Among the standout titles is 'Dang!', an adult animated comedy created by Andrew Law and Matt Murray with executive producer Mike Schur. The show centers around chaotic millennial siblings in New York City and balances irreverent humor with sincere family dynamics. Another highlight is 'Crew Girl,' a Canadian sports romance featuring 16-year-old Teagan Tao, who joins a boys’ rowing team at an elite prep school after moving due to a family scandal, leading to drama and romantic entanglements. Lastly, 'The Perfect Lie,' a Dutch psychological thriller based on Saskia Noort’s novel 'The Dinner Club,' delves into dark secrets within an affluent village community after a tragic house fire. These three diverse genres—a comedy, a teen sports romance, and a mystery-thriller—offer compelling options for viewers seeking a weekend binge on Netflix.</w:t>
      </w:r>
      <w:r/>
    </w:p>
    <w:p>
      <w:pPr>
        <w:pStyle w:val="ListNumber"/>
        <w:spacing w:line="240" w:lineRule="auto"/>
        <w:ind w:left="720"/>
      </w:pPr>
      <w:r/>
      <w:hyperlink r:id="rId15">
        <w:r>
          <w:rPr>
            <w:color w:val="0000EE"/>
            <w:u w:val="single"/>
          </w:rPr>
          <w:t>https://www.tomsguide.com/entertainment/streaming/10-new-movies-and-shows-to-stream-this-weekend-on-netflix-hulu-peacock-and-more-sept-11-13</w:t>
        </w:r>
      </w:hyperlink>
      <w:r>
        <w:t xml:space="preserve"> - This weekend (Sept. 11-13, 2026), several new TV shows and movies are available for streaming across Netflix, Hulu, Peacock, Apple TV, and Prime Video. Topping the list is the second season of workplace comedy The Paper (Peacock), followed by Call My Agent! The Movie (Netflix), a compelling follow-up to the hit French series. Peacock also debuts season two of Saturday Night Live UK, offering a distinctly British take on sketch comedy. Hulu returns with the explosive fifth season of reality docu-soap The Secret Lives of Mormon Wives. Action fans can catch Mutiny (Prime Video), a Jason Statham thriller set on a cargo ship, while rom-com lovers may enjoy One Night Only, a quirky original concept streaming digitally. Apple TV’s Last Seen introduces a psychological thriller about a man searching for his missing daughter. Netflix adds Tyler Perry’s Why Did I Get Married Again? and the teen rowing drama Crew Girl. Finally, Disney’s Moana gets a live-action adaptation now available for digital purchase on Prime Video. The diverse lineup ensures entertainment options for all tastes this weekend.</w:t>
      </w:r>
      <w:r/>
    </w:p>
    <w:p>
      <w:pPr>
        <w:pStyle w:val="ListNumber"/>
        <w:spacing w:line="240" w:lineRule="auto"/>
        <w:ind w:left="720"/>
      </w:pPr>
      <w:r/>
      <w:hyperlink r:id="rId12">
        <w:r>
          <w:rPr>
            <w:color w:val="0000EE"/>
            <w:u w:val="single"/>
          </w:rPr>
          <w:t>https://flixboss.com/series/crew-girl-81991578</w:t>
        </w:r>
      </w:hyperlink>
      <w:r>
        <w:t xml:space="preserve"> - 'Crew Girl' is a 2026 drama series available on Netflix. The show follows Teagan Tao, a 16-year-old female rower who becomes the coxswain of a dysfunctional all-boys rowing team at an elite prep school. The series stars Miku Martineau as Teagan Tao, Jessica Paré as her mother Ella Emerson-Tao, Samuel Braun as Josh Regis, Kyle Clark as Cam Dillinger, and Thomas Cadrot as Coach Matt Hayden. The show carries a TV-14 rating, suggesting that it contains material that may be inappropriate for children under 14. 'Crew Girl' is available to stream on Netflix in the U.S. and other countries, including Argentina, Australia, Belgium, Brazil, Canada, Colombia, Czechia, France, Germany, Greece, Hungary, India, Israel, Italy, Japan, Lithuania, Mexico, Netherlands, Poland, Portugal, Singapore, Slovakia, South Africa, South Korea, Spain, Sweden, Switzerland, Thailand, Turkey, and the United Kingdom. The series premiered on September 10, 2026, and consists of eight episodes.</w:t>
      </w:r>
      <w:r/>
    </w:p>
    <w:p>
      <w:pPr>
        <w:pStyle w:val="ListNumber"/>
        <w:spacing w:line="240" w:lineRule="auto"/>
        <w:ind w:left="720"/>
      </w:pPr>
      <w:r/>
      <w:hyperlink r:id="rId13">
        <w:r>
          <w:rPr>
            <w:color w:val="0000EE"/>
            <w:u w:val="single"/>
          </w:rPr>
          <w:t>https://www.whats-on-netflix.com/news/crew-girl-netflix-release-date/</w:t>
        </w:r>
      </w:hyperlink>
      <w:r>
        <w:t xml:space="preserve"> - Netflix has just quietly revealed what could be your next high school teen drama obsession. You’ll soon be hitting the water with 'Crew Girl,' a brand-new Canadian coming-of-age sports romance set in the competitive world of prep school rowing. Following a fresh update from Netflix, we now know the eight-episode series will be making a splash on our screens globally on Thursday, September 10th, 2026. We first covered this project back in August 2025 under its working title, Easton Prep. Developed by Vivian Lin and Morwyn Brebner, and helmed by Lin (SkyMed, The Lake) as showrunner and executive producer, 'Crew Girl' is produced by Blue Ant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crew-girl-jude-wilson/" TargetMode="External"/><Relationship Id="rId10" Type="http://schemas.openxmlformats.org/officeDocument/2006/relationships/hyperlink" Target="https://www.tomsguide.com/entertainment/netflix/netflix-top-10-shows-heres-the-3-you-need-to-binge-watch-this-week-september-15-21" TargetMode="External"/><Relationship Id="rId11" Type="http://schemas.openxmlformats.org/officeDocument/2006/relationships/hyperlink" Target="https://www.tomsguide.com/entertainment/netflix/3-best-new-to-netflix-shows-you-should-binge-watch-this-weekend-sept-11-13" TargetMode="External"/><Relationship Id="rId12" Type="http://schemas.openxmlformats.org/officeDocument/2006/relationships/hyperlink" Target="https://flixboss.com/series/crew-girl-81991578" TargetMode="External"/><Relationship Id="rId13" Type="http://schemas.openxmlformats.org/officeDocument/2006/relationships/hyperlink" Target="https://www.whats-on-netflix.com/news/crew-girl-netflix-release-date/" TargetMode="External"/><Relationship Id="rId14" Type="http://schemas.openxmlformats.org/officeDocument/2006/relationships/hyperlink" Target="https://www.marieclaire.com/culture/tv-shows/crew-girl-cast/" TargetMode="External"/><Relationship Id="rId15" Type="http://schemas.openxmlformats.org/officeDocument/2006/relationships/hyperlink" Target="https://www.tomsguide.com/entertainment/streaming/10-new-movies-and-shows-to-stream-this-weekend-on-netflix-hulu-peacock-and-more-sept-11-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