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Nightlife in Perth: Why Connections Still Matters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Partygoers are still heading to Connections Nightclub in Northbridge, Perth, for drag, DJs and late-night dancing. After opening in 1975, the venue remains a landmark LGBTQIA+ night out, with themed events, multiple spaces and a famously late finish that keeps the city moving after midnight.</w:t>
      </w:r>
      <w:r/>
    </w:p>
    <w:p>
      <w:pPr>
        <w:pStyle w:val="Heading2"/>
      </w:pPr>
      <w:r>
        <w:t>Essential Takeaways</w:t>
      </w:r>
      <w:r/>
      <w:r/>
    </w:p>
    <w:p>
      <w:pPr>
        <w:pStyle w:val="ListBullet"/>
        <w:spacing w:line="240" w:lineRule="auto"/>
        <w:ind w:left="720"/>
      </w:pPr>
      <w:r/>
      <w:r>
        <w:rPr>
          <w:b/>
        </w:rPr>
        <w:t>A Perth institution:</w:t>
      </w:r>
      <w:r>
        <w:t xml:space="preserve"> Connections opened in 1975 and is widely recognised as Australia’s longest-running nightclub.</w:t>
      </w:r>
      <w:r/>
    </w:p>
    <w:p>
      <w:pPr>
        <w:pStyle w:val="ListBullet"/>
        <w:spacing w:line="240" w:lineRule="auto"/>
        <w:ind w:left="720"/>
      </w:pPr>
      <w:r/>
      <w:r>
        <w:rPr>
          <w:b/>
        </w:rPr>
        <w:t>Something for every mood:</w:t>
      </w:r>
      <w:r>
        <w:t xml:space="preserve"> Expect a busy main dance floor, a quieter upstairs lounge and a rooftop terrace for fresh air.</w:t>
      </w:r>
      <w:r/>
    </w:p>
    <w:p>
      <w:pPr>
        <w:pStyle w:val="ListBullet"/>
        <w:spacing w:line="240" w:lineRule="auto"/>
        <w:ind w:left="720"/>
      </w:pPr>
      <w:r/>
      <w:r>
        <w:rPr>
          <w:b/>
        </w:rPr>
        <w:t>Weekly entertainment:</w:t>
      </w:r>
      <w:r>
        <w:t xml:space="preserve"> Drag bingo, themed Friday programming, headline performers and DJs shape the regular calendar.</w:t>
      </w:r>
      <w:r/>
    </w:p>
    <w:p>
      <w:pPr>
        <w:pStyle w:val="ListBullet"/>
        <w:spacing w:line="240" w:lineRule="auto"/>
        <w:ind w:left="720"/>
      </w:pPr>
      <w:r/>
      <w:r>
        <w:rPr>
          <w:b/>
        </w:rPr>
        <w:t>Late-night location:</w:t>
      </w:r>
      <w:r>
        <w:t xml:space="preserve"> The club sits on James Street in Northbridge, close to other bars and nightlife venues.</w:t>
      </w:r>
      <w:r/>
    </w:p>
    <w:p>
      <w:pPr>
        <w:pStyle w:val="ListBullet"/>
        <w:spacing w:line="240" w:lineRule="auto"/>
        <w:ind w:left="720"/>
      </w:pPr>
      <w:r/>
      <w:r>
        <w:rPr>
          <w:b/>
        </w:rPr>
        <w:t>Check before travelling:</w:t>
      </w:r>
      <w:r>
        <w:t xml:space="preserve"> Opening nights, performers and event details can change, so check the club’s current social channels first.</w:t>
      </w:r>
      <w:r/>
      <w:r/>
    </w:p>
    <w:p>
      <w:pPr>
        <w:pStyle w:val="Heading2"/>
      </w:pPr>
      <w:r>
        <w:t>Fifty years later, the dance floor still wins</w:t>
      </w:r>
      <w:r/>
    </w:p>
    <w:p>
      <w:r/>
      <w:r>
        <w:t>There’s a particular kind of energy at Connections after midnight: warm, loud and gloriously unpolished. The main floor fills with dancers, while the music carries on into the early hours, making the club a natural choice for anyone who thinks a night out should properly begin after dinner.</w:t>
      </w:r>
      <w:r/>
    </w:p>
    <w:p>
      <w:r/>
      <w:r>
        <w:t>According to DNA Magazine, Connections opened in Northbridge in 1975 and has kept its doors open for five decades. That longevity is impressive on its own, but the real achievement is that it hasn’t become a museum piece. It still feels like a working nightclub, not a heritage plaque with a bar attached.</w:t>
      </w:r>
      <w:r/>
    </w:p>
    <w:p>
      <w:pPr>
        <w:pStyle w:val="Heading2"/>
      </w:pPr>
      <w:r>
        <w:t>Three rooms, three different versions of a night out</w:t>
      </w:r>
      <w:r/>
    </w:p>
    <w:p>
      <w:r/>
      <w:r>
        <w:t>One reason the venue remains useful for groups is its changing pace. The main dance floor is the obvious starting point, with plenty of movement and a sweaty, communal atmosphere. When conversation becomes impossible, the upstairs lounge offers a calmer alternative.</w:t>
      </w:r>
      <w:r/>
    </w:p>
    <w:p>
      <w:r/>
      <w:r>
        <w:t>The rooftop terrace adds another welcome escape, particularly when the music and crowd make the dance floor feel like a sauna. Visit Perth highlights Connections as part of the city’s established nightlife scene, and that mix of spaces helps explain its staying power.</w:t>
      </w:r>
      <w:r/>
    </w:p>
    <w:p>
      <w:pPr>
        <w:pStyle w:val="Heading2"/>
      </w:pPr>
      <w:r>
        <w:t>Drag bingo, DJs and a packed weekly calendar</w:t>
      </w:r>
      <w:r/>
    </w:p>
    <w:p>
      <w:r/>
      <w:r>
        <w:t>Connections isn’t relying on one big Saturday to keep people interested. Its regular programming includes drag bingo on Thursdays, Friday entertainment and Saturday nights featuring drag performers and DJs. The result is a calendar with enough variety to reward repeat visits.</w:t>
      </w:r>
      <w:r/>
    </w:p>
    <w:p>
      <w:r/>
      <w:r>
        <w:t>That matters in a city where nightlife can easily feel divided between quiet drinks and full-volume clubbing. Listings from The Urban List and Concrete Playground place Connections firmly in Perth’s LGBTQIA+ entertainment circuit, with its appeal resting as much on the atmosphere and performers as on the music.</w:t>
      </w:r>
      <w:r/>
    </w:p>
    <w:p>
      <w:pPr>
        <w:pStyle w:val="Heading2"/>
      </w:pPr>
      <w:r>
        <w:t>Planning a night at Connections? Start here</w:t>
      </w:r>
      <w:r/>
    </w:p>
    <w:p>
      <w:r/>
      <w:r>
        <w:t>The club is at 81 James Street, Northbridge, within easy walking distance of other bars and venues in the precinct. That makes it simple to build an evening around the club, whether you’re starting with dinner, meeting friends nearby or carrying on after another event.</w:t>
      </w:r>
      <w:r/>
    </w:p>
    <w:p>
      <w:r/>
      <w:r>
        <w:t>For the best experience, check the advertised programme before heading out. Travel Gay and other venue guides note Connections as a key Perth nightlife stop, but individual nights can differ considerably. A quieter weekday event and a packed Saturday may feel like two entirely different venues.</w:t>
      </w:r>
      <w:r/>
    </w:p>
    <w:p>
      <w:pPr>
        <w:pStyle w:val="Heading2"/>
      </w:pPr>
      <w:r>
        <w:t>Why this Perth club still feels relevant</w:t>
      </w:r>
      <w:r/>
    </w:p>
    <w:p>
      <w:r/>
      <w:r>
        <w:t>Longevity alone doesn’t guarantee relevance. Connections has lasted because it continues to offer the essentials people want from a dependable night out: familiar faces, performers worth seeing, room to dance and enough flexibility to suit different kinds of visitors.</w:t>
      </w:r>
      <w:r/>
    </w:p>
    <w:p>
      <w:r/>
      <w:r>
        <w:t>There’s also something reassuring about a venue that has witnessed so many changes in the city and still knows how to keep a crowd entertained. As OnlyOz and Wikipedia record, its long history is central to the club’s identity, but the current experience is what keeps people returning. Fifty years in, the party still has somewhere to go.</w:t>
      </w:r>
      <w:r/>
    </w:p>
    <w:p>
      <w:r/>
      <w:r>
        <w:t>It's a small piece of Perth nightlife history with a very lively present.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3">
        <w:r>
          <w:rPr>
            <w:color w:val="0000EE"/>
            <w:u w:val="single"/>
          </w:rPr>
          <w:t>[5]</w:t>
        </w:r>
      </w:hyperlink>
      <w:r>
        <w:t xml:space="preserve">, </w:t>
      </w:r>
      <w:hyperlink r:id="rId15">
        <w:r>
          <w:rPr>
            <w:color w:val="0000EE"/>
            <w:u w:val="single"/>
          </w:rPr>
          <w:t>[6]</w:t>
        </w:r>
      </w:hyperlink>
      <w:r>
        <w:t xml:space="preserve">- Paragraph 6: </w:t>
      </w:r>
      <w:hyperlink r:id="rId12">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https://www.dnamagazine.com.au/perth-proud-awards-pridefest-2026/</w:t>
        </w:r>
      </w:hyperlink>
      <w:r>
        <w:t xml:space="preserve"> - Please view link - unable to able to access data</w:t>
      </w:r>
      <w:r/>
    </w:p>
    <w:p>
      <w:pPr>
        <w:pStyle w:val="ListNumber"/>
        <w:spacing w:line="240" w:lineRule="auto"/>
        <w:ind w:left="720"/>
      </w:pPr>
      <w:r/>
      <w:hyperlink r:id="rId10">
        <w:r>
          <w:rPr>
            <w:color w:val="0000EE"/>
            <w:u w:val="single"/>
          </w:rPr>
          <w:t>https://www.visitperth.com/eat-and-drink/nightlife/Venues/connections-nightclub</w:t>
        </w:r>
      </w:hyperlink>
      <w:r>
        <w:t xml:space="preserve"> - Connections Nightclub, located at 81 James Street in Northbridge, Perth, is Western Australia's premier LGBTQIA+ nightspot. Established in 1975, it offers a vibrant atmosphere with a main dance area, rooftop terrace, and lounge. The club is known for its energetic electro disco house music, resident drag queens, and diverse clientele. Open Wednesday to Saturday, it provides a safe and inclusive space for the community. For more information, visit their official website.</w:t>
      </w:r>
      <w:r/>
    </w:p>
    <w:p>
      <w:pPr>
        <w:pStyle w:val="ListNumber"/>
        <w:spacing w:line="240" w:lineRule="auto"/>
        <w:ind w:left="720"/>
      </w:pPr>
      <w:r/>
      <w:hyperlink r:id="rId12">
        <w:r>
          <w:rPr>
            <w:color w:val="0000EE"/>
            <w:u w:val="single"/>
          </w:rPr>
          <w:t>https://en.wikipedia.org/wiki/Connections_Nightclub</w:t>
        </w:r>
      </w:hyperlink>
      <w:r>
        <w:t xml:space="preserve"> - Connections Nightclub, colloquially known as 'Connies', is a historic venue in Perth's Northbridge suburb. Opened on 13 December 1975, it is believed to be the longest-running gay club in the southern hemisphere. The club has played a pivotal role in Perth's LGBTQIA+ community, hosting DJ nights, cabaret shows, and drag performances. It features a main dance floor, rooftop terrace, and upstairs lounge. Notable celebrities, including Boy George and Elton John, have frequented the venue.</w:t>
      </w:r>
      <w:r/>
    </w:p>
    <w:p>
      <w:pPr>
        <w:pStyle w:val="ListNumber"/>
        <w:spacing w:line="240" w:lineRule="auto"/>
        <w:ind w:left="720"/>
      </w:pPr>
      <w:r/>
      <w:hyperlink r:id="rId11">
        <w:r>
          <w:rPr>
            <w:color w:val="0000EE"/>
            <w:u w:val="single"/>
          </w:rPr>
          <w:t>https://www.theurbanlist.com/perth/directory/connections-nightclub</w:t>
        </w:r>
      </w:hyperlink>
      <w:r>
        <w:t xml:space="preserve"> - Connections Nightclub, situated at 81 James Street in Northbridge, Perth, is a renowned LGBTQIA+ venue. The club offers a lively atmosphere with a main dance floor, rooftop terrace, and lounge area. It hosts various events, including drag shows and themed nights. Open Wednesday to Saturday, it provides a welcoming environment for all patrons. For the latest events and information, visit their official website.</w:t>
      </w:r>
      <w:r/>
    </w:p>
    <w:p>
      <w:pPr>
        <w:pStyle w:val="ListNumber"/>
        <w:spacing w:line="240" w:lineRule="auto"/>
        <w:ind w:left="720"/>
      </w:pPr>
      <w:r/>
      <w:hyperlink r:id="rId13">
        <w:r>
          <w:rPr>
            <w:color w:val="0000EE"/>
            <w:u w:val="single"/>
          </w:rPr>
          <w:t>https://www.travelgay.com/venue/connections-nightclub</w:t>
        </w:r>
      </w:hyperlink>
      <w:r>
        <w:t xml:space="preserve"> - Connections Nightclub, located at 81 James Street in Perth, Australia, is a popular LGBTQIA+ venue. Established in 1975, it features a main club area, relaxed downstairs lounge, and an outside terrace. The club hosts international DJs and drag shows, attracting a diverse crowd. Open Wednesday to Saturday, it offers a vibrant nightlife experience. For more details, visit their official website.</w:t>
      </w:r>
      <w:r/>
    </w:p>
    <w:p>
      <w:pPr>
        <w:pStyle w:val="ListNumber"/>
        <w:spacing w:line="240" w:lineRule="auto"/>
        <w:ind w:left="720"/>
      </w:pPr>
      <w:r/>
      <w:hyperlink r:id="rId15">
        <w:r>
          <w:rPr>
            <w:color w:val="0000EE"/>
            <w:u w:val="single"/>
          </w:rPr>
          <w:t>https://www.onlyoz.com.au/perth/connections-nightclub</w:t>
        </w:r>
      </w:hyperlink>
      <w:r>
        <w:t xml:space="preserve"> - Connections Nightclub, nestled in the heart of Northbridge since 1975, is Perth's premier gay and lesbian nightspot. The club offers a lively atmosphere with a main dance room, rooftop terrace, and lounge. It hosts various events, including drag shows and themed nights. Open Wednesday to Saturday, it provides a welcoming environment for all patrons. For more information, visit their official website.</w:t>
      </w:r>
      <w:r/>
    </w:p>
    <w:p>
      <w:pPr>
        <w:pStyle w:val="ListNumber"/>
        <w:spacing w:line="240" w:lineRule="auto"/>
        <w:ind w:left="720"/>
      </w:pPr>
      <w:r/>
      <w:hyperlink r:id="rId14">
        <w:r>
          <w:rPr>
            <w:color w:val="0000EE"/>
            <w:u w:val="single"/>
          </w:rPr>
          <w:t>https://concreteplayground.com/perth/bars/connections-nightclub</w:t>
        </w:r>
      </w:hyperlink>
      <w:r>
        <w:t xml:space="preserve"> - Connections Nightclub, located at 81 James Street in Northbridge, Perth, is a historic venue that has played a significant role in shaping Perth's gay scene since 1975. The club features a main dance floor, rooftop terrace, and lounge area. It hosts various events, including drag shows and themed nights. Open Wednesday to Saturday, it offers a vibrant nightlife experience. For more details, visit their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perth-proud-awards-pridefest-2026/" TargetMode="External"/><Relationship Id="rId10" Type="http://schemas.openxmlformats.org/officeDocument/2006/relationships/hyperlink" Target="https://www.visitperth.com/eat-and-drink/nightlife/Venues/connections-nightclub" TargetMode="External"/><Relationship Id="rId11" Type="http://schemas.openxmlformats.org/officeDocument/2006/relationships/hyperlink" Target="https://www.theurbanlist.com/perth/directory/connections-nightclub" TargetMode="External"/><Relationship Id="rId12" Type="http://schemas.openxmlformats.org/officeDocument/2006/relationships/hyperlink" Target="https://en.wikipedia.org/wiki/Connections_Nightclub" TargetMode="External"/><Relationship Id="rId13" Type="http://schemas.openxmlformats.org/officeDocument/2006/relationships/hyperlink" Target="https://www.travelgay.com/venue/connections-nightclub" TargetMode="External"/><Relationship Id="rId14" Type="http://schemas.openxmlformats.org/officeDocument/2006/relationships/hyperlink" Target="https://concreteplayground.com/perth/bars/connections-nightclub" TargetMode="External"/><Relationship Id="rId15" Type="http://schemas.openxmlformats.org/officeDocument/2006/relationships/hyperlink" Target="https://www.onlyoz.com.au/perth/connections-nightclu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