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Showcase in San Francisco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Frameline is bringing five LGBTQ+ films to San Francisco this October and November, with screenings spread across much-loved venues including the Castro and Vogue theatres. The inaugural autumn showcase follows the organisation's 50th festival and turns LGBTQ+ History Month into a shared cinema experience, pairing new festival discoveries with a warmly nostalgic Dolly Parton opener.</w:t>
      </w:r>
      <w:r/>
    </w:p>
    <w:p>
      <w:pPr>
        <w:pStyle w:val="Heading2"/>
      </w:pPr>
      <w:r>
        <w:t>Five films, one very timely celebration</w:t>
      </w:r>
      <w:r/>
    </w:p>
    <w:p>
      <w:r/>
      <w:r>
        <w:t>The new Frameline fall showcase is designed as more than a run of screenings. It brings together five LGBTQ+ stories and the creative voices behind them, giving audiences a chance to watch, discuss and remember collectively in some of San Francisco's most recognisable cinemas.</w:t>
      </w:r>
      <w:r/>
    </w:p>
    <w:p>
      <w:r/>
      <w:r>
        <w:t>The programme follows Frameline's landmark 50th San Francisco International LGBTQ+ Film Festival, held in June. Frameline's festival information confirms the organisation's continuing focus on LGBTQ+ cinema and community, while the showcase gives that anniversary a second act during LGBTQ+ History Month.</w:t>
      </w:r>
      <w:r/>
    </w:p>
    <w:p>
      <w:r/>
      <w:r>
        <w:rPr>
          <w:b/>
        </w:rPr>
        <w:t>Essential takeaways</w:t>
      </w:r>
      <w:r/>
      <w:r/>
    </w:p>
    <w:p>
      <w:pPr>
        <w:pStyle w:val="ListBullet"/>
        <w:spacing w:line="240" w:lineRule="auto"/>
        <w:ind w:left="720"/>
      </w:pPr>
      <w:r/>
      <w:r>
        <w:rPr>
          <w:b/>
        </w:rPr>
        <w:t>Opening night:</w:t>
      </w:r>
      <w:r>
        <w:t xml:space="preserve"> The programme begins with </w:t>
      </w:r>
      <w:r>
        <w:rPr>
          <w:i/>
        </w:rPr>
        <w:t>9 to 5</w:t>
      </w:r>
      <w:r>
        <w:t xml:space="preserve"> at the Castro Theatre on 11 October.</w:t>
      </w:r>
      <w:r/>
    </w:p>
    <w:p>
      <w:pPr>
        <w:pStyle w:val="ListBullet"/>
        <w:spacing w:line="240" w:lineRule="auto"/>
        <w:ind w:left="720"/>
      </w:pPr>
      <w:r/>
      <w:r>
        <w:rPr>
          <w:b/>
        </w:rPr>
        <w:t>Five featured films:</w:t>
      </w:r>
      <w:r>
        <w:t xml:space="preserve"> </w:t>
      </w:r>
      <w:r>
        <w:rPr>
          <w:i/>
        </w:rPr>
        <w:t>Mouse</w:t>
      </w:r>
      <w:r>
        <w:t xml:space="preserve">, </w:t>
      </w:r>
      <w:r>
        <w:rPr>
          <w:i/>
        </w:rPr>
        <w:t>Tangles</w:t>
      </w:r>
      <w:r>
        <w:t xml:space="preserve">, </w:t>
      </w:r>
      <w:r>
        <w:rPr>
          <w:i/>
        </w:rPr>
        <w:t>Clarissa</w:t>
      </w:r>
      <w:r>
        <w:t xml:space="preserve">, </w:t>
      </w:r>
      <w:r>
        <w:rPr>
          <w:i/>
        </w:rPr>
        <w:t>Coward</w:t>
      </w:r>
      <w:r>
        <w:t xml:space="preserve"> and </w:t>
      </w:r>
      <w:r>
        <w:rPr>
          <w:i/>
        </w:rPr>
        <w:t>Elsinore</w:t>
      </w:r>
      <w:r>
        <w:t xml:space="preserve"> make up the main showcase.</w:t>
      </w:r>
      <w:r/>
    </w:p>
    <w:p>
      <w:pPr>
        <w:pStyle w:val="ListBullet"/>
        <w:spacing w:line="240" w:lineRule="auto"/>
        <w:ind w:left="720"/>
      </w:pPr>
      <w:r/>
      <w:r>
        <w:rPr>
          <w:b/>
        </w:rPr>
        <w:t>Recognisable venues:</w:t>
      </w:r>
      <w:r>
        <w:t xml:space="preserve"> Screenings take place at the Castro Theatre, Vogue Theatre and Premier Theater at One Letterman.</w:t>
      </w:r>
      <w:r/>
    </w:p>
    <w:p>
      <w:pPr>
        <w:pStyle w:val="ListBullet"/>
        <w:spacing w:line="240" w:lineRule="auto"/>
        <w:ind w:left="720"/>
      </w:pPr>
      <w:r/>
      <w:r>
        <w:rPr>
          <w:b/>
        </w:rPr>
        <w:t>International pedigree:</w:t>
      </w:r>
      <w:r>
        <w:t xml:space="preserve"> The selected films have made an impression across major festival circuits, including Cannes, Berlinale, Telluride and Toronto.</w:t>
      </w:r>
      <w:r/>
    </w:p>
    <w:p>
      <w:pPr>
        <w:pStyle w:val="ListBullet"/>
        <w:spacing w:line="240" w:lineRule="auto"/>
        <w:ind w:left="720"/>
      </w:pPr>
      <w:r/>
      <w:r>
        <w:rPr>
          <w:b/>
        </w:rPr>
        <w:t>A mix of moods:</w:t>
      </w:r>
      <w:r>
        <w:t xml:space="preserve"> Expect workplace comedy, literary adaptation, performance drama and intimate contemporary stories.</w:t>
      </w:r>
      <w:r/>
      <w:r/>
    </w:p>
    <w:p>
      <w:pPr>
        <w:pStyle w:val="Heading2"/>
      </w:pPr>
      <w:r>
        <w:t>Dolly Parton gets the curtain-raiser</w:t>
      </w:r>
      <w:r/>
    </w:p>
    <w:p>
      <w:r/>
      <w:r>
        <w:t xml:space="preserve">The showcase opens on 11 October with Colin Higgins' </w:t>
      </w:r>
      <w:r>
        <w:rPr>
          <w:i/>
        </w:rPr>
        <w:t>9 to 5</w:t>
      </w:r>
      <w:r>
        <w:t>, starring Dolly Parton, Jane Fonda and Lily Tomlin. It isn't one of the five new feature selections, but it's a smart choice for an opening event: familiar, funny and still pointed enough to spark conversation about work, power and solidarity.</w:t>
      </w:r>
      <w:r/>
    </w:p>
    <w:p>
      <w:r/>
      <w:r>
        <w:t>The 3pm screening at the Castro Theatre also gives the programme an inviting start. Rather than opening with something austere, Frameline is beginning with a film that has genuine crowd-pleasing energy and a soundtrack many viewers will already know by heart.</w:t>
      </w:r>
      <w:r/>
    </w:p>
    <w:p>
      <w:pPr>
        <w:pStyle w:val="Heading2"/>
      </w:pPr>
      <w:r>
        <w:t>The autumn lineup moves from stage to page</w:t>
      </w:r>
      <w:r/>
    </w:p>
    <w:p>
      <w:r/>
      <w:r>
        <w:t xml:space="preserve">Simon Stone's </w:t>
      </w:r>
      <w:r>
        <w:rPr>
          <w:i/>
        </w:rPr>
        <w:t>Elsinore</w:t>
      </w:r>
      <w:r>
        <w:t xml:space="preserve"> arrives at the Castro Theatre on 5 November, with Andrew Scott playing actor Ian Charleson as he prepares for a defining performance of </w:t>
      </w:r>
      <w:r>
        <w:rPr>
          <w:i/>
        </w:rPr>
        <w:t>Hamlet</w:t>
      </w:r>
      <w:r>
        <w:t xml:space="preserve"> at London's National Theatre. That premise gives the film an immediate theatrical charge, balancing public performance with the private strain behind it.</w:t>
      </w:r>
      <w:r/>
    </w:p>
    <w:p>
      <w:r/>
      <w:r>
        <w:rPr>
          <w:i/>
        </w:rPr>
        <w:t>Clarissa</w:t>
      </w:r>
      <w:r>
        <w:t xml:space="preserve">, directed by Arie Esiri and Chuko Esiri, brings a literary thread to the programme. Inspired by </w:t>
      </w:r>
      <w:r>
        <w:rPr>
          <w:i/>
        </w:rPr>
        <w:t>Mrs Dalloway</w:t>
      </w:r>
      <w:r>
        <w:t>, it stars David Oyelowo, Ayo Edebiri and India Amarteifio, and screens at the Vogue Theatre on 21 October.</w:t>
      </w:r>
      <w:r/>
    </w:p>
    <w:p>
      <w:r/>
      <w:r>
        <w:t>Together, the two films suggest a showcase interested in artists, identity and the pressure of being seen. One looks towards the stage, the other towards a classic novel, but both ask how people shape their own stories while living inside expectations.</w:t>
      </w:r>
      <w:r/>
    </w:p>
    <w:p>
      <w:pPr>
        <w:pStyle w:val="Heading2"/>
      </w:pPr>
      <w:r>
        <w:t>Dates and venues make planning straightforward</w:t>
      </w:r>
      <w:r/>
    </w:p>
    <w:p>
      <w:r/>
      <w:r>
        <w:t>The schedule begins at the Castro Theatre, moves to the Vogue Theatre for three screenings, and includes one stop at the Premier Theater at One Letterman. That spread gives the event a distinctly local feel, although visitors will want to check travel times before booking more than one screening.</w:t>
      </w:r>
      <w:r/>
    </w:p>
    <w:p>
      <w:r/>
      <w:r>
        <w:t>Here is the full calendar:</w:t>
      </w:r>
      <w:r/>
      <w:r/>
    </w:p>
    <w:p>
      <w:pPr>
        <w:pStyle w:val="ListBullet"/>
        <w:spacing w:line="240" w:lineRule="auto"/>
        <w:ind w:left="720"/>
      </w:pPr>
      <w:r/>
      <w:r>
        <w:rPr>
          <w:i/>
        </w:rPr>
        <w:t>9 to 5</w:t>
      </w:r>
      <w:r>
        <w:t>, directed by Colin Higgins, 11 October at 3pm, Castro Theatre</w:t>
      </w:r>
      <w:r/>
    </w:p>
    <w:p>
      <w:pPr>
        <w:pStyle w:val="ListBullet"/>
        <w:spacing w:line="240" w:lineRule="auto"/>
        <w:ind w:left="720"/>
      </w:pPr>
      <w:r/>
      <w:r>
        <w:rPr>
          <w:i/>
        </w:rPr>
        <w:t>Mouse</w:t>
      </w:r>
      <w:r>
        <w:t>, directed by Kelly O'Sullivan and Alex Thompson, 14 October at 7pm, Vogue Theatre</w:t>
      </w:r>
      <w:r/>
    </w:p>
    <w:p>
      <w:pPr>
        <w:pStyle w:val="ListBullet"/>
        <w:spacing w:line="240" w:lineRule="auto"/>
        <w:ind w:left="720"/>
      </w:pPr>
      <w:r/>
      <w:r>
        <w:rPr>
          <w:i/>
        </w:rPr>
        <w:t>Tangles</w:t>
      </w:r>
      <w:r>
        <w:t>, directed by Leah Nelson, 20 October at 7pm, Premier Theater at One Letterman</w:t>
      </w:r>
      <w:r/>
    </w:p>
    <w:p>
      <w:pPr>
        <w:pStyle w:val="ListBullet"/>
        <w:spacing w:line="240" w:lineRule="auto"/>
        <w:ind w:left="720"/>
      </w:pPr>
      <w:r/>
      <w:r>
        <w:rPr>
          <w:i/>
        </w:rPr>
        <w:t>Clarissa</w:t>
      </w:r>
      <w:r>
        <w:t>, directed by Arie Esiri and Chuko Esiri, 21 October at 7pm, Vogue Theatre</w:t>
      </w:r>
      <w:r/>
    </w:p>
    <w:p>
      <w:pPr>
        <w:pStyle w:val="ListBullet"/>
        <w:spacing w:line="240" w:lineRule="auto"/>
        <w:ind w:left="720"/>
      </w:pPr>
      <w:r/>
      <w:r>
        <w:rPr>
          <w:i/>
        </w:rPr>
        <w:t>Coward</w:t>
      </w:r>
      <w:r>
        <w:t>, directed by Lukas Dhont, 28 October at 7pm, Vogue Theatre</w:t>
      </w:r>
      <w:r/>
    </w:p>
    <w:p>
      <w:pPr>
        <w:pStyle w:val="ListBullet"/>
        <w:spacing w:line="240" w:lineRule="auto"/>
        <w:ind w:left="720"/>
      </w:pPr>
      <w:r/>
      <w:r>
        <w:rPr>
          <w:i/>
        </w:rPr>
        <w:t>Elsinore</w:t>
      </w:r>
      <w:r>
        <w:t>, directed by Simon Stone, 5 November at 7pm, Castro Theatre</w:t>
      </w:r>
      <w:r/>
      <w:r/>
    </w:p>
    <w:p>
      <w:r/>
      <w:r>
        <w:t>Frameline's festival listings and event information are the best places to check ticket details, access arrangements and any late changes before setting off.</w:t>
      </w:r>
      <w:r/>
    </w:p>
    <w:p>
      <w:pPr>
        <w:pStyle w:val="Heading2"/>
      </w:pPr>
      <w:r>
        <w:t>Why this showcase matters beyond the screenings</w:t>
      </w:r>
      <w:r/>
    </w:p>
    <w:p>
      <w:r/>
      <w:r>
        <w:t>The films were selected after attracting attention on the international festival circuit, including Cannes, Berlinale, Telluride and the Toronto International Film Festival. That gives the series a useful balance: it offers San Francisco audiences films with wider critical momentum, while keeping the emphasis on LGBTQ+ voices and local community gathering.</w:t>
      </w:r>
      <w:r/>
    </w:p>
    <w:p>
      <w:r/>
      <w:r>
        <w:t>There is also something quietly powerful about the timing. A film festival can preserve history, but it can also create it in real time, as audiences laugh, debate and recognise parts of their own lives on screen. In that sense, the autumn showcase feels less like an encore and more like a continuation of Frameline's central purpose.</w:t>
      </w:r>
      <w:r/>
    </w:p>
    <w:p>
      <w:r/>
      <w:r>
        <w:t xml:space="preserve">For viewers choosing where to start, </w:t>
      </w:r>
      <w:r>
        <w:rPr>
          <w:i/>
        </w:rPr>
        <w:t>9 to 5</w:t>
      </w:r>
      <w:r>
        <w:t xml:space="preserve"> is the easy social entry point, while </w:t>
      </w:r>
      <w:r>
        <w:rPr>
          <w:i/>
        </w:rPr>
        <w:t>Clarissa</w:t>
      </w:r>
      <w:r>
        <w:t xml:space="preserve"> and </w:t>
      </w:r>
      <w:r>
        <w:rPr>
          <w:i/>
        </w:rPr>
        <w:t>Elsinore</w:t>
      </w:r>
      <w:r>
        <w:t xml:space="preserve"> may appeal to anyone drawn to literary or theatrical drama. </w:t>
      </w:r>
      <w:r>
        <w:rPr>
          <w:i/>
        </w:rPr>
        <w:t>Mouse</w:t>
      </w:r>
      <w:r>
        <w:t xml:space="preserve">, </w:t>
      </w:r>
      <w:r>
        <w:rPr>
          <w:i/>
        </w:rPr>
        <w:t>Tangles</w:t>
      </w:r>
      <w:r>
        <w:t xml:space="preserve"> and </w:t>
      </w:r>
      <w:r>
        <w:rPr>
          <w:i/>
        </w:rPr>
        <w:t>Coward</w:t>
      </w:r>
      <w:r>
        <w:t xml:space="preserve"> offer the chance to discover films that may be less familiar but are precisely the sort of titles a curated showcase is built to surface.</w:t>
      </w:r>
      <w:r/>
    </w:p>
    <w:p>
      <w:r/>
      <w:r>
        <w:t>Book the film that catches your eye, then leave room for the conversation afterwards.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0">
        <w:r>
          <w:rPr>
            <w:color w:val="0000EE"/>
            <w:u w:val="single"/>
          </w:rPr>
          <w:t>[6]</w:t>
        </w:r>
      </w:hyperlink>
      <w:r>
        <w:t xml:space="preserve">- Paragraph 5: </w:t>
      </w:r>
      <w:hyperlink r:id="rId10">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1">
        <w:r>
          <w:rPr>
            <w:color w:val="0000EE"/>
            <w:u w:val="single"/>
          </w:rPr>
          <w:t>[3]</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0">
        <w:r>
          <w:rPr>
            <w:color w:val="0000EE"/>
            <w:u w:val="single"/>
          </w:rPr>
          <w:t>[6]</w:t>
        </w:r>
      </w:hyperlink>
      <w:r>
        <w:t xml:space="preserve">- Paragraph 16: </w:t>
      </w:r>
      <w:hyperlink r:id="rId11">
        <w:r>
          <w:rPr>
            <w:color w:val="0000EE"/>
            <w:u w:val="single"/>
          </w:rPr>
          <w:t>[3]</w:t>
        </w:r>
      </w:hyperlink>
      <w:r>
        <w:t xml:space="preserve">, </w:t>
      </w:r>
      <w:hyperlink r:id="rId11">
        <w:r>
          <w:rPr>
            <w:color w:val="0000EE"/>
            <w:u w:val="single"/>
          </w:rPr>
          <w:t>[5]</w:t>
        </w:r>
      </w:hyperlink>
      <w:r>
        <w:t xml:space="preserve">- Paragraph 17: </w:t>
      </w:r>
      <w:hyperlink r:id="rId10">
        <w:r>
          <w:rPr>
            <w:color w:val="0000EE"/>
            <w:u w:val="single"/>
          </w:rPr>
          <w:t>[2]</w:t>
        </w:r>
      </w:hyperlink>
      <w:r>
        <w:t xml:space="preserve">, </w:t>
      </w:r>
      <w:hyperlink r:id="rId10">
        <w:r>
          <w:rPr>
            <w:color w:val="0000EE"/>
            <w:u w:val="single"/>
          </w:rPr>
          <w:t>[4]</w:t>
        </w:r>
      </w:hyperlink>
      <w:r>
        <w:t xml:space="preserve">- Paragraph 18: </w:t>
      </w:r>
      <w:hyperlink r:id="rId11">
        <w:r>
          <w:rPr>
            <w:color w:val="0000EE"/>
            <w:u w:val="single"/>
          </w:rPr>
          <w:t>[3]</w:t>
        </w:r>
      </w:hyperlink>
      <w:r>
        <w:t xml:space="preserve">, </w:t>
      </w:r>
      <w:hyperlink r:id="rId11">
        <w:r>
          <w:rPr>
            <w:color w:val="0000EE"/>
            <w:u w:val="single"/>
          </w:rPr>
          <w:t>[7]</w:t>
        </w:r>
      </w:hyperlink>
      <w:r>
        <w:t xml:space="preserve">- Paragraph 19: </w:t>
      </w:r>
      <w:hyperlink r:id="rId10">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https://variety.com/2026/film/festivals/frameline-fall-showcase-lineup-1236866061/</w:t>
        </w:r>
      </w:hyperlink>
      <w:r>
        <w:t xml:space="preserve"> - Please view link - unable to able to access data</w:t>
      </w:r>
      <w:r/>
    </w:p>
    <w:p>
      <w:pPr>
        <w:pStyle w:val="ListNumber"/>
        <w:spacing w:line="240" w:lineRule="auto"/>
        <w:ind w:left="720"/>
      </w:pPr>
      <w:r/>
      <w:hyperlink r:id="rId10">
        <w:r>
          <w:rPr>
            <w:color w:val="0000EE"/>
            <w:u w:val="single"/>
          </w:rPr>
          <w:t>https://www.frameline.org/festival</w:t>
        </w:r>
      </w:hyperlink>
      <w:r>
        <w:t xml:space="preserve"> - Frameline, established in 1977, is the world's longest-running and largest LGBTQ+ film festival. The 50th edition, Frameline50, took place from June 17 to 27, 2026, in San Francisco and Oakland. The festival showcased over 140 films from 35 countries, including narrative features, documentaries, and shorts. The historic Castro Theatre served as the central hub, with additional screenings at venues like the Roxie and Vogue theaters. The festival also featured filmmaker Q&amp;As, panels, and parties, celebrating queer cinema and community.</w:t>
      </w:r>
      <w:r/>
    </w:p>
    <w:p>
      <w:pPr>
        <w:pStyle w:val="ListNumber"/>
        <w:spacing w:line="240" w:lineRule="auto"/>
        <w:ind w:left="720"/>
      </w:pPr>
      <w:r/>
      <w:hyperlink r:id="rId11">
        <w:r>
          <w:rPr>
            <w:color w:val="0000EE"/>
            <w:u w:val="single"/>
          </w:rPr>
          <w:t>https://www.festivalsinamerica.com/festival/frameline-san-francisco</w:t>
        </w:r>
      </w:hyperlink>
      <w:r>
        <w:t xml:space="preserve"> - Frameline, founded in 1977, is the world's longest-running LGBTQ+ film festival, held annually in San Francisco and Oakland. The 2026 edition, Frameline50, took place from June 17 to 27, featuring over 140 films from 35 countries. The festival's central hub was the historic Castro Theatre, with screenings at venues like the Roxie and Vogue theaters. Frameline50 celebrated queer cinema and community with filmmaker Q&amp;As, panels, and parties, drawing approximately 60,000 attendees each year.</w:t>
      </w:r>
      <w:r/>
    </w:p>
    <w:p>
      <w:pPr>
        <w:pStyle w:val="ListNumber"/>
        <w:spacing w:line="240" w:lineRule="auto"/>
        <w:ind w:left="720"/>
      </w:pPr>
      <w:r/>
      <w:hyperlink r:id="rId10">
        <w:r>
          <w:rPr>
            <w:color w:val="0000EE"/>
            <w:u w:val="single"/>
          </w:rPr>
          <w:t>https://www.frameline.org/festival</w:t>
        </w:r>
      </w:hyperlink>
      <w:r>
        <w:t xml:space="preserve"> - Frameline, established in 1977, is the world's longest-running and largest LGBTQ+ film festival. The 50th edition, Frameline50, took place from June 17 to 27, 2026, in San Francisco and Oakland. The festival showcased over 140 films from 35 countries, including narrative features, documentaries, and shorts. The historic Castro Theatre served as the central hub, with additional screenings at venues like the Roxie and Vogue theaters. The festival also featured filmmaker Q&amp;As, panels, and parties, celebrating queer cinema and community.</w:t>
      </w:r>
      <w:r/>
    </w:p>
    <w:p>
      <w:pPr>
        <w:pStyle w:val="ListNumber"/>
        <w:spacing w:line="240" w:lineRule="auto"/>
        <w:ind w:left="720"/>
      </w:pPr>
      <w:r/>
      <w:hyperlink r:id="rId11">
        <w:r>
          <w:rPr>
            <w:color w:val="0000EE"/>
            <w:u w:val="single"/>
          </w:rPr>
          <w:t>https://www.festivalsinamerica.com/festival/frameline-san-francisco</w:t>
        </w:r>
      </w:hyperlink>
      <w:r>
        <w:t xml:space="preserve"> - Frameline, founded in 1977, is the world's longest-running LGBTQ+ film festival, held annually in San Francisco and Oakland. The 2026 edition, Frameline50, took place from June 17 to 27, featuring over 140 films from 35 countries. The festival's central hub was the historic Castro Theatre, with screenings at venues like the Roxie and Vogue theaters. Frameline50 celebrated queer cinema and community with filmmaker Q&amp;As, panels, and parties, drawing approximately 60,000 attendees each year.</w:t>
      </w:r>
      <w:r/>
    </w:p>
    <w:p>
      <w:pPr>
        <w:pStyle w:val="ListNumber"/>
        <w:spacing w:line="240" w:lineRule="auto"/>
        <w:ind w:left="720"/>
      </w:pPr>
      <w:r/>
      <w:hyperlink r:id="rId10">
        <w:r>
          <w:rPr>
            <w:color w:val="0000EE"/>
            <w:u w:val="single"/>
          </w:rPr>
          <w:t>https://www.frameline.org/festival</w:t>
        </w:r>
      </w:hyperlink>
      <w:r>
        <w:t xml:space="preserve"> - Frameline, established in 1977, is the world's longest-running and largest LGBTQ+ film festival. The 50th edition, Frameline50, took place from June 17 to 27, 2026, in San Francisco and Oakland. The festival showcased over 140 films from 35 countries, including narrative features, documentaries, and shorts. The historic Castro Theatre served as the central hub, with additional screenings at venues like the Roxie and Vogue theaters. The festival also featured filmmaker Q&amp;As, panels, and parties, celebrating queer cinema and community.</w:t>
      </w:r>
      <w:r/>
    </w:p>
    <w:p>
      <w:pPr>
        <w:pStyle w:val="ListNumber"/>
        <w:spacing w:line="240" w:lineRule="auto"/>
        <w:ind w:left="720"/>
      </w:pPr>
      <w:r/>
      <w:hyperlink r:id="rId11">
        <w:r>
          <w:rPr>
            <w:color w:val="0000EE"/>
            <w:u w:val="single"/>
          </w:rPr>
          <w:t>https://www.festivalsinamerica.com/festival/frameline-san-francisco</w:t>
        </w:r>
      </w:hyperlink>
      <w:r>
        <w:t xml:space="preserve"> - Frameline, founded in 1977, is the world's longest-running LGBTQ+ film festival, held annually in San Francisco and Oakland. The 2026 edition, Frameline50, took place from June 17 to 27, featuring over 140 films from 35 countries. The festival's central hub was the historic Castro Theatre, with screenings at venues like the Roxie and Vogue theaters. Frameline50 celebrated queer cinema and community with filmmaker Q&amp;As, panels, and parties, drawing approximately 60,000 attendees each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riety.com/2026/film/festivals/frameline-fall-showcase-lineup-1236866061/" TargetMode="External"/><Relationship Id="rId10" Type="http://schemas.openxmlformats.org/officeDocument/2006/relationships/hyperlink" Target="https://www.frameline.org/festival" TargetMode="External"/><Relationship Id="rId11" Type="http://schemas.openxmlformats.org/officeDocument/2006/relationships/hyperlink" Target="https://www.festivalsinamerica.com/festival/frameline-san-francis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