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Chicago LGBTQ+ Film Festival and Arts Events This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Chicago is leaning into indoor culture this week, with an LGBTQ+ film festival, vibrant new art, musical theatre and Atsuko Okatsuka’s lively stand-up on the bill. Whether you’re planning around autumn rain or simply hunting for a memorable night out, these four picks offer plenty of colour, laughter and big-screen energy.</w:t>
      </w:r>
      <w:r/>
    </w:p>
    <w:p>
      <w:pPr>
        <w:pStyle w:val="Heading2"/>
      </w:pPr>
      <w:r>
        <w:t>Essential Takeaways</w:t>
      </w:r>
      <w:r/>
      <w:r/>
    </w:p>
    <w:p>
      <w:pPr>
        <w:pStyle w:val="ListBullet"/>
        <w:spacing w:line="240" w:lineRule="auto"/>
        <w:ind w:left="720"/>
      </w:pPr>
      <w:r/>
      <w:r>
        <w:rPr>
          <w:b/>
        </w:rPr>
        <w:t>A colourful opening:</w:t>
      </w:r>
      <w:r>
        <w:t xml:space="preserve"> Karla Wong’s latest paintings bring surrealism and Oaxacan heritage to the Intuit Art Museum.</w:t>
      </w:r>
      <w:r/>
    </w:p>
    <w:p>
      <w:pPr>
        <w:pStyle w:val="ListBullet"/>
        <w:spacing w:line="240" w:lineRule="auto"/>
        <w:ind w:left="720"/>
      </w:pPr>
      <w:r/>
      <w:r>
        <w:rPr>
          <w:b/>
        </w:rPr>
        <w:t>A major festival returns:</w:t>
      </w:r>
      <w:r>
        <w:t xml:space="preserve"> Reeling’s 44th Chicago LGBTQ+ International Film Festival runs across three venues.</w:t>
      </w:r>
      <w:r/>
    </w:p>
    <w:p>
      <w:pPr>
        <w:pStyle w:val="ListBullet"/>
        <w:spacing w:line="240" w:lineRule="auto"/>
        <w:ind w:left="720"/>
      </w:pPr>
      <w:r/>
      <w:r>
        <w:rPr>
          <w:b/>
        </w:rPr>
        <w:t>A familiar favourite gets musical treatment:</w:t>
      </w:r>
      <w:r>
        <w:t xml:space="preserve"> </w:t>
      </w:r>
      <w:r>
        <w:rPr>
          <w:i/>
        </w:rPr>
        <w:t>Dirty Dancing - The Musical</w:t>
      </w:r>
      <w:r>
        <w:t xml:space="preserve"> is at the Nederlander Theatre until Sunday.</w:t>
      </w:r>
      <w:r/>
    </w:p>
    <w:p>
      <w:pPr>
        <w:pStyle w:val="ListBullet"/>
        <w:spacing w:line="240" w:lineRule="auto"/>
        <w:ind w:left="720"/>
      </w:pPr>
      <w:r/>
      <w:r>
        <w:rPr>
          <w:b/>
        </w:rPr>
        <w:t>Comedy with personality:</w:t>
      </w:r>
      <w:r>
        <w:t xml:space="preserve"> Atsuko Okatsuka brings her latest routine to the Chicago Theatre for two weekend shows.</w:t>
      </w:r>
      <w:r/>
      <w:r/>
    </w:p>
    <w:p>
      <w:pPr>
        <w:pStyle w:val="Heading2"/>
      </w:pPr>
      <w:r>
        <w:t>Chicago’s indoor arts calendar has plenty of spark</w:t>
      </w:r>
      <w:r/>
    </w:p>
    <w:p>
      <w:r/>
      <w:r>
        <w:t xml:space="preserve">The best thing about this week’s Chicago arts picks is their range. You can move from vivid, folkloric painting to international queer cinema, then swap a romantic dance story for a comedian whose delivery is as distinctive as her life story. It’s a pleasingly varied line-up, especially when the forecast is threatening to put a dampener on outdoor plans. According to WTTW News, all four recommendations take place indoors. </w:t>
      </w:r>
      <w:r/>
    </w:p>
    <w:p>
      <w:r/>
      <w:r>
        <w:t xml:space="preserve">That makes these events particularly easy to build into a weekend itinerary. Start with an exhibition reception, settle into a film, or make an evening of live performance without worrying about soggy pavements or a last-minute change of clothes. Chicago’s cultural scene is doing the heavy lifting here, and the weather can simply stay outside. </w:t>
      </w:r>
      <w:r/>
    </w:p>
    <w:p>
      <w:pPr>
        <w:pStyle w:val="Heading2"/>
      </w:pPr>
      <w:r>
        <w:t>Karla Wong’s vivid new paintings bring heritage to life</w:t>
      </w:r>
      <w:r/>
    </w:p>
    <w:p>
      <w:r/>
      <w:r>
        <w:t xml:space="preserve">At the Intuit Art Museum, Karla Wong’s </w:t>
      </w:r>
      <w:r>
        <w:rPr>
          <w:i/>
        </w:rPr>
        <w:t>Journeys of Being</w:t>
      </w:r>
      <w:r>
        <w:t xml:space="preserve"> offers a bold visual stop. Wong, who was born in Mexico, previously worked as a forensic and witness sketch artist before developing the fantastical, colourful style that now defines her work. The contrast is striking: careful observation has given way to dreamlike scenes shaped by folklore and a strong connection to her Oaxacan roots. </w:t>
      </w:r>
      <w:r/>
    </w:p>
    <w:p>
      <w:r/>
      <w:r>
        <w:t xml:space="preserve">The exhibition’s opening reception begins at 5pm on Thursday, and admission is free, although registration is recommended. For visitors who like their gallery trips to feel sociable rather than silent and solitary, an opening night can add a welcome buzz. Expect colour, imagination and the occasional moment when your eyes need an extra second to take everything in. </w:t>
      </w:r>
      <w:r/>
    </w:p>
    <w:p>
      <w:pPr>
        <w:pStyle w:val="Heading2"/>
      </w:pPr>
      <w:r>
        <w:t>Reeling keeps Chicago’s LGBTQ+ film scene in the spotlight</w:t>
      </w:r>
      <w:r/>
    </w:p>
    <w:p>
      <w:r/>
      <w:r>
        <w:t xml:space="preserve">Reeling, Chicago’s LGBTQ+ International Film Festival, returns for its 44th edition with screenings running through 27 September. Films are being shown at the Music Box Theatre, Landmark Centura Cinema and Chicago Filmmakers, giving audiences several ways to join one of the city’s most established annual cinema events. </w:t>
      </w:r>
      <w:r/>
    </w:p>
    <w:p>
      <w:r/>
      <w:r>
        <w:t xml:space="preserve">The opening-night screening of </w:t>
      </w:r>
      <w:r>
        <w:rPr>
          <w:i/>
        </w:rPr>
        <w:t>La Bola Negra</w:t>
      </w:r>
      <w:r>
        <w:t xml:space="preserve"> has already sold out, but festival passes, individual film information and the wider schedule offer plenty of other routes in. The film premiered at Cannes and earned directors Javier Calvo and Javier Ambrossi a best director award, which gives the opening selection a particularly strong calling card. </w:t>
      </w:r>
      <w:r/>
    </w:p>
    <w:p>
      <w:r/>
      <w:r>
        <w:t xml:space="preserve">For anyone searching for LGBTQ+ film festival events in Chicago, Reeling is also a useful reminder that a festival is about more than one headline screening. Check the programme early, note venue locations and leave time between films if you’re planning a full day. The best discoveries are often tucked just beyond the most heavily promoted titles. </w:t>
      </w:r>
      <w:r/>
    </w:p>
    <w:p>
      <w:pPr>
        <w:pStyle w:val="Heading2"/>
      </w:pPr>
      <w:r>
        <w:rPr>
          <w:i/>
        </w:rPr>
        <w:t>Dirty Dancing - The Musical</w:t>
      </w:r>
      <w:r>
        <w:t xml:space="preserve"> brings a comfort watch to the stage</w:t>
      </w:r>
      <w:r/>
    </w:p>
    <w:p>
      <w:r/>
      <w:r>
        <w:t xml:space="preserve">Some stories arrive with their own soundtrack. </w:t>
      </w:r>
      <w:r>
        <w:rPr>
          <w:i/>
        </w:rPr>
        <w:t>Dirty Dancing - The Musical</w:t>
      </w:r>
      <w:r>
        <w:t xml:space="preserve">, based on the much-loved 1987 film starring Patrick Swayze, is playing at the Nederlander Theatre until Sunday, giving fans a chance to revisit the romance, choreography and familiar emotional beats in a live setting. </w:t>
      </w:r>
      <w:r/>
    </w:p>
    <w:p>
      <w:r/>
      <w:r>
        <w:t xml:space="preserve">The production is directed by Lonny Price and has received encouraging attention, including a positive assessment from the Chicago Tribune. That makes it an appealing pick for audiences who want something recognisable but still enjoy the lift of a theatre night out. There’s a particular pleasure in hearing a crowd react to a story they already know by heart. </w:t>
      </w:r>
      <w:r/>
    </w:p>
    <w:p>
      <w:pPr>
        <w:pStyle w:val="Heading2"/>
      </w:pPr>
      <w:r>
        <w:t>Atsuko Okatsuka promises an energetic comedy night</w:t>
      </w:r>
      <w:r/>
    </w:p>
    <w:p>
      <w:r/>
      <w:r>
        <w:t xml:space="preserve">Atsuko Okatsuka heads to the Chicago Theatre for two shows on Friday and Saturday. The Taiwanese-Japanese American comedian is known for an energetic, warm and unusual style, with acclaimed specials on Hulu and HBO helping her reach a much wider audience. </w:t>
      </w:r>
      <w:r/>
    </w:p>
    <w:p>
      <w:r/>
      <w:r>
        <w:t xml:space="preserve">Her appeal goes beyond quick jokes. Interviews with NPR’s </w:t>
      </w:r>
      <w:r>
        <w:rPr>
          <w:i/>
        </w:rPr>
        <w:t>This American Life</w:t>
      </w:r>
      <w:r>
        <w:t xml:space="preserve"> and PBS’ </w:t>
      </w:r>
      <w:r>
        <w:rPr>
          <w:i/>
        </w:rPr>
        <w:t>NewsHour</w:t>
      </w:r>
      <w:r>
        <w:t xml:space="preserve"> have explored the sometimes turbulent experiences behind her comedy, giving audiences more context for the personal perspective she brings to the stage. If you prefer stand-up with a strong point of view and a performer who feels unmistakably individual, this could be the weekend’s liveliest choice. </w:t>
      </w:r>
      <w:r/>
    </w:p>
    <w:p>
      <w:pPr>
        <w:pStyle w:val="Heading2"/>
      </w:pPr>
      <w:r>
        <w:t>How to choose your best Chicago arts outing</w:t>
      </w:r>
      <w:r/>
    </w:p>
    <w:p>
      <w:r/>
      <w:r>
        <w:t xml:space="preserve">For a visual, low-pressure afternoon, Wong’s exhibition is the obvious fit. Film fans should explore Reeling’s programme as soon as possible, while nostalgic theatregoers may find </w:t>
      </w:r>
      <w:r>
        <w:rPr>
          <w:i/>
        </w:rPr>
        <w:t>Dirty Dancing - The Musical</w:t>
      </w:r>
      <w:r>
        <w:t xml:space="preserve"> an easy crowd-pleaser. And if your ideal night involves a packed room, sharp observations and plenty of personality, Okatsuka’s shows should be high on the list. </w:t>
      </w:r>
      <w:r/>
    </w:p>
    <w:p>
      <w:r/>
      <w:r>
        <w:t xml:space="preserve">It’s worth checking ticket availability and venue details before setting off, particularly for popular screenings and comedy performances. A little planning will also help if you’re combining more than one event, as Chicago’s venues are spread across the city. Either way, there’s no shortage of ways to make a rainy weekend feel culturally rich rather than cancelled. </w:t>
      </w:r>
      <w:r/>
    </w:p>
    <w:p>
      <w:r/>
      <w:r>
        <w:t>Pick the event that matches your mood, then let Chicago’s indoor arts scene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w:t>
      </w:r>
      <w:r/>
    </w:p>
    <w:p>
      <w:pPr>
        <w:pStyle w:val="Heading2"/>
      </w:pPr>
      <w:r>
        <w:t>Bibliography</w:t>
      </w:r>
      <w:r/>
    </w:p>
    <w:p>
      <w:r/>
      <w:r>
        <w:t xml:space="preserve">1. </w:t>
      </w:r>
      <w:hyperlink r:id="rId9">
        <w:r>
          <w:rPr>
            <w:color w:val="0000EE"/>
            <w:u w:val="single"/>
          </w:rPr>
          <w:t>https://news.wttw.com/2026/09/17/lgbtq-film-festival-and-stand-comedy-4-arts-picks-your-week</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wttw.com/2026/09/17/lgbtq-film-festival-and-stand-comedy-4-arts-picks-your-we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