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Homophobic Jokes Still Matter Beyond the Punchline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revisiting Wil Wheaton's locker-room story as debates over Dave Chappelle's comedy show why supposedly edgy jokes can travel far beyond the stage. His account matters because it connects entertainment, teenage imitation and real-world harm, while asking viewers to consider who pays the price when prejudice is packaged as humour.</w:t>
      </w:r>
      <w:r/>
    </w:p>
    <w:p>
      <w:pPr>
        <w:pStyle w:val="Heading2"/>
      </w:pPr>
      <w:r>
        <w:t>Essential Takeaways</w:t>
      </w:r>
      <w:r/>
      <w:r/>
    </w:p>
    <w:p>
      <w:pPr>
        <w:pStyle w:val="ListBullet"/>
        <w:spacing w:line="240" w:lineRule="auto"/>
        <w:ind w:left="720"/>
      </w:pPr>
      <w:r/>
      <w:r>
        <w:rPr>
          <w:b/>
        </w:rPr>
        <w:t>Wheaton's turning point:</w:t>
      </w:r>
      <w:r>
        <w:t xml:space="preserve"> A teenage remark in a hockey changing room exposed the harm behind language he'd absorbed from comedy.</w:t>
      </w:r>
      <w:r/>
    </w:p>
    <w:p>
      <w:pPr>
        <w:pStyle w:val="ListBullet"/>
        <w:spacing w:line="240" w:lineRule="auto"/>
        <w:ind w:left="720"/>
      </w:pPr>
      <w:r/>
      <w:r>
        <w:rPr>
          <w:b/>
        </w:rPr>
        <w:t>Context matters:</w:t>
      </w:r>
      <w:r>
        <w:t xml:space="preserve"> His story links repeated stereotypes with the way young audiences can learn to view minorities.</w:t>
      </w:r>
      <w:r/>
    </w:p>
    <w:p>
      <w:pPr>
        <w:pStyle w:val="ListBullet"/>
        <w:spacing w:line="240" w:lineRule="auto"/>
        <w:ind w:left="720"/>
      </w:pPr>
      <w:r/>
      <w:r>
        <w:rPr>
          <w:b/>
        </w:rPr>
        <w:t>The wider dispute:</w:t>
      </w:r>
      <w:r>
        <w:t xml:space="preserve"> Chappelle's Netflix special prompted criticism from transgender viewers, employees and advocates.</w:t>
      </w:r>
      <w:r/>
    </w:p>
    <w:p>
      <w:pPr>
        <w:pStyle w:val="ListBullet"/>
        <w:spacing w:line="240" w:lineRule="auto"/>
        <w:ind w:left="720"/>
      </w:pPr>
      <w:r/>
      <w:r>
        <w:rPr>
          <w:b/>
        </w:rPr>
        <w:t>Comedy isn't consequence-free:</w:t>
      </w:r>
      <w:r>
        <w:t xml:space="preserve"> A joke can be satirical in intent yet still reinforce damaging ideas.</w:t>
      </w:r>
      <w:r/>
    </w:p>
    <w:p>
      <w:pPr>
        <w:pStyle w:val="ListBullet"/>
        <w:spacing w:line="240" w:lineRule="auto"/>
        <w:ind w:left="720"/>
      </w:pPr>
      <w:r/>
      <w:r>
        <w:rPr>
          <w:b/>
        </w:rPr>
        <w:t>Apologies can show change:</w:t>
      </w:r>
      <w:r>
        <w:t xml:space="preserve"> Eddie Murphy later expressed regret for earlier homophobic material.</w:t>
      </w:r>
      <w:r/>
      <w:r/>
    </w:p>
    <w:p>
      <w:pPr>
        <w:pStyle w:val="Heading2"/>
      </w:pPr>
      <w:r>
        <w:t>The locker-room silence said everything</w:t>
      </w:r>
      <w:r/>
    </w:p>
    <w:p>
      <w:r/>
      <w:r>
        <w:t>The most powerful detail in Wheaton's story isn't a celebrity statement or a streaming controversy. It's the sudden quiet after he repeated a homophobic slur in a hockey changing room, only to realise that the teammates around him were gay.</w:t>
      </w:r>
      <w:r/>
    </w:p>
    <w:p>
      <w:r/>
      <w:r>
        <w:t>He has described himself as a teenage fan of comedy that treated gay men as targets. The material felt daring and funny to him at the time, but, as he later reflected on his personal website, it also helped form a cruel picture of people he barely understood. The shame of that moment stayed with him for decades.</w:t>
      </w:r>
      <w:r/>
    </w:p>
    <w:p>
      <w:r/>
      <w:r>
        <w:t>That makes the anecdote uncomfortable in a useful way. Wheaton wasn't presenting himself as someone who had always known better. He was showing how prejudice can be learned casually, then revealed when nobody expects to be challenged.</w:t>
      </w:r>
      <w:r/>
    </w:p>
    <w:p>
      <w:pPr>
        <w:pStyle w:val="Heading2"/>
      </w:pPr>
      <w:r>
        <w:t>How entertainment can make prejudice feel ordinary</w:t>
      </w:r>
      <w:r/>
    </w:p>
    <w:p>
      <w:r/>
      <w:r>
        <w:t>A single joke doesn't automatically dictate someone's beliefs. But repetition changes the atmosphere. When a group is repeatedly portrayed as disgusting, threatening or ridiculous, an audience can begin to treat those ideas as harmless background noise.</w:t>
      </w:r>
      <w:r/>
    </w:p>
    <w:p>
      <w:r/>
      <w:r>
        <w:t>That was the concern at the centre of the backlash to Dave Chappelle's Netflix special, The Closer. Critics argued that its material about transgender people did more than provoke; they said it reinforced stereotypes at a time when trans people already face discrimination and violence. CBS News reported that Netflix defended its decision to keep the programme available, while employees and LGBTQ+ advocates objected.</w:t>
      </w:r>
      <w:r/>
    </w:p>
    <w:p>
      <w:r/>
      <w:r>
        <w:t>The argument isn't that comedians must avoid every difficult subject. Satire can expose hypocrisy and challenge power. The harder question is where the joke lands, who gets mocked, and whether the audience is being invited to think or simply encouraged to sneer.</w:t>
      </w:r>
      <w:r/>
    </w:p>
    <w:p>
      <w:pPr>
        <w:pStyle w:val="Heading2"/>
      </w:pPr>
      <w:r>
        <w:t>Why the Netflix dispute became so heated</w:t>
      </w:r>
      <w:r/>
    </w:p>
    <w:p>
      <w:r/>
      <w:r>
        <w:t>The controversy grew because different groups were talking about different kinds of harm. Supporters of Chappelle's special framed it as artistic freedom and an attempt to test social boundaries. Critics focused on the cumulative effect of jokes about a marginalised community, especially when delivered to millions of viewers by a major platform.</w:t>
      </w:r>
      <w:r/>
    </w:p>
    <w:p>
      <w:r/>
      <w:r>
        <w:t>Netflix co-chief executive Ted Sarandos defended the special but later acknowledged that the dispute had hurt staff, according to Axios. The company also faced criticism over how it handled transgender employees who objected to the programme.</w:t>
      </w:r>
      <w:r/>
    </w:p>
    <w:p>
      <w:r/>
      <w:r>
        <w:t>Meanwhile, NPR reported that Chappelle offered to meet Netflix's trans employees but rejected demands to remove the special. That response captured the wider impasse: dialogue was offered, yet neither side appeared willing to accept the other's definition of what responsible comedy required.</w:t>
      </w:r>
      <w:r/>
    </w:p>
    <w:p>
      <w:pPr>
        <w:pStyle w:val="Heading2"/>
      </w:pPr>
      <w:r>
        <w:t>Intent doesn't erase impact</w:t>
      </w:r>
      <w:r/>
    </w:p>
    <w:p>
      <w:r/>
      <w:r>
        <w:t>Wheaton's reflection is useful because he separates intention from consequence. As a teenager, he wasn't setting out to wound the hockey players. He was trying to join in, using language he had learned to associate with belonging and laughter. The result was still humiliating for the people targeted.</w:t>
      </w:r>
      <w:r/>
    </w:p>
    <w:p>
      <w:r/>
      <w:r>
        <w:t>That distinction is worth keeping in mind when deciding whether a joke has crossed a line. Asking, "Was it meant to be offensive?" is only the first step. It also helps to ask, "What idea does it repeat?", "Who is expected to laugh?", and "Would the joke work without treating a whole group as lesser?"</w:t>
      </w:r>
      <w:r/>
    </w:p>
    <w:p>
      <w:r/>
      <w:r>
        <w:t>For audiences, a practical test is simple. Notice whether the comedy punches upwards at institutions and powerful figures, or sideways and downwards at people with less social power. The difference isn't always perfect, but it often reveals whether provocation has a purpose beyond getting a reaction.</w:t>
      </w:r>
      <w:r/>
    </w:p>
    <w:p>
      <w:pPr>
        <w:pStyle w:val="Heading2"/>
      </w:pPr>
      <w:r>
        <w:t>Apologies matter, but they don't rewrite history</w:t>
      </w:r>
      <w:r/>
    </w:p>
    <w:p>
      <w:r/>
      <w:r>
        <w:t>Eddie Murphy later apologised for homophobic material in his earlier stand-up work. The Independent reported his argument that he had become more informed and understood the seriousness of AIDS in a way he hadn't when he was younger.</w:t>
      </w:r>
      <w:r/>
    </w:p>
    <w:p>
      <w:r/>
      <w:r>
        <w:t>That doesn't erase the damage caused by the original jokes. It does, however, show that public attitudes can change when people listen, learn and accept responsibility. Wheaton's own account follows a similar path: he remembers the harm, names his ignorance and refuses to treat the episode as an amusing youthful mishap.</w:t>
      </w:r>
      <w:r/>
    </w:p>
    <w:p>
      <w:r/>
      <w:r>
        <w:t>Comedy will keep testing boundaries. It should. But the strongest comedy doesn't need a vulnerable group to be dehumanised before the audience gets the joke. That's a fairly low bar, and yet it still feels worth defending.</w:t>
      </w:r>
      <w:r/>
    </w:p>
    <w:p>
      <w:r/>
      <w:r>
        <w:t>A joke may last seconds, but the message behind it can linger much longer.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[2]</w:t>
        </w:r>
      </w:hyperlink>
      <w:r>
        <w:t xml:space="preserve">- Paragraph 2: </w:t>
      </w:r>
      <w:hyperlink r:id="rId10">
        <w:r>
          <w:rPr>
            <w:color w:val="0000EE"/>
            <w:u w:val="single"/>
          </w:rPr>
          <w:t>[5]</w:t>
        </w:r>
      </w:hyperlink>
      <w:r>
        <w:t xml:space="preserve">, </w:t>
      </w:r>
      <w:hyperlink r:id="rId12">
        <w:r>
          <w:rPr>
            <w:color w:val="0000EE"/>
            <w:u w:val="single"/>
          </w:rPr>
          <w:t>[3]</w:t>
        </w:r>
      </w:hyperlink>
      <w:r>
        <w:t xml:space="preserve">- Paragraph 3: </w:t>
      </w:r>
      <w:hyperlink r:id="rId10">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[2]</w:t>
        </w:r>
      </w:hyperlink>
      <w:r>
        <w:t xml:space="preserve">, </w:t>
      </w:r>
      <w:hyperlink r:id="rId15">
        <w:r>
          <w:rPr>
            <w:color w:val="0000EE"/>
            <w:u w:val="single"/>
          </w:rPr>
          <w:t>[4]</w:t>
        </w:r>
      </w:hyperlink>
      <w:r>
        <w:t xml:space="preserve">- Paragraph 6: </w:t>
      </w:r>
      <w:hyperlink r:id="rId10">
        <w:r>
          <w:rPr>
            <w:color w:val="0000EE"/>
            <w:u w:val="single"/>
          </w:rPr>
          <w:t>[5]</w:t>
        </w:r>
      </w:hyperlink>
      <w:r>
        <w:t xml:space="preserve">, </w:t>
      </w:r>
      <w:hyperlink r:id="rId12">
        <w:r>
          <w:rPr>
            <w:color w:val="0000EE"/>
            <w:u w:val="single"/>
          </w:rPr>
          <w:t>[3]</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5">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[5]</w:t>
        </w:r>
      </w:hyperlink>
      <w:r>
        <w:t xml:space="preserve">, </w:t>
      </w:r>
      <w:hyperlink r:id="rId11">
        <w:r>
          <w:rPr>
            <w:color w:val="0000EE"/>
            <w:u w:val="single"/>
          </w:rPr>
          <w:t>[2]</w:t>
        </w:r>
      </w:hyperlink>
      <w:r>
        <w:t xml:space="preserve">- Paragraph 10: </w:t>
      </w:r>
      <w:hyperlink r:id="rId10">
        <w:r>
          <w:rPr>
            <w:color w:val="0000EE"/>
            <w:u w:val="single"/>
          </w:rPr>
          <w:t>[5]</w:t>
        </w:r>
      </w:hyperlink>
      <w:r>
        <w:t xml:space="preserve">, </w:t>
      </w:r>
      <w:hyperlink r:id="rId12">
        <w:r>
          <w:rPr>
            <w:color w:val="0000EE"/>
            <w:u w:val="single"/>
          </w:rPr>
          <w:t>[3]</w:t>
        </w:r>
      </w:hyperlink>
      <w:r>
        <w:t xml:space="preserve">- Paragraph 11: </w:t>
      </w:r>
      <w:hyperlink r:id="rId12">
        <w:r>
          <w:rPr>
            <w:color w:val="0000EE"/>
            <w:u w:val="single"/>
          </w:rPr>
          <w:t>[3]</w:t>
        </w:r>
      </w:hyperlink>
      <w:r>
        <w:t xml:space="preserve">, </w:t>
      </w:r>
      <w:hyperlink r:id="rId15">
        <w:r>
          <w:rPr>
            <w:color w:val="0000EE"/>
            <w:u w:val="single"/>
          </w:rPr>
          <w:t>[4]</w:t>
        </w:r>
      </w:hyperlink>
      <w:r>
        <w:t xml:space="preserve">- Paragraph 12: </w:t>
      </w:r>
      <w:hyperlink r:id="rId10">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[5]</w:t>
        </w:r>
      </w:hyperlink>
      <w:r>
        <w:t xml:space="preserve">, </w:t>
      </w:r>
      <w:hyperlink r:id="rId11">
        <w:r>
          <w:rPr>
            <w:color w:val="0000EE"/>
            <w:u w:val="single"/>
          </w:rPr>
          <w:t>[2]</w:t>
        </w:r>
      </w:hyperlink>
      <w:r>
        <w:t xml:space="preserve">- Paragraph 14: </w:t>
      </w:r>
      <w:hyperlink r:id="rId10">
        <w:r>
          <w:rPr>
            <w:color w:val="0000EE"/>
            <w:u w:val="single"/>
          </w:rPr>
          <w:t>[5]</w:t>
        </w:r>
      </w:hyperlink>
      <w:r>
        <w:t xml:space="preserve">, </w:t>
      </w:r>
      <w:hyperlink r:id="rId14">
        <w:r>
          <w:rPr>
            <w:color w:val="0000EE"/>
            <w:u w:val="single"/>
          </w:rPr>
          <w:t>[7]</w:t>
        </w:r>
      </w:hyperlink>
      <w:r>
        <w:t xml:space="preserve">- Paragraph 15: </w:t>
      </w:r>
      <w:hyperlink r:id="rId10">
        <w:r>
          <w:rPr>
            <w:color w:val="0000EE"/>
            <w:u w:val="single"/>
          </w:rPr>
          <w:t>[5]</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https://www.upworthy.com/wil-wheaton-locker-room-story-shows-exactly-why-homophobic-jokes-are-a-problem-ex1/</w:t>
        </w:r>
      </w:hyperlink>
      <w:r>
        <w:t xml:space="preserve"> - Please view link - unable to able to access data</w:t>
      </w:r>
      <w:r/>
    </w:p>
    <w:p>
      <w:pPr>
        <w:pStyle w:val="ListNumber"/>
        <w:spacing w:line="240" w:lineRule="auto"/>
        <w:ind w:left="720"/>
      </w:pPr>
      <w:r/>
      <w:hyperlink r:id="rId11">
        <w:r>
          <w:rPr>
            <w:color w:val="0000EE"/>
            <w:u w:val="single"/>
          </w:rPr>
          <w:t>https://www.tvline.com/news/dave-chappelle-netflix-controversy-explained-the-closer-transphobia-1234729353/</w:t>
        </w:r>
      </w:hyperlink>
      <w:r>
        <w:t xml:space="preserve"> - Dave Chappelle's 2021 Netflix special, 'The Closer,' sparked significant controversy due to its extensive commentary on the LGBTQ community, particularly trans individuals. Chappelle, who has a history of making provocative jokes, addressed the backlash from previous specials and repeated his criticisms and jokes about gender identity, aligning himself with J.K. Rowling and calling himself 'Team TERF.' He also told a story about his late friend, trans comedian Daphne Dorman, using her as a symbol of mutual understanding and alleged support. The special led to widespread criticism from LGBTQ advocates and organizations like GLAAD, who condemned the content as transphobic and dangerous. Critics highlighted the framing of the issue as a binary between Black and trans rights and accused Chappelle of marginalizing Black trans people. However, Dorman’s family publicly defended Chappelle, saying he intended to honor her. Netflix faced internal unrest, with trans employees staging walkouts and public criticism from staff and creators, such as Jaclyn Moore and Hannah Gadsby. Despite the backlash, Netflix co-CEO Ted Sarandos stood by the special, asserting it did not incite hate or violence and defending stand-up comedy as an essential, boundary-pushing format.</w:t>
      </w:r>
      <w:r/>
    </w:p>
    <w:p>
      <w:pPr>
        <w:pStyle w:val="ListNumber"/>
        <w:spacing w:line="240" w:lineRule="auto"/>
        <w:ind w:left="720"/>
      </w:pPr>
      <w:r/>
      <w:hyperlink r:id="rId12">
        <w:r>
          <w:rPr>
            <w:color w:val="0000EE"/>
            <w:u w:val="single"/>
          </w:rPr>
          <w:t>https://www.cbsnews.com/news/netflix-keeping-dave-chappelle-special-the-closer-controversy-trans-community/</w:t>
        </w:r>
      </w:hyperlink>
      <w:r>
        <w:t xml:space="preserve"> - Netflix co-CEO Ted Sarandos defended the decision to keep Dave Chappelle's special 'The Closer' on the platform, despite controversy over his remarks about the transgender community. Sarandos stated that the special did not cross 'the line on hate' and would remain available. The company faced criticism from LGBTQ advocates and internal unrest, with trans employees staging walkouts and public criticism from staff and creators. Sarandos acknowledged mishandling internal communications regarding the controversy but emphasized the importance of artistic freedom in stand-up comedy.</w:t>
      </w:r>
      <w:r/>
    </w:p>
    <w:p>
      <w:pPr>
        <w:pStyle w:val="ListNumber"/>
        <w:spacing w:line="240" w:lineRule="auto"/>
        <w:ind w:left="720"/>
      </w:pPr>
      <w:r/>
      <w:hyperlink r:id="rId15">
        <w:r>
          <w:rPr>
            <w:color w:val="0000EE"/>
            <w:u w:val="single"/>
          </w:rPr>
          <w:t>https://www.kpbs.org/news/national/2021/10/25/chappelle-says-hell-meet-with-netflixs-trans-employees-but-wont-yield-to-demands</w:t>
        </w:r>
      </w:hyperlink>
      <w:r>
        <w:t xml:space="preserve"> - Dave Chappelle addressed the controversy surrounding his Netflix special 'The Closer,' stating he is open to meeting with LGBTQ employees of the company who are critical of the special but will not be 'bending to anyone's demands.' In a video clip posted to Instagram, Chappelle remains unapologetic about the special, which includes transphobic material that has angered many in the LGBTQ community, at Netflix, and beyond. The controversy led to internal unrest at Netflix, with trans employees staging walkouts and public criticism from staff and creators.</w:t>
      </w:r>
      <w:r/>
    </w:p>
    <w:p>
      <w:pPr>
        <w:pStyle w:val="ListNumber"/>
        <w:spacing w:line="240" w:lineRule="auto"/>
        <w:ind w:left="720"/>
      </w:pPr>
      <w:r/>
      <w:hyperlink r:id="rId10">
        <w:r>
          <w:rPr>
            <w:color w:val="0000EE"/>
            <w:u w:val="single"/>
          </w:rPr>
          <w:t>https://wilwheaton.net/2021/12/dehumanizing-people-in-the-service-of-jokes-isnt-okay-it-literally-gets-people-killed/</w:t>
        </w:r>
      </w:hyperlink>
      <w:r>
        <w:t xml:space="preserve"> - Wil Wheaton shared a personal story from his teenage years to illustrate the harm of dehumanizing jokes. He recounted an incident during a hockey game where he used a homophobic slur without realizing that all his teammates were gay. This experience led him to reflect on how comedy, especially when it mocks marginalized groups, can normalize harmful attitudes and contribute to a culture of dehumanization. Wheaton emphasized the importance of being mindful of the impact of jokes and the need to challenge harmful norms.</w:t>
      </w:r>
      <w:r/>
    </w:p>
    <w:p>
      <w:pPr>
        <w:pStyle w:val="ListNumber"/>
        <w:spacing w:line="240" w:lineRule="auto"/>
        <w:ind w:left="720"/>
      </w:pPr>
      <w:r/>
      <w:hyperlink r:id="rId13">
        <w:r>
          <w:rPr>
            <w:color w:val="0000EE"/>
            <w:u w:val="single"/>
          </w:rPr>
          <w:t>https://www.thewrap.com/dave-chappelle-dismisses-closer-controversy/</w:t>
        </w:r>
      </w:hyperlink>
      <w:r>
        <w:t xml:space="preserve"> - Dave Chappelle addressed the controversy surrounding his Netflix special 'The Closer,' remaining unapologetic for jokes towards trans people while arguing that he has no hard feelings towards the LGBTQ community. Chappelle specifically denied reports that he refused to meet with Netflix’s trans employees regarding the special. The controversy led to internal unrest at Netflix, with trans employees staging walkouts and public criticism from staff and creators. Despite the backlash, Chappelle maintained his stance and dismissed the controversy as 'nonsense.'</w:t>
      </w:r>
      <w:r/>
    </w:p>
    <w:p>
      <w:pPr>
        <w:pStyle w:val="ListNumber"/>
        <w:spacing w:line="240" w:lineRule="auto"/>
        <w:ind w:left="720"/>
      </w:pPr>
      <w:r/>
      <w:hyperlink r:id="rId14">
        <w:r>
          <w:rPr>
            <w:color w:val="0000EE"/>
            <w:u w:val="single"/>
          </w:rPr>
          <w:t>https://www.axios.com/2021/10/20/netflix-boss-defends-chappelle-special-but-regrets-hurting-staff</w:t>
        </w:r>
      </w:hyperlink>
      <w:r>
        <w:t xml:space="preserve"> - Ted Sarandos, co-CEO of Netflix, acknowledged mishandling internal communications regarding the controversy surrounding Dave Chappelle's comedy special 'The Closer,' which includes anti-transgender remarks. Although Sarandos defended the decision to stream the special, he admitted to failing in recognizing and addressing the emotional impact it had on some employees, particularly trans staff, who organized a walkout in protest. Sarandos emphasized that he should have led with empathy and recognized the pain felt by affected employees.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pworthy.com/wil-wheaton-locker-room-story-shows-exactly-why-homophobic-jokes-are-a-problem-ex1/" TargetMode="External"/><Relationship Id="rId10" Type="http://schemas.openxmlformats.org/officeDocument/2006/relationships/hyperlink" Target="https://wilwheaton.net/2021/12/dehumanizing-people-in-the-service-of-jokes-isnt-okay-it-literally-gets-people-killed/" TargetMode="External"/><Relationship Id="rId11" Type="http://schemas.openxmlformats.org/officeDocument/2006/relationships/hyperlink" Target="https://www.tvline.com/news/dave-chappelle-netflix-controversy-explained-the-closer-transphobia-1234729353/" TargetMode="External"/><Relationship Id="rId12" Type="http://schemas.openxmlformats.org/officeDocument/2006/relationships/hyperlink" Target="https://www.cbsnews.com/news/netflix-keeping-dave-chappelle-special-the-closer-controversy-trans-community/" TargetMode="External"/><Relationship Id="rId13" Type="http://schemas.openxmlformats.org/officeDocument/2006/relationships/hyperlink" Target="https://www.thewrap.com/dave-chappelle-dismisses-closer-controversy/" TargetMode="External"/><Relationship Id="rId14" Type="http://schemas.openxmlformats.org/officeDocument/2006/relationships/hyperlink" Target="https://www.axios.com/2021/10/20/netflix-boss-defends-chappelle-special-but-regrets-hurting-staff" TargetMode="External"/><Relationship Id="rId15" Type="http://schemas.openxmlformats.org/officeDocument/2006/relationships/hyperlink" Target="https://www.kpbs.org/news/national/2021/10/25/chappelle-says-hell-meet-with-netflixs-trans-employees-but-wont-yield-to-dema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