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Ditto Is the Best Genderless Pokémon Icon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Ditto, the pink, shape-shifting Pokémon, as Pokémon Day approaches on 27 February. First introduced in Japan in 1996, the cheerful blob has become a favourite among LGBTQ+ players thanks to its genderless identity, boundless transformations and ability to pair with almost any breedable Pokémon.</w:t>
      </w:r>
      <w:r/>
    </w:p>
    <w:p>
      <w:pPr>
        <w:pStyle w:val="Heading2"/>
      </w:pPr>
      <w:r>
        <w:t>Essential Takeaways</w:t>
      </w:r>
      <w:r/>
      <w:r/>
    </w:p>
    <w:p>
      <w:pPr>
        <w:pStyle w:val="ListBullet"/>
        <w:spacing w:line="240" w:lineRule="auto"/>
        <w:ind w:left="720"/>
      </w:pPr>
      <w:r/>
      <w:r>
        <w:rPr>
          <w:b/>
        </w:rPr>
        <w:t>Ditto arrived in 1996:</w:t>
      </w:r>
      <w:r>
        <w:t xml:space="preserve"> It debuted in the original Pokémon games and remains one of the franchise's most recognisable creatures.</w:t>
      </w:r>
      <w:r/>
    </w:p>
    <w:p>
      <w:pPr>
        <w:pStyle w:val="ListBullet"/>
        <w:spacing w:line="240" w:lineRule="auto"/>
        <w:ind w:left="720"/>
      </w:pPr>
      <w:r/>
      <w:r>
        <w:rPr>
          <w:b/>
        </w:rPr>
        <w:t>It's genderless:</w:t>
      </w:r>
      <w:r>
        <w:t xml:space="preserve"> Ditto has no listed sex, giving it a distinctive place in the Pokémon world.</w:t>
      </w:r>
      <w:r/>
    </w:p>
    <w:p>
      <w:pPr>
        <w:pStyle w:val="ListBullet"/>
        <w:spacing w:line="240" w:lineRule="auto"/>
        <w:ind w:left="720"/>
      </w:pPr>
      <w:r/>
      <w:r>
        <w:rPr>
          <w:b/>
        </w:rPr>
        <w:t>It can transform:</w:t>
      </w:r>
      <w:r>
        <w:t xml:space="preserve"> Its signature move, Transform, lets it copy another Pokémon's appearance and abilities.</w:t>
      </w:r>
      <w:r/>
    </w:p>
    <w:p>
      <w:pPr>
        <w:pStyle w:val="ListBullet"/>
        <w:spacing w:line="240" w:lineRule="auto"/>
        <w:ind w:left="720"/>
      </w:pPr>
      <w:r/>
      <w:r>
        <w:rPr>
          <w:b/>
        </w:rPr>
        <w:t>Breeding makes it unusually versatile:</w:t>
      </w:r>
      <w:r>
        <w:t xml:space="preserve"> Ditto can produce eggs with nearly any compatible Pokémon species.</w:t>
      </w:r>
      <w:r/>
    </w:p>
    <w:p>
      <w:pPr>
        <w:pStyle w:val="ListBullet"/>
        <w:spacing w:line="240" w:lineRule="auto"/>
        <w:ind w:left="720"/>
      </w:pPr>
      <w:r/>
      <w:r>
        <w:rPr>
          <w:b/>
        </w:rPr>
        <w:t>Its colours add to the appeal:</w:t>
      </w:r>
      <w:r>
        <w:t xml:space="preserve"> Purple, pink and blue variants have helped fans read Ditto through a gender-fluid lens.</w:t>
      </w:r>
      <w:r/>
      <w:r/>
    </w:p>
    <w:p>
      <w:pPr>
        <w:pStyle w:val="Heading2"/>
      </w:pPr>
      <w:r>
        <w:t>Ditto has always been a little different</w:t>
      </w:r>
      <w:r/>
    </w:p>
    <w:p>
      <w:r/>
      <w:r>
        <w:t>There are flashier Pokémon, certainly. Pikachu has the celebrity status, Charizard has the dramatic wings and Mewtwo has the whole laboratory-created legend thing. Ditto, by contrast, is a simple blob with dot eyes, a line for a mouth and a surprisingly enormous personality.</w:t>
      </w:r>
      <w:r/>
    </w:p>
    <w:p>
      <w:r/>
      <w:r>
        <w:t xml:space="preserve">That understated design is part of the charm. It looks soft, friendly and almost unfinished, yet it can copy practically anything placed in front of it. Pokémon fan references describe Ditto as a genderless creature whose defining power is transformation, making it one of the series' most flexible characters. </w:t>
      </w:r>
      <w:hyperlink r:id="rId9">
        <w:r>
          <w:rPr>
            <w:color w:val="0000EE"/>
            <w:u w:val="single"/>
          </w:rPr>
          <w:t>[2]</w:t>
        </w:r>
      </w:hyperlink>
      <w:r>
        <w:t xml:space="preserve">, </w:t>
      </w:r>
      <w:hyperlink r:id="rId10">
        <w:r>
          <w:rPr>
            <w:color w:val="0000EE"/>
            <w:u w:val="single"/>
          </w:rPr>
          <w:t>[5]</w:t>
        </w:r>
      </w:hyperlink>
      <w:r/>
    </w:p>
    <w:p>
      <w:r/>
      <w:r>
        <w:t>That combination has made Ditto especially easy for LGBTQ+ fans to embrace. It doesn't arrive with a fixed presentation or a grand explanation of what it is. It simply changes, adapts and carries on smiling.</w:t>
      </w:r>
      <w:r/>
    </w:p>
    <w:p>
      <w:pPr>
        <w:pStyle w:val="Heading2"/>
      </w:pPr>
      <w:r>
        <w:t>A genderless Pokémon with serious range</w:t>
      </w:r>
      <w:r/>
    </w:p>
    <w:p>
      <w:r/>
      <w:r>
        <w:t xml:space="preserve">Ditto's genderless status isn't just a fan theory. In the games, it doesn't have a male or female classification, placing it among Pokémon whose identities don't fit the franchise's usual breeding categories. That alone gives the character a different energy from many of its peers. </w:t>
      </w:r>
      <w:hyperlink r:id="rId9">
        <w:r>
          <w:rPr>
            <w:color w:val="0000EE"/>
            <w:u w:val="single"/>
          </w:rPr>
          <w:t>[2]</w:t>
        </w:r>
      </w:hyperlink>
      <w:r>
        <w:t xml:space="preserve">, </w:t>
      </w:r>
      <w:hyperlink r:id="rId11">
        <w:r>
          <w:rPr>
            <w:color w:val="0000EE"/>
            <w:u w:val="single"/>
          </w:rPr>
          <w:t>[4]</w:t>
        </w:r>
      </w:hyperlink>
      <w:r/>
    </w:p>
    <w:p>
      <w:r/>
      <w:r>
        <w:t>Of course, Pokémon isn't presenting Ditto as a direct allegory for any real-world identity. But fans are allowed to find meaning in the characters they love, particularly when a creature's story leaves room for interpretation. Ditto's lack of a defined gender, coupled with its ability to change form, creates a natural connection for people who see identity as more expansive than a fixed label.</w:t>
      </w:r>
      <w:r/>
    </w:p>
    <w:p>
      <w:r/>
      <w:r>
        <w:t>And then there are the colours. Ditto is commonly depicted in purple or pink, while its shiny form is blue, a palette that fans have linked with gender-fluid symbolism. It may not be official representation, but it has become a colourful piece of the character's appeal.</w:t>
      </w:r>
      <w:r/>
    </w:p>
    <w:p>
      <w:pPr>
        <w:pStyle w:val="Heading2"/>
      </w:pPr>
      <w:r>
        <w:t>The Pokémon that can become almost anyone</w:t>
      </w:r>
      <w:r/>
    </w:p>
    <w:p>
      <w:r/>
      <w:r>
        <w:t>Ditto's Transform ability is the centre of its identity. In battle, it copies an opponent's appearance, moves and general capabilities, although the result isn't always perfect. That slightly wonky quality is important too: Ditto isn't a flawless impersonator, it's an enthusiastic little creature doing its best.</w:t>
      </w:r>
      <w:r/>
    </w:p>
    <w:p>
      <w:r/>
      <w:r>
        <w:t xml:space="preserve">The anime made that limitation memorable. In its early appearance, one Ditto struggles to copy a Pokémon's face properly, leaving it with the familiar Ditto expression. The joke turns into a sweet story about practice and confidence, as the character eventually learns to transform successfully. Pokémon fan resources continue to list this unusual copying ability as Ditto's defining feature. </w:t>
      </w:r>
      <w:hyperlink r:id="rId9">
        <w:r>
          <w:rPr>
            <w:color w:val="0000EE"/>
            <w:u w:val="single"/>
          </w:rPr>
          <w:t>[2]</w:t>
        </w:r>
      </w:hyperlink>
      <w:r>
        <w:t xml:space="preserve">, </w:t>
      </w:r>
      <w:hyperlink r:id="rId10">
        <w:r>
          <w:rPr>
            <w:color w:val="0000EE"/>
            <w:u w:val="single"/>
          </w:rPr>
          <w:t>[5]</w:t>
        </w:r>
      </w:hyperlink>
      <w:r/>
    </w:p>
    <w:p>
      <w:r/>
      <w:r>
        <w:t>For many queer viewers, that idea of trying out different presentations feels instantly familiar. Ditto can be a Jigglypuff one moment and something much more imposing the next. It isn't trapped by first impressions, which is a powerful fantasy in a world that often tries to place people in tidy boxes.</w:t>
      </w:r>
      <w:r/>
    </w:p>
    <w:p>
      <w:pPr>
        <w:pStyle w:val="Heading2"/>
      </w:pPr>
      <w:r>
        <w:t>Why Ditto's breeding ability matters</w:t>
      </w:r>
      <w:r/>
    </w:p>
    <w:p>
      <w:r/>
      <w:r>
        <w:t xml:space="preserve">Ditto is also unusual outside battle. It can breed with almost any compatible Pokémon, producing an egg linked to the other species. The main exceptions include Ditto itself and Pokémon in the No Eggs Discovered group. Breeding guides and egg-group references outline the creature's unusually broad compatibility. </w:t>
      </w:r>
      <w:hyperlink r:id="rId12">
        <w:r>
          <w:rPr>
            <w:color w:val="0000EE"/>
            <w:u w:val="single"/>
          </w:rPr>
          <w:t>[3]</w:t>
        </w:r>
      </w:hyperlink>
      <w:r>
        <w:t xml:space="preserve">, </w:t>
      </w:r>
      <w:hyperlink r:id="rId11">
        <w:r>
          <w:rPr>
            <w:color w:val="0000EE"/>
            <w:u w:val="single"/>
          </w:rPr>
          <w:t>[4]</w:t>
        </w:r>
      </w:hyperlink>
      <w:r/>
    </w:p>
    <w:p>
      <w:r/>
      <w:r>
        <w:t>In practical terms, that makes Ditto one of the most useful Pokémon for players building teams. A trainer doesn't need to search for a matching male and female pairing every time. Ditto acts as a flexible partner, helping players produce eggs across a wide range of species.</w:t>
      </w:r>
      <w:r/>
    </w:p>
    <w:p>
      <w:r/>
      <w:r>
        <w:t>That mechanic has also encouraged fans to describe Ditto as pansexual or sexually unrestricted. Again, those labels aren't official Pokémon terminology, but the interpretation is easy to understand. Ditto's relationships are defined less by conventional categories and more by compatibility, curiosity and an almost comical willingness to make things work.</w:t>
      </w:r>
      <w:r/>
    </w:p>
    <w:p>
      <w:pPr>
        <w:pStyle w:val="Heading2"/>
      </w:pPr>
      <w:r>
        <w:t>A tiny blob with a lasting fan legacy</w:t>
      </w:r>
      <w:r/>
    </w:p>
    <w:p>
      <w:r/>
      <w:r>
        <w:t xml:space="preserve">Ditto has appeared across much of the wider Pokémon universe, from the main games to animation, spin-offs and the live-action Detective Pikachu film. Its simplicity has helped it travel well between formats: a small purple face is instantly recognisable, whether it's on a Game Boy screen or hiding in a more realistic cinematic world. </w:t>
      </w:r>
      <w:hyperlink r:id="rId9">
        <w:r>
          <w:rPr>
            <w:color w:val="0000EE"/>
            <w:u w:val="single"/>
          </w:rPr>
          <w:t>[2]</w:t>
        </w:r>
      </w:hyperlink>
      <w:r>
        <w:t xml:space="preserve">, </w:t>
      </w:r>
      <w:hyperlink r:id="rId10">
        <w:r>
          <w:rPr>
            <w:color w:val="0000EE"/>
            <w:u w:val="single"/>
          </w:rPr>
          <w:t>[5]</w:t>
        </w:r>
      </w:hyperlink>
      <w:r/>
    </w:p>
    <w:p>
      <w:r/>
      <w:r>
        <w:t>That staying power says something about the character's appeal. Ditto isn't powerful because it looks intimidating, and it isn't beloved because it has a complicated origin story. It's memorable because it offers possibility. It can fit in, stand out, imitate others or remain unmistakably Ditto.</w:t>
      </w:r>
      <w:r/>
    </w:p>
    <w:p>
      <w:r/>
      <w:r>
        <w:t>For LGBTQ+ fans, that openness can feel comforting. Representation doesn't always have to arrive with a speech or an official flag. Sometimes it's a cheerful pink blob quietly reminding everyone that identity can be playful, changeable and entirely your own.</w:t>
      </w:r>
      <w:r/>
    </w:p>
    <w:p>
      <w:r/>
      <w:r>
        <w:t>Explore Ditto's wonderfully flexible world this Pokémon Day.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https://www.thepinknews.com/2026/09/16/pokemon-day-why-ditto-is-an-lgbtq-pokemon-icon/</w:t>
        </w:r>
      </w:hyperlink>
      <w:r>
        <w:t xml:space="preserve"> - Please view link - unable to able to access data</w:t>
      </w:r>
      <w:r/>
    </w:p>
    <w:p>
      <w:pPr>
        <w:pStyle w:val="ListNumber"/>
        <w:spacing w:line="240" w:lineRule="auto"/>
        <w:ind w:left="720"/>
      </w:pPr>
      <w:r/>
      <w:hyperlink r:id="rId9">
        <w:r>
          <w:rPr>
            <w:color w:val="0000EE"/>
            <w:u w:val="single"/>
          </w:rPr>
          <w:t>https://pokemon.fandom.com/wiki/Ditto</w:t>
        </w:r>
      </w:hyperlink>
      <w:r>
        <w:t xml:space="preserve"> - Ditto is a Normal-type Pokémon introduced in Generation I, known for its ability to transform into any other Pokémon. Its design is based on the smiley emoticon, featuring a blob-like form with dot eyes and a line mouth. Dittos are typically light purple or pink, with rare shiny variants being blue. Since its debut, Ditto has appeared in every main Pokémon title, except for Ruby and Sapphire, where it could only be obtained via trading from other games. It has also featured in Pokémon Go, Pokémon Snap, and the Pokémon Mystery Dungeon series, though not in titles like Pokémon Legends Arceus.</w:t>
      </w:r>
      <w:r/>
    </w:p>
    <w:p>
      <w:pPr>
        <w:pStyle w:val="ListNumber"/>
        <w:spacing w:line="240" w:lineRule="auto"/>
        <w:ind w:left="720"/>
      </w:pPr>
      <w:r/>
      <w:hyperlink r:id="rId12">
        <w:r>
          <w:rPr>
            <w:color w:val="0000EE"/>
            <w:u w:val="single"/>
          </w:rPr>
          <w:t>https://pokestats.gg/egg-groups</w:t>
        </w:r>
      </w:hyperlink>
      <w:r>
        <w:t xml:space="preserve"> - Ditto is unique in Pokémon breeding due to its ability to breed with almost any Pokémon, regardless of gender, including male-only Pokémon. It cannot breed with itself or with Pokémon in the Undiscovered Egg group. When breeding with Ditto, the offspring is always the other parent's species. This versatility makes Ditto crucial for breeding genderless Pokémon or those with a single gender, such as Tyrogue and Tauros.</w:t>
      </w:r>
      <w:r/>
    </w:p>
    <w:p>
      <w:pPr>
        <w:pStyle w:val="ListNumber"/>
        <w:spacing w:line="240" w:lineRule="auto"/>
        <w:ind w:left="720"/>
      </w:pPr>
      <w:r/>
      <w:hyperlink r:id="rId11">
        <w:r>
          <w:rPr>
            <w:color w:val="0000EE"/>
            <w:u w:val="single"/>
          </w:rPr>
          <w:t>https://pokemondb.net/mechanics/breeding</w:t>
        </w:r>
      </w:hyperlink>
      <w:r>
        <w:t xml:space="preserve"> - In Pokémon breeding, Ditto can breed with any Pokémon capable of producing eggs, except for another Ditto or those in the Undiscovered Egg group. Genderless Pokémon can only breed with Ditto. The offspring from such a breeding will be the same species as the female parent, but at the bottom of the evolutionary chain. This mechanic allows players to obtain Pokémon with specific moves or abilities through breeding.</w:t>
      </w:r>
      <w:r/>
    </w:p>
    <w:p>
      <w:pPr>
        <w:pStyle w:val="ListNumber"/>
        <w:spacing w:line="240" w:lineRule="auto"/>
        <w:ind w:left="720"/>
      </w:pPr>
      <w:r/>
      <w:hyperlink r:id="rId10">
        <w:r>
          <w:rPr>
            <w:color w:val="0000EE"/>
            <w:u w:val="single"/>
          </w:rPr>
          <w:t>https://pokemon.neoseeker.com/wiki/Ditto</w:t>
        </w:r>
      </w:hyperlink>
      <w:r>
        <w:t xml:space="preserve"> - Ditto is the 132nd Pokémon in the Pokédex, classified as the Transform Pokémon. It has a unique ability called Limber, which grants immunity to Paralysis, and a Hidden Ability named Imposter, which changes Ditto into the opponent as soon as it enters battle, copying all stats and stat changes. Ditto does not evolve into any other Pokémon and has its own egg group, allowing it to breed with any Pokémon that's breedable, except another Ditto.</w:t>
      </w:r>
      <w:r/>
    </w:p>
    <w:p>
      <w:pPr>
        <w:pStyle w:val="ListNumber"/>
        <w:spacing w:line="240" w:lineRule="auto"/>
        <w:ind w:left="720"/>
      </w:pPr>
      <w:r/>
      <w:hyperlink r:id="rId14">
        <w:r>
          <w:rPr>
            <w:color w:val="0000EE"/>
            <w:u w:val="single"/>
          </w:rPr>
          <w:t>https://gamefaqs.gamespot.com/ds/960100-pokemon-soulsilver-version/answers/186482-ditto</w:t>
        </w:r>
      </w:hyperlink>
      <w:r>
        <w:t xml:space="preserve"> - In Pokémon SoulSilver, Ditto can breed with almost any Pokémon, regardless of gender, including male-only Pokémon. However, it cannot breed with itself or with Pokémon in the Undiscovered Egg group. The offspring from such a breeding will be the other parent's species. This breeding mechanic is consistent across various Pokémon games, allowing players to obtain specific Pokémon through breeding with Ditto.</w:t>
      </w:r>
      <w:r/>
    </w:p>
    <w:p>
      <w:pPr>
        <w:pStyle w:val="ListNumber"/>
        <w:spacing w:line="240" w:lineRule="auto"/>
        <w:ind w:left="720"/>
      </w:pPr>
      <w:r/>
      <w:hyperlink r:id="rId15">
        <w:r>
          <w:rPr>
            <w:color w:val="0000EE"/>
            <w:u w:val="single"/>
          </w:rPr>
          <w:t>https://gamefaqs.gamespot.com/ds/946308-pokemon-platinum-version/answers/79627-ditto-problem</w:t>
        </w:r>
      </w:hyperlink>
      <w:r>
        <w:t xml:space="preserve"> - In Pokémon Platinum, Ditto cannot breed with another Ditto. It can breed with any Pokémon except those in the Undiscovered Egg group. The offspring from such a breeding will be the other parent's species. This breeding mechanic is consistent across various Pokémon games, allowing players to obtain specific Pokémon through breeding with Ditto.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kemon.fandom.com/wiki/Ditto" TargetMode="External"/><Relationship Id="rId10" Type="http://schemas.openxmlformats.org/officeDocument/2006/relationships/hyperlink" Target="https://pokemon.neoseeker.com/wiki/Ditto" TargetMode="External"/><Relationship Id="rId11" Type="http://schemas.openxmlformats.org/officeDocument/2006/relationships/hyperlink" Target="https://pokemondb.net/mechanics/breeding" TargetMode="External"/><Relationship Id="rId12" Type="http://schemas.openxmlformats.org/officeDocument/2006/relationships/hyperlink" Target="https://pokestats.gg/egg-groups" TargetMode="External"/><Relationship Id="rId13" Type="http://schemas.openxmlformats.org/officeDocument/2006/relationships/hyperlink" Target="https://www.thepinknews.com/2026/09/16/pokemon-day-why-ditto-is-an-lgbtq-pokemon-icon/" TargetMode="External"/><Relationship Id="rId14" Type="http://schemas.openxmlformats.org/officeDocument/2006/relationships/hyperlink" Target="https://gamefaqs.gamespot.com/ds/960100-pokemon-soulsilver-version/answers/186482-ditto" TargetMode="External"/><Relationship Id="rId15" Type="http://schemas.openxmlformats.org/officeDocument/2006/relationships/hyperlink" Target="https://gamefaqs.gamespot.com/ds/946308-pokemon-platinum-version/answers/79627-ditto-probl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