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Club Octane Is Becoming Lima's Boldest Queer Nightlife Space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returning to Club Octane in Lima, Ohio, after an 18-month renovation reshaped the long-running venue. With weekly drag shows, guest performers and a wider welcome for the local community, owner Chadwick Rice is betting that a refreshed queer nightlife space can still become a town favourite.</w:t>
      </w:r>
      <w:r/>
    </w:p>
    <w:p>
      <w:pPr>
        <w:pStyle w:val="Heading2"/>
      </w:pPr>
      <w:r>
        <w:t>Essential Takeaways</w:t>
      </w:r>
      <w:r/>
      <w:r/>
    </w:p>
    <w:p>
      <w:pPr>
        <w:pStyle w:val="ListBullet"/>
        <w:spacing w:line="240" w:lineRule="auto"/>
        <w:ind w:left="720"/>
      </w:pPr>
      <w:r/>
      <w:r>
        <w:rPr>
          <w:b/>
        </w:rPr>
        <w:t>A year after reopening:</w:t>
      </w:r>
      <w:r>
        <w:t xml:space="preserve"> Club Octane returned following an extensive renovation and marketing rethink.</w:t>
      </w:r>
      <w:r/>
    </w:p>
    <w:p>
      <w:pPr>
        <w:pStyle w:val="ListBullet"/>
        <w:spacing w:line="240" w:lineRule="auto"/>
        <w:ind w:left="720"/>
      </w:pPr>
      <w:r/>
      <w:r>
        <w:rPr>
          <w:b/>
        </w:rPr>
        <w:t>A long local history:</w:t>
      </w:r>
      <w:r>
        <w:t xml:space="preserve"> The venue has served Ohio's LGBTQ community for decades.</w:t>
      </w:r>
      <w:r/>
    </w:p>
    <w:p>
      <w:pPr>
        <w:pStyle w:val="ListBullet"/>
        <w:spacing w:line="240" w:lineRule="auto"/>
        <w:ind w:left="720"/>
      </w:pPr>
      <w:r/>
      <w:r>
        <w:rPr>
          <w:b/>
        </w:rPr>
        <w:t>Weekly entertainment:</w:t>
      </w:r>
      <w:r>
        <w:t xml:space="preserve"> Saturday drag performances remain central to the club's identity.</w:t>
      </w:r>
      <w:r/>
    </w:p>
    <w:p>
      <w:pPr>
        <w:pStyle w:val="ListBullet"/>
        <w:spacing w:line="240" w:lineRule="auto"/>
        <w:ind w:left="720"/>
      </w:pPr>
      <w:r/>
      <w:r>
        <w:rPr>
          <w:b/>
        </w:rPr>
        <w:t>More than nightlife:</w:t>
      </w:r>
      <w:r>
        <w:t xml:space="preserve"> The team supports community initiatives, fundraisers and local outreach.</w:t>
      </w:r>
      <w:r/>
    </w:p>
    <w:p>
      <w:pPr>
        <w:pStyle w:val="ListBullet"/>
        <w:spacing w:line="240" w:lineRule="auto"/>
        <w:ind w:left="720"/>
      </w:pPr>
      <w:r/>
      <w:r>
        <w:rPr>
          <w:b/>
        </w:rPr>
        <w:t>A broader welcome:</w:t>
      </w:r>
      <w:r>
        <w:t xml:space="preserve"> Rice says the club is open to everyone who wants a safe, lively place to be themselves.</w:t>
      </w:r>
      <w:r/>
      <w:r/>
    </w:p>
    <w:p>
      <w:pPr>
        <w:pStyle w:val="Heading2"/>
      </w:pPr>
      <w:r>
        <w:t>A familiar venue gets a confident new chapter</w:t>
      </w:r>
      <w:r/>
    </w:p>
    <w:p>
      <w:r/>
      <w:r>
        <w:t>Club Octane's story is rooted in change. The Lima venue, located on West North Street, was previously known as Somewhere in Time and had been part of the local nightlife landscape since the 1970s. After its purchase by Chadwick Rice in 2023, it closed for around 18 months before reopening with a new look and direction.</w:t>
      </w:r>
      <w:r/>
    </w:p>
    <w:p>
      <w:r/>
      <w:r>
        <w:t>The result is less a clean break than a careful reset. The venue still acknowledges its LGBTQ roots, but Rice wants it to feel more welcoming to the wider community too. Listings on Restaurant Guru and Restaurantji continue to place Club Octane among Lima's nightlife and entertainment options, suggesting that the venue has maintained its role as a recognisable local destination.</w:t>
      </w:r>
      <w:r/>
    </w:p>
    <w:p>
      <w:r/>
      <w:r>
        <w:t>There is a particular charm to that kind of revival. In a town where businesses have disappeared, keeping one colourful, slightly unexpected venue alive feels like a small act of defiance.</w:t>
      </w:r>
      <w:r/>
    </w:p>
    <w:p>
      <w:pPr>
        <w:pStyle w:val="Heading2"/>
      </w:pPr>
      <w:r>
        <w:t>Weekly drag shows keep the room moving</w:t>
      </w:r>
      <w:r/>
    </w:p>
    <w:p>
      <w:r/>
      <w:r>
        <w:t>The club's biggest draw is its regular Saturday drag programme. Rice says Club Octane hosts one of the state's most consistent drag performances, with shows designed around entertainment rather than treating performers as decoration.</w:t>
      </w:r>
      <w:r/>
    </w:p>
    <w:p>
      <w:r/>
      <w:r>
        <w:t>That distinction matters. A lively room, sharp costumes and a packed dance floor are part of the appeal, but the stronger story is the platform itself. Performers have space to develop their craft, build an audience and become part of the venue's identity.</w:t>
      </w:r>
      <w:r/>
    </w:p>
    <w:p>
      <w:r/>
      <w:r>
        <w:t>Public event listings show that Club Octane's calendar stretches beyond standard club nights, with comedy, themed entertainment and seasonal events also appearing in the local mix. For visitors, that means the venue can feel different from one weekend to the next, rather than operating as a single-format bar.</w:t>
      </w:r>
      <w:r/>
    </w:p>
    <w:p>
      <w:pPr>
        <w:pStyle w:val="Heading2"/>
      </w:pPr>
      <w:r>
        <w:t>The people on stage are part of the community</w:t>
      </w:r>
      <w:r/>
    </w:p>
    <w:p>
      <w:r/>
      <w:r>
        <w:t>Rice highlights Dev the Creator, the venue's first Ms. Octane, and stage director Justyce Sinclaire as important figures in the club's development. Their roles extend beyond performance, with both involved in outreach and in helping shape the atmosphere behind the scenes.</w:t>
      </w:r>
      <w:r/>
    </w:p>
    <w:p>
      <w:r/>
      <w:r>
        <w:t>That community focus is also visible in the club's support for local causes. Rice says the team has helped provide meals, contributed to charitable activities and supported a women's and children's shelter. These efforts give the venue a purpose that reaches beyond late nights and loud music.</w:t>
      </w:r>
      <w:r/>
    </w:p>
    <w:p>
      <w:r/>
      <w:r>
        <w:t>It is easy for nightlife businesses to talk about community. It is more convincing when the work shows up in practical ways, from donated meals to performers using their visibility to support others.</w:t>
      </w:r>
      <w:r/>
    </w:p>
    <w:p>
      <w:pPr>
        <w:pStyle w:val="Heading2"/>
      </w:pPr>
      <w:r>
        <w:t>What should visitors expect from a night at Club Octane?</w:t>
      </w:r>
      <w:r/>
    </w:p>
    <w:p>
      <w:r/>
      <w:r>
        <w:t>The answer depends on the date, but visitors can generally expect drag, dancing, music and a sociable crowd. Anniversary celebrations have featured performers from across the Midwest and beyond, along with a DJ and a busy programme of entertainment.</w:t>
      </w:r>
      <w:r/>
    </w:p>
    <w:p>
      <w:r/>
      <w:r>
        <w:t>Online listings and local event pages also point to themed nights, including comedy and costume-led events. That variety makes it worth checking the latest schedule before travelling, particularly if you're looking for a specific kind of evening rather than simply a night out.</w:t>
      </w:r>
      <w:r/>
    </w:p>
    <w:p>
      <w:r/>
      <w:r>
        <w:t>For first-time visitors, the practical advice is simple: arrive early for popular events, check whether tables require reservations and confirm the latest details through the venue's own channels. Event platforms can be useful for discovery, but schedules and availability can change quickly.</w:t>
      </w:r>
      <w:r/>
    </w:p>
    <w:p>
      <w:pPr>
        <w:pStyle w:val="Heading2"/>
      </w:pPr>
      <w:r>
        <w:t>A queer space with the door open wider</w:t>
      </w:r>
      <w:r/>
    </w:p>
    <w:p>
      <w:r/>
      <w:r>
        <w:t>Rice's message is straightforward: Club Octane is built from queer nightlife, but it isn't intended to exclude anyone. The emphasis is on self-expression, belonging and giving people room to enjoy themselves without having to perform a version of who they think they should be.</w:t>
      </w:r>
      <w:r/>
    </w:p>
    <w:p>
      <w:r/>
      <w:r>
        <w:t>That wider invitation could prove important in a smaller city. Dedicated LGBTQ venues have become less common in many places, while the surviving ones increasingly act as bars, performance spaces, community hubs and cultural landmarks all at once.</w:t>
      </w:r>
      <w:r/>
    </w:p>
    <w:p>
      <w:r/>
      <w:r>
        <w:t>Club Octane's future will depend on whether Lima continues to show up. For now, the lights are on, the Saturday stage is busy and the venue is making a persuasive case for letting something bold exist.</w:t>
      </w:r>
      <w:r/>
    </w:p>
    <w:p>
      <w:r/>
      <w:r>
        <w:t>It's a small-town nightlife revival with plenty of sparkle and a serious sense of purpose.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[6]</w:t>
        </w:r>
      </w:hyperlink>
      <w:r>
        <w:t xml:space="preserve">- Paragraph 12: </w:t>
      </w:r>
      <w:hyperlink r:id="rId14">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[4]</w:t>
        </w:r>
      </w:hyperlink>
      <w:r>
        <w:t xml:space="preserve">- Paragraph 14: </w:t>
      </w:r>
      <w:hyperlink r:id="rId11">
        <w:r>
          <w:rPr>
            <w:color w:val="0000EE"/>
            <w:u w:val="single"/>
          </w:rPr>
          <w:t>[3]</w:t>
        </w:r>
      </w:hyperlink>
      <w:r>
        <w:t xml:space="preserve">, </w:t>
      </w:r>
      <w:hyperlink r:id="rId13">
        <w:r>
          <w:rPr>
            <w:color w:val="0000EE"/>
            <w:u w:val="single"/>
          </w:rPr>
          <w:t>[6]</w:t>
        </w:r>
      </w:hyperlink>
      <w:r>
        <w:t xml:space="preserve">- Paragraph 15: </w:t>
      </w:r>
      <w:hyperlink r:id="rId14">
        <w:r>
          <w:rPr>
            <w:color w:val="0000EE"/>
            <w:u w:val="single"/>
          </w:rPr>
          <w:t>[5]</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2">
        <w:r>
          <w:rPr>
            <w:color w:val="0000EE"/>
            <w:u w:val="single"/>
          </w:rPr>
          <w:t>[4]</w:t>
        </w:r>
      </w:hyperlink>
      <w:r>
        <w:t xml:space="preserve">, </w:t>
      </w:r>
      <w:hyperlink r:id="rId13">
        <w:r>
          <w:rPr>
            <w:color w:val="0000EE"/>
            <w:u w:val="single"/>
          </w:rPr>
          <w:t>[6]</w:t>
        </w:r>
      </w:hyperlink>
      <w:r>
        <w:t xml:space="preserve">- Paragraph 18: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https://www.limaohio.com/top-stories/2026/09/16/something-that-was-bold-5-questions-with-chadwick-rice-club-octane-owner/</w:t>
        </w:r>
      </w:hyperlink>
      <w:r>
        <w:t xml:space="preserve"> - Please view link - unable to able to access data</w:t>
      </w:r>
      <w:r/>
    </w:p>
    <w:p>
      <w:pPr>
        <w:pStyle w:val="ListNumber"/>
        <w:spacing w:line="240" w:lineRule="auto"/>
        <w:ind w:left="720"/>
      </w:pPr>
      <w:r/>
      <w:hyperlink r:id="rId10">
        <w:r>
          <w:rPr>
            <w:color w:val="0000EE"/>
            <w:u w:val="single"/>
          </w:rPr>
          <w:t>https://www.findglocal.com/US/Lima/152215551461210/Club-Octane</w:t>
        </w:r>
      </w:hyperlink>
      <w:r>
        <w:t xml:space="preserve"> - Club Octane is Lima's premier LGBT dance and special events bar, offering weekly events such as Trivia Thursdays, Karaoke Fridays, and drag shows every Saturday hosted by Justyce Sinclaire or Miss Octane. The club reopened in September 2025 after an 18-month renovation and marketing change, aiming to provide a bold and inclusive space for the community. The venue is located at 804 W North Street, Lima, OH 45801, and operates from Tuesday to Saturday, with varying hours.</w:t>
      </w:r>
      <w:r/>
    </w:p>
    <w:p>
      <w:pPr>
        <w:pStyle w:val="ListNumber"/>
        <w:spacing w:line="240" w:lineRule="auto"/>
        <w:ind w:left="720"/>
      </w:pPr>
      <w:r/>
      <w:hyperlink r:id="rId11">
        <w:r>
          <w:rPr>
            <w:color w:val="0000EE"/>
            <w:u w:val="single"/>
          </w:rPr>
          <w:t>https://restaurantguru.com/Club-Octane-Lima-Ohio</w:t>
        </w:r>
      </w:hyperlink>
      <w:r>
        <w:t xml:space="preserve"> - Club Octane is a bar and grill located at 804 W North Street, Lima, Ohio. It has received positive reviews, with a Google rating of 4.4 out of 5. The establishment is known for its welcoming staff and vibrant atmosphere. The menu features a variety of dishes, including mozzarella sticks, chicken, and waffle fries. The club operates on Thursday from 6 PM to 11 PM, Friday and Saturday from 6 PM to 2 AM, and is closed on Sunday.</w:t>
      </w:r>
      <w:r/>
    </w:p>
    <w:p>
      <w:pPr>
        <w:pStyle w:val="ListNumber"/>
        <w:spacing w:line="240" w:lineRule="auto"/>
        <w:ind w:left="720"/>
      </w:pPr>
      <w:r/>
      <w:hyperlink r:id="rId12">
        <w:r>
          <w:rPr>
            <w:color w:val="0000EE"/>
            <w:u w:val="single"/>
          </w:rPr>
          <w:t>https://www.restaurantji.com/oh/lima/club-octane-/</w:t>
        </w:r>
      </w:hyperlink>
      <w:r>
        <w:t xml:space="preserve"> - Club Octane is a bar and grill in Lima, Ohio, offering a welcoming and loving environment. The venue hosts 18+ shows until 11 PM and 21+ shows after 11 PM, providing entertainment for a diverse audience. The club has been involved in community activities, including winning a Christmas tree contest at the museum, providing meals to those in need over Thanksgiving, and hosting a trunk or treat for Halloween. The drag shows are highly praised for their fun and engaging performances.</w:t>
      </w:r>
      <w:r/>
    </w:p>
    <w:p>
      <w:pPr>
        <w:pStyle w:val="ListNumber"/>
        <w:spacing w:line="240" w:lineRule="auto"/>
        <w:ind w:left="720"/>
      </w:pPr>
      <w:r/>
      <w:hyperlink r:id="rId14">
        <w:r>
          <w:rPr>
            <w:color w:val="0000EE"/>
            <w:u w:val="single"/>
          </w:rPr>
          <w:t>https://stayhappening.com/e/ladies-night-comedy-E2ISY41AAWK</w:t>
        </w:r>
      </w:hyperlink>
      <w:r>
        <w:t xml:space="preserve"> - On December 20, 2025, Club Octane in Lima, Ohio, hosted a Ladies' Night Comedy event featuring all-female comedians. The show was headlined by Caitlin Menosky, with performances by Erica Wickham and Rachel Willis, and hosted by Justyce Sinclaire. The event aimed to provide an affordable and hilarious Saturday night experience, showcasing the club's commitment to diverse entertainment and community engagement.</w:t>
      </w:r>
      <w:r/>
    </w:p>
    <w:p>
      <w:pPr>
        <w:pStyle w:val="ListNumber"/>
        <w:spacing w:line="240" w:lineRule="auto"/>
        <w:ind w:left="720"/>
      </w:pPr>
      <w:r/>
      <w:hyperlink r:id="rId13">
        <w:r>
          <w:rPr>
            <w:color w:val="0000EE"/>
            <w:u w:val="single"/>
          </w:rPr>
          <w:t>https://allevents.in/lima/lima-pride-alliance-fall-fest/200028949679913</w:t>
        </w:r>
      </w:hyperlink>
      <w:r>
        <w:t xml:space="preserve"> - The Lima Pride Alliance Fall Fest took place on October 25, 2025, at Faurot Park in Lima, Ohio. The event featured a bonfire with s'mores and hot dogs, pumpkin painting and contests, music, and a queer costume contest with various categories. It was a family-friendly, queer-friendly, and friend-friendly event, aiming to celebrate community, diversity, and inclusion. The Lima Pride Alliance is dedicated to promoting LGBTQ+ visibility and support in the region.</w:t>
      </w:r>
      <w:r/>
    </w:p>
    <w:p>
      <w:pPr>
        <w:pStyle w:val="ListNumber"/>
        <w:spacing w:line="240" w:lineRule="auto"/>
        <w:ind w:left="720"/>
      </w:pPr>
      <w:r/>
      <w:hyperlink r:id="rId15">
        <w:r>
          <w:rPr>
            <w:color w:val="0000EE"/>
            <w:u w:val="single"/>
          </w:rPr>
          <w:t>https://allevents.in/lima/halloween-show-and-costume-contest/200028986924359</w:t>
        </w:r>
      </w:hyperlink>
      <w:r>
        <w:t xml:space="preserve"> - Club Octane hosted a Halloween Show and Costume Contest on October 31, 2025, at 804 W North Street, Lima, Ohio. The event offered cash prizes for the top three costume winners, with the audience selecting the winners. This event highlighted the club's commitment to providing engaging and inclusive entertainment for the community, fostering a vibrant and welcoming atmosphere for all attendees.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imaohio.com/top-stories/2026/09/16/something-that-was-bold-5-questions-with-chadwick-rice-club-octane-owner/" TargetMode="External"/><Relationship Id="rId10" Type="http://schemas.openxmlformats.org/officeDocument/2006/relationships/hyperlink" Target="https://www.findglocal.com/US/Lima/152215551461210/Club-Octane" TargetMode="External"/><Relationship Id="rId11" Type="http://schemas.openxmlformats.org/officeDocument/2006/relationships/hyperlink" Target="https://restaurantguru.com/Club-Octane-Lima-Ohio" TargetMode="External"/><Relationship Id="rId12" Type="http://schemas.openxmlformats.org/officeDocument/2006/relationships/hyperlink" Target="https://www.restaurantji.com/oh/lima/club-octane-/" TargetMode="External"/><Relationship Id="rId13" Type="http://schemas.openxmlformats.org/officeDocument/2006/relationships/hyperlink" Target="https://allevents.in/lima/lima-pride-alliance-fall-fest/200028949679913" TargetMode="External"/><Relationship Id="rId14" Type="http://schemas.openxmlformats.org/officeDocument/2006/relationships/hyperlink" Target="https://stayhappening.com/e/ladies-night-comedy-E2ISY41AAWK" TargetMode="External"/><Relationship Id="rId15" Type="http://schemas.openxmlformats.org/officeDocument/2006/relationships/hyperlink" Target="https://allevents.in/lima/halloween-show-and-costume-contest/20002898692435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