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Reeling 2026: Chicago LGBTQ+ Film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Chicago for Reeling 2026, the city’s annual LGBTQ+ International Film Festival, running from 17 to 27 September. With narrative features, documentaries and shorts across two venues, it’s a lively chance to discover new queer cinema, meet fellow film lovers and enjoy a packed programme on the big screen.</w:t>
      </w:r>
      <w:r/>
    </w:p>
    <w:p>
      <w:pPr>
        <w:pStyle w:val="Heading2"/>
      </w:pPr>
      <w:r>
        <w:t>Essential Takeaways</w:t>
      </w:r>
      <w:r/>
      <w:r/>
    </w:p>
    <w:p>
      <w:pPr>
        <w:pStyle w:val="ListBullet"/>
        <w:spacing w:line="240" w:lineRule="auto"/>
        <w:ind w:left="720"/>
      </w:pPr>
      <w:r/>
      <w:r>
        <w:rPr>
          <w:b/>
        </w:rPr>
        <w:t>Dates:</w:t>
      </w:r>
      <w:r>
        <w:t xml:space="preserve"> Reeling 2026 runs from 17 to 27 September.</w:t>
      </w:r>
      <w:r/>
    </w:p>
    <w:p>
      <w:pPr>
        <w:pStyle w:val="ListBullet"/>
        <w:spacing w:line="240" w:lineRule="auto"/>
        <w:ind w:left="720"/>
      </w:pPr>
      <w:r/>
      <w:r>
        <w:rPr>
          <w:b/>
        </w:rPr>
        <w:t>Venues:</w:t>
      </w:r>
      <w:r>
        <w:t xml:space="preserve"> Screenings are scheduled at Landmark Century Centre Cinema and Chicago Filmmakers.</w:t>
      </w:r>
      <w:r/>
    </w:p>
    <w:p>
      <w:pPr>
        <w:pStyle w:val="ListBullet"/>
        <w:spacing w:line="240" w:lineRule="auto"/>
        <w:ind w:left="720"/>
      </w:pPr>
      <w:r/>
      <w:r>
        <w:rPr>
          <w:b/>
        </w:rPr>
        <w:t>Programme:</w:t>
      </w:r>
      <w:r>
        <w:t xml:space="preserve"> Expect narrative features, documentaries and a substantial shorts selection.</w:t>
      </w:r>
      <w:r/>
    </w:p>
    <w:p>
      <w:pPr>
        <w:pStyle w:val="ListBullet"/>
        <w:spacing w:line="240" w:lineRule="auto"/>
        <w:ind w:left="720"/>
      </w:pPr>
      <w:r/>
      <w:r>
        <w:rPr>
          <w:b/>
        </w:rPr>
        <w:t>Best preparation:</w:t>
      </w:r>
      <w:r>
        <w:t xml:space="preserve"> Check the official programme guide and schedule before choosing screenings.</w:t>
      </w:r>
      <w:r/>
    </w:p>
    <w:p>
      <w:pPr>
        <w:pStyle w:val="ListBullet"/>
        <w:spacing w:line="240" w:lineRule="auto"/>
        <w:ind w:left="720"/>
      </w:pPr>
      <w:r/>
      <w:r>
        <w:rPr>
          <w:b/>
        </w:rPr>
        <w:t>Festival feel:</w:t>
      </w:r>
      <w:r>
        <w:t xml:space="preserve"> It’s a welcoming, community-minded event built around LGBTQ+ stories and independent cinema.</w:t>
      </w:r>
      <w:r/>
      <w:r/>
    </w:p>
    <w:p>
      <w:pPr>
        <w:pStyle w:val="Heading2"/>
      </w:pPr>
      <w:r>
        <w:t>Chicago’s LGBTQ+ film season starts here</w:t>
      </w:r>
      <w:r/>
    </w:p>
    <w:p>
      <w:r/>
      <w:r>
        <w:t>There’s something especially satisfying about the first proper festival outing of the season: the lights dim, the room settles and suddenly a new story is unfolding in front of you. Reeling 2026 brings that feeling back to Chicago with its 44th annual LGBTQ+ International Film Festival, according to the festival listings and event information published by local arts organisations.</w:t>
      </w:r>
      <w:r/>
    </w:p>
    <w:p>
      <w:r/>
      <w:r>
        <w:t>The festival takes place from 17 to 27 September, giving audiences more than a week to dip into films at their own pace. That matters because Reeling isn’t built around one type of viewer. You can plan a serious run of screenings, choose a single documentary or simply turn up for a short-film programme and see where the evening leads.</w:t>
      </w:r>
      <w:r/>
    </w:p>
    <w:p>
      <w:pPr>
        <w:pStyle w:val="Heading2"/>
      </w:pPr>
      <w:r>
        <w:t>Two venues, plenty to explore</w:t>
      </w:r>
      <w:r/>
    </w:p>
    <w:p>
      <w:r/>
      <w:r>
        <w:t>This year’s screenings are centred on Landmark Century Centre Cinema and Chicago Filmmakers. The two-venue format gives the event a distinctive Chicago rhythm, with audiences moving between established cinema surroundings and a more independent film-making environment.</w:t>
      </w:r>
      <w:r/>
    </w:p>
    <w:p>
      <w:r/>
      <w:r>
        <w:t>Choose Chicago and other local event guides list the festival as a major fixture in the city’s LGBTQ+ cultural calendar. It’s the sort of event where the venue becomes part of the experience, from the quiet anticipation before a feature to the post-screening conversations spilling out into the evening.</w:t>
      </w:r>
      <w:r/>
    </w:p>
    <w:p>
      <w:pPr>
        <w:pStyle w:val="Heading2"/>
      </w:pPr>
      <w:r>
        <w:t>Features, documentaries and shorts offer different entry points</w:t>
      </w:r>
      <w:r/>
    </w:p>
    <w:p>
      <w:r/>
      <w:r>
        <w:t>The programme includes narrative features, documentaries and film shorts, so there’s no need to commit to a single style. Features offer the immersive festival experience, while documentaries can provide a direct window into real lives, communities and social questions. Shorts, meanwhile, are ideal for viewers who enjoy variety and quick creative turns.</w:t>
      </w:r>
      <w:r/>
    </w:p>
    <w:p>
      <w:r/>
      <w:r>
        <w:t>That mix is one of Reeling’s strengths. A short can be funny, sharp or unexpectedly moving in less time than it takes to settle into a feature, while a documentary may stay with you long after the credits. Festival organisers and listings highlight the breadth of the programme, making the schedule worth browsing rather than choosing purely by title.</w:t>
      </w:r>
      <w:r/>
    </w:p>
    <w:p>
      <w:pPr>
        <w:pStyle w:val="Heading2"/>
      </w:pPr>
      <w:r>
        <w:t>How to plan your Reeling 2026 visit</w:t>
      </w:r>
      <w:r/>
    </w:p>
    <w:p>
      <w:r/>
      <w:r>
        <w:t>Start with the official programme guide and schedule, then mark a few priority screenings before filling in the gaps. Popular events can attract a strong audience, so checking times, venues and ticket details in advance should make the day feel far less frantic.</w:t>
      </w:r>
      <w:r/>
    </w:p>
    <w:p>
      <w:r/>
      <w:r>
        <w:t>If you’re new to LGBTQ+ film festivals, consider pairing a feature with a shorts programme. It’s an easy way to sample different voices without making the whole visit feel like homework. And if you’re attending with friends, leave room for discussion afterwards. The best festival films tend to create lively disagreement as well as applause.</w:t>
      </w:r>
      <w:r/>
    </w:p>
    <w:p>
      <w:pPr>
        <w:pStyle w:val="Heading2"/>
      </w:pPr>
      <w:r>
        <w:t>A festival with a sense of community</w:t>
      </w:r>
      <w:r/>
    </w:p>
    <w:p>
      <w:r/>
      <w:r>
        <w:t>Reeling has been part of Chicago’s film culture for decades, and its longevity gives the event a reassuring sense of continuity. At the same time, each edition offers a fresh snapshot of queer cinema, with new filmmakers, performers and perspectives entering the conversation.</w:t>
      </w:r>
      <w:r/>
    </w:p>
    <w:p>
      <w:r/>
      <w:r>
        <w:t>Local cultural calendars, including Pride Chicago and other Chicago arts listings, present Reeling as a key September event. For regular attendees, that makes it a familiar annual date. For first-timers, it’s a friendly way into independent cinema, with the added pleasure of sharing a room with people who are genuinely keen to be there.</w:t>
      </w:r>
      <w:r/>
    </w:p>
    <w:p>
      <w:pPr>
        <w:pStyle w:val="Heading2"/>
      </w:pPr>
      <w:r>
        <w:t>Why this year’s festival deserves a place in your diary</w:t>
      </w:r>
      <w:r/>
    </w:p>
    <w:p>
      <w:r/>
      <w:r>
        <w:t>Reeling 2026 offers the rare combination of breadth and focus: plenty to choose from, but a clear identity tying the programme together. Whether you’re interested in documentaries, narrative films or compact shorts, the festival promises a thoughtful alternative to the usual cinema routine.</w:t>
      </w:r>
      <w:r/>
    </w:p>
    <w:p>
      <w:r/>
      <w:r>
        <w:t>A little planning will help, but don’t over-engineer the experience. Leave space for curiosity, follow a recommendation and let one unexpected screening become the highlight of your visit.</w:t>
      </w:r>
      <w:r/>
    </w:p>
    <w:p>
      <w:r/>
      <w:r>
        <w:t>It’s a small but brilliant reminder that cinema is best shared.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https://brentmarchant.com/2026/09/15/see-me-at-reeling-2026/</w:t>
        </w:r>
      </w:hyperlink>
      <w:r>
        <w:t xml:space="preserve"> - Please view link - unable to able to access data</w:t>
      </w:r>
      <w:r/>
    </w:p>
    <w:p>
      <w:pPr>
        <w:pStyle w:val="ListNumber"/>
        <w:spacing w:line="240" w:lineRule="auto"/>
        <w:ind w:left="720"/>
      </w:pPr>
      <w:r/>
      <w:hyperlink r:id="rId10">
        <w:r>
          <w:rPr>
            <w:color w:val="0000EE"/>
            <w:u w:val="single"/>
          </w:rPr>
          <w:t>https://www.choosechicago.com/event/reeling-the-chicago-lgbtq-international-film-festival/</w:t>
        </w:r>
      </w:hyperlink>
      <w:r>
        <w:t xml:space="preserve"> - Reeling: The Chicago LGBTQ+ International Film Festival is scheduled from September 17 to 27, 2026, at the Landmark's Century Centre Cinema, located at 2828 N Clark St, Chicago, IL 60657. The festival will feature over 40 feature films and more than 50 short films from around the world, celebrating queer storytelling. Attendees can purchase festival passes, attend screenings, or become Reeling members to support queer media and artists. Individual screening tickets will be available soon. For more details, visit the official website.</w:t>
      </w:r>
      <w:r/>
    </w:p>
    <w:p>
      <w:pPr>
        <w:pStyle w:val="ListNumber"/>
        <w:spacing w:line="240" w:lineRule="auto"/>
        <w:ind w:left="720"/>
      </w:pPr>
      <w:r/>
      <w:hyperlink r:id="rId12">
        <w:r>
          <w:rPr>
            <w:color w:val="0000EE"/>
            <w:u w:val="single"/>
          </w:rPr>
          <w:t>https://chicagoscreens.org/event-6808345</w:t>
        </w:r>
      </w:hyperlink>
      <w:r>
        <w:t xml:space="preserve"> - The 44th edition of Reeling: The Chicago LGBTQ+ International Film Festival will take place from September 17 to 27, 2026, at venues including the Music Box Theatre (3733 N. Southport Ave.), Landmark's Century Centre Cinema (2828 N. Clark St.), and Chicago Filmmakers (1326 W. Hollywood Ave.). The festival will showcase 36 narrative and documentary feature films and 59 short films from 22 countries. The opening film is 'LA BOLA NEGRA,' an epic drama following three generations of queer men across pivotal moments in Spanish history.</w:t>
      </w:r>
      <w:r/>
    </w:p>
    <w:p>
      <w:pPr>
        <w:pStyle w:val="ListNumber"/>
        <w:spacing w:line="240" w:lineRule="auto"/>
        <w:ind w:left="720"/>
      </w:pPr>
      <w:r/>
      <w:hyperlink r:id="rId11">
        <w:r>
          <w:rPr>
            <w:color w:val="0000EE"/>
            <w:u w:val="single"/>
          </w:rPr>
          <w:t>https://reelingfilmfest.org/about-us</w:t>
        </w:r>
      </w:hyperlink>
      <w:r>
        <w:t xml:space="preserve"> - Reeling: The Chicago LGBTQ+ International Film Festival is the second-longest-running film festival of its kind, dedicated to showcasing the best LGBTQ+ films and videos each year. The festival presents a range of genres, including award-winning international feature films, social documentaries, and experimental shorts, demonstrating the rich diversity of work being produced. Reeling has become one of the most important cultural events for Chicagoans and attracts LGBTQ+ people from throughout the Midwest who consider the festival a highlight of their cinematic year.</w:t>
      </w:r>
      <w:r/>
    </w:p>
    <w:p>
      <w:pPr>
        <w:pStyle w:val="ListNumber"/>
        <w:spacing w:line="240" w:lineRule="auto"/>
        <w:ind w:left="720"/>
      </w:pPr>
      <w:r/>
      <w:hyperlink r:id="rId13">
        <w:r>
          <w:rPr>
            <w:color w:val="0000EE"/>
            <w:u w:val="single"/>
          </w:rPr>
          <w:t>https://pridechicago.org/event/reeling-the-chicago-lgbtq-international-film-festival/2026-09-17/1/</w:t>
        </w:r>
      </w:hyperlink>
      <w:r>
        <w:t xml:space="preserve"> - Reeling: The Chicago LGBTQ+ International Film Festival returns for its 44th year from September 17 to 27, 2026, at the Landmark’s Century Centre Cinema (2828 N Clark, Chicago, IL 60657). The festival features a diverse lineup of over 40 narrative and documentary features alongside more than 50 short films from around the globe. Reeling provides a space to celebrate shared history, foster connections, and see the world—and each other—a little more clearly. For more information and to explore the movie lineups, visit the official website.</w:t>
      </w:r>
      <w:r/>
    </w:p>
    <w:p>
      <w:pPr>
        <w:pStyle w:val="ListNumber"/>
        <w:spacing w:line="240" w:lineRule="auto"/>
        <w:ind w:left="720"/>
      </w:pPr>
      <w:r/>
      <w:hyperlink r:id="rId14">
        <w:r>
          <w:rPr>
            <w:color w:val="0000EE"/>
            <w:u w:val="single"/>
          </w:rPr>
          <w:t>https://screenmag.com/event/reeling-the-chicago-lgbtq-international-film-festival-2026/</w:t>
        </w:r>
      </w:hyperlink>
      <w:r>
        <w:t xml:space="preserve"> - Reeling: The Chicago LGBTQ+ International Film Festival is the second-longest-running film festival of its kind, dedicated to showcasing the best LGBTQ+ films and videos each year. The festival presents a range of genres, including award-winning international feature films, social documentaries, and experimental shorts, demonstrating the rich diversity of work being produced. Reeling has become one of the most important cultural events for Chicagoans and attracts LGBTQ+ people from throughout the Midwest who consider the festival a highlight of their cinematic year.</w:t>
      </w:r>
      <w:r/>
    </w:p>
    <w:p>
      <w:pPr>
        <w:pStyle w:val="ListNumber"/>
        <w:spacing w:line="240" w:lineRule="auto"/>
        <w:ind w:left="720"/>
      </w:pPr>
      <w:r/>
      <w:hyperlink r:id="rId15">
        <w:r>
          <w:rPr>
            <w:color w:val="0000EE"/>
            <w:u w:val="single"/>
          </w:rPr>
          <w:t>https://outxout.com/event/reeling-film-festival</w:t>
        </w:r>
      </w:hyperlink>
      <w:r>
        <w:t xml:space="preserve"> - Reeling: The Chicago LGBTQ+ International Film Festival returns for its 44th edition from September 17 to 27, 2026, showcasing approximately 75 to 100 independent queer features, shorts, and documentaries over eleven days. The festival screens at Landmark's Century Centre Cinema in Lakeview and Chicago Filmmakers' Firehouse Cinema in Edgewater. For the full schedule and venues, visit the festival 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entmarchant.com/2026/09/15/see-me-at-reeling-2026/" TargetMode="External"/><Relationship Id="rId10" Type="http://schemas.openxmlformats.org/officeDocument/2006/relationships/hyperlink" Target="https://www.choosechicago.com/event/reeling-the-chicago-lgbtq-international-film-festival/" TargetMode="External"/><Relationship Id="rId11" Type="http://schemas.openxmlformats.org/officeDocument/2006/relationships/hyperlink" Target="https://reelingfilmfest.org/about-us" TargetMode="External"/><Relationship Id="rId12" Type="http://schemas.openxmlformats.org/officeDocument/2006/relationships/hyperlink" Target="https://chicagoscreens.org/event-6808345" TargetMode="External"/><Relationship Id="rId13" Type="http://schemas.openxmlformats.org/officeDocument/2006/relationships/hyperlink" Target="https://pridechicago.org/event/reeling-the-chicago-lgbtq-international-film-festival/2026-09-17/1/" TargetMode="External"/><Relationship Id="rId14" Type="http://schemas.openxmlformats.org/officeDocument/2006/relationships/hyperlink" Target="https://screenmag.com/event/reeling-the-chicago-lgbtq-international-film-festival-2026/" TargetMode="External"/><Relationship Id="rId15" Type="http://schemas.openxmlformats.org/officeDocument/2006/relationships/hyperlink" Target="https://outxout.com/event/reeling-film-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