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Atlanta Black Pride Weekend Marks 20 Years of Culture and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 Black Pride Weekend has reached a major 20-year milestone, bringing thousands together across the city for music, leadership, wellness and community connection. With Gilead Sciences supporting several headline events, the 2026 celebration also put HIV prevention, PrEP education and health equity firmly at the heart of the weekend.</w:t>
      </w:r>
      <w:r/>
    </w:p>
    <w:p>
      <w:pPr>
        <w:pStyle w:val="Heading2"/>
      </w:pPr>
      <w:r>
        <w:t>Essential Takeaways</w:t>
      </w:r>
      <w:r/>
      <w:r/>
    </w:p>
    <w:p>
      <w:pPr>
        <w:pStyle w:val="ListBullet"/>
        <w:spacing w:line="240" w:lineRule="auto"/>
        <w:ind w:left="720"/>
      </w:pPr>
      <w:r/>
      <w:r>
        <w:rPr>
          <w:b/>
        </w:rPr>
        <w:t>A landmark anniversary:</w:t>
      </w:r>
      <w:r>
        <w:t xml:space="preserve"> Atlanta Black Pride Weekend celebrated two decades of community, culture and visibility.</w:t>
      </w:r>
      <w:r/>
    </w:p>
    <w:p>
      <w:pPr>
        <w:pStyle w:val="ListBullet"/>
        <w:spacing w:line="240" w:lineRule="auto"/>
        <w:ind w:left="720"/>
      </w:pPr>
      <w:r/>
      <w:r>
        <w:rPr>
          <w:b/>
        </w:rPr>
        <w:t>Health stayed central:</w:t>
      </w:r>
      <w:r>
        <w:t xml:space="preserve"> Events made room for conversations about HIV prevention, PrEP, care and reducing stigma.</w:t>
      </w:r>
      <w:r/>
    </w:p>
    <w:p>
      <w:pPr>
        <w:pStyle w:val="ListBullet"/>
        <w:spacing w:line="240" w:lineRule="auto"/>
        <w:ind w:left="720"/>
      </w:pPr>
      <w:r/>
      <w:r>
        <w:rPr>
          <w:b/>
        </w:rPr>
        <w:t>Leadership took the spotlight:</w:t>
      </w:r>
      <w:r>
        <w:t xml:space="preserve"> Forums and receptions highlighted Black LGBTQ+ organisers, advocates, creatives and entrepreneurs.</w:t>
      </w:r>
      <w:r/>
    </w:p>
    <w:p>
      <w:pPr>
        <w:pStyle w:val="ListBullet"/>
        <w:spacing w:line="240" w:lineRule="auto"/>
        <w:ind w:left="720"/>
      </w:pPr>
      <w:r/>
      <w:r>
        <w:rPr>
          <w:b/>
        </w:rPr>
        <w:t>Pure Heat closed the weekend:</w:t>
      </w:r>
      <w:r>
        <w:t xml:space="preserve"> The Piedmont Park festival combined live entertainment with wellness and community resources.</w:t>
      </w:r>
      <w:r/>
    </w:p>
    <w:p>
      <w:pPr>
        <w:pStyle w:val="ListBullet"/>
        <w:spacing w:line="240" w:lineRule="auto"/>
        <w:ind w:left="720"/>
      </w:pPr>
      <w:r/>
      <w:r>
        <w:rPr>
          <w:b/>
        </w:rPr>
        <w:t>Partnerships met people where they are:</w:t>
      </w:r>
      <w:r>
        <w:t xml:space="preserve"> Gilead Sciences supported several culturally relevant events rather than relying on formal health settings alone.</w:t>
      </w:r>
      <w:r/>
      <w:r/>
    </w:p>
    <w:p>
      <w:pPr>
        <w:pStyle w:val="Heading2"/>
      </w:pPr>
      <w:r>
        <w:t>A 20-year celebration with real momentum</w:t>
      </w:r>
      <w:r/>
    </w:p>
    <w:p>
      <w:r/>
      <w:r>
        <w:t>Atlanta Black Pride Weekend's 2026 edition had the energy of a reunion, but it wasn't simply looking backwards. Across a packed programme, thousands of Black LGBTQ+ people and allies gathered for events that blended joy, visibility and practical support. The atmosphere was celebratory, yet the message was serious: community health belongs in the middle of Pride, not at the edges.</w:t>
      </w:r>
      <w:r/>
    </w:p>
    <w:p>
      <w:r/>
      <w:r>
        <w:t>According to Atlanta Daily World, Gilead Sciences supported a series of signature events throughout the weekend, helping connect cultural celebration with HIV education and prevention. That approach matters because a conversation about health is often easier to start over food, music or a familiar face than beneath the bright lights of a clinic.</w:t>
      </w:r>
      <w:r/>
    </w:p>
    <w:p>
      <w:r/>
      <w:r>
        <w:t>The anniversary also underlined Atlanta's continuing importance as a centre for Black LGBTQ+ culture and organising. Listings from Atlanta Pride and Black Atlanteans show how the weekend brought together social events, civic engagement and large-scale public celebration across the city.</w:t>
      </w:r>
      <w:r/>
    </w:p>
    <w:p>
      <w:pPr>
        <w:pStyle w:val="Heading2"/>
      </w:pPr>
      <w:r>
        <w:t>From city hall to the dance floor</w:t>
      </w:r>
      <w:r/>
    </w:p>
    <w:p>
      <w:r/>
      <w:r>
        <w:t>The programme moved comfortably between intimate discussion and big public spectacle. Nathan Hale's Cultural Architects opened space for conversation around Black creativity, queer identity and the enduring relationship between Black gay and queer men and Black women, while the Mayor's Black Pride Reception brought community leaders and elected officials together at Atlanta City Hall.</w:t>
      </w:r>
      <w:r/>
    </w:p>
    <w:p>
      <w:r/>
      <w:r>
        <w:t>Those contrasting settings gave the weekend its shape. One moment was reflective and close-knit; the next was civic and highly visible. Atlanta Daily World reported that Mayor Andre Dickens featured proclamations recognising people and organisations helping build a more inclusive city.</w:t>
      </w:r>
      <w:r/>
    </w:p>
    <w:p>
      <w:r/>
      <w:r>
        <w:t>The Native Son Black Gay Leadership Forum added another layer, bringing together executives, entrepreneurs, artists and advocates to discuss representation, leadership and health equity. It was the kind of gathering that can look quiet from the outside but often produces the ideas and relationships that last long after the stage has been cleared.</w:t>
      </w:r>
      <w:r/>
    </w:p>
    <w:p>
      <w:pPr>
        <w:pStyle w:val="Heading2"/>
      </w:pPr>
      <w:r>
        <w:t>Why PrEP conversations belong in Pride spaces</w:t>
      </w:r>
      <w:r/>
    </w:p>
    <w:p>
      <w:r/>
      <w:r>
        <w:t>At Pride + PrEP at V12 Restaurant &amp; Sports Bar, sexual health information was placed in a relaxed, culturally familiar setting. Guests could learn about PrEP and HIV prevention without the experience feeling clinical or intimidating, which is a small but important change in tone.</w:t>
      </w:r>
      <w:r/>
    </w:p>
    <w:p>
      <w:r/>
      <w:r>
        <w:t>Gilead's support helped keep those conversations visible throughout the weekend, rather than treating health education as a separate add-on. Coverage from Atlanta Daily World and event listings from Atlanta Pride both point to a wider shift in how Pride organisers approach wellness: information works best when it's accessible, social and connected to everyday life.</w:t>
      </w:r>
      <w:r/>
    </w:p>
    <w:p>
      <w:r/>
      <w:r>
        <w:t>For anyone exploring PrEP, the practical next step is to speak with a qualified healthcare professional about whether it's suitable, how it's taken and what follow-up care is needed. Reliable information matters, especially when online advice can be noisy, contradictory and occasionally alarmist.</w:t>
      </w:r>
      <w:r/>
    </w:p>
    <w:p>
      <w:pPr>
        <w:pStyle w:val="Heading2"/>
      </w:pPr>
      <w:r>
        <w:t>Honours, performances and a strong community finish</w:t>
      </w:r>
      <w:r/>
    </w:p>
    <w:p>
      <w:r/>
      <w:r>
        <w:t>The Influencers' Gala celebrated people whose work has shaped entertainment, business, advocacy and LGBTQ+ life. Honourees included Jesseca Harris-Dupart, Vinny Watson, Carlos King, SG, Cliff Vmir, MC Fatha Flex, Karen KD Douglas, Niesha Dupree and Dr Felicia Ivey.</w:t>
      </w:r>
      <w:r/>
    </w:p>
    <w:p>
      <w:r/>
      <w:r>
        <w:t>The weekend's emotional centre was arguably its community recognition. A special award went to A Vision For Hope, a Fulton County organisation supporting young people, older residents and members of the LGBTQ+ community. Its safe-haven mission offered a useful reminder that Pride is not only about visibility for a weekend, but about creating dependable support all year round.</w:t>
      </w:r>
      <w:r/>
    </w:p>
    <w:p>
      <w:r/>
      <w:r>
        <w:t>Then came the Pure Heat Community Festival at Piedmont Park, where live entertainment, wellness resources and community engagement met in the open air. Festival listings from Festivals in America and local event sources describe Pure Heat as one of the weekend's major public gatherings, while performers including Durand Bernarr, Saucy Santana, Tamar Braxton and Cynthia Bailey helped bring the celebratory volume right up.</w:t>
      </w:r>
      <w:r/>
    </w:p>
    <w:p>
      <w:pPr>
        <w:pStyle w:val="Heading2"/>
      </w:pPr>
      <w:r>
        <w:t>What this milestone says about Atlanta's future</w:t>
      </w:r>
      <w:r/>
    </w:p>
    <w:p>
      <w:r/>
      <w:r>
        <w:t>The most interesting part of the 20-year celebration may be the way it joined culture with infrastructure. A gala can honour achievement, a festival can create joy and a leadership forum can spark new thinking, but together they form something more useful: a network that helps people feel seen while pointing them towards support.</w:t>
      </w:r>
      <w:r/>
    </w:p>
    <w:p>
      <w:r/>
      <w:r>
        <w:t>That model is likely to remain important as Pride events face familiar challenges around funding, access and health inequality. Gilead's involvement showed how a corporate partnership can be more meaningful when it supports trusted community spaces and puts useful information in front of people without flattening the culture around it.</w:t>
      </w:r>
      <w:r/>
    </w:p>
    <w:p>
      <w:r/>
      <w:r>
        <w:t>For attendees, the takeaway is refreshingly practical. Enjoy the music, find the people who make you feel at home, and take advantage of the health resources on offer. Your future self may be grateful for the conversation you almost skipped.</w:t>
      </w:r>
      <w:r/>
    </w:p>
    <w:p>
      <w:r/>
      <w:r>
        <w:t>It's a milestone worth celebrating, but the real achievement is keeping pride, care and community moving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2">
        <w:r>
          <w:rPr>
            <w:color w:val="0000EE"/>
            <w:u w:val="single"/>
          </w:rPr>
          <w:t>[4]</w:t>
        </w:r>
      </w:hyperlink>
      <w:r>
        <w:t xml:space="preserve">- Paragraph 13: </w:t>
      </w:r>
      <w:hyperlink r:id="rId9">
        <w:r>
          <w:rPr>
            <w:color w:val="0000EE"/>
            <w:u w:val="single"/>
          </w:rPr>
          <w:t>[2]</w:t>
        </w:r>
      </w:hyperlink>
      <w:r>
        <w:t xml:space="preserve">, </w:t>
      </w:r>
      <w:hyperlink r:id="rId14">
        <w:r>
          <w:rPr>
            <w:color w:val="0000EE"/>
            <w:u w:val="single"/>
          </w:rPr>
          <w:t>[5]</w:t>
        </w:r>
      </w:hyperlink>
      <w:r>
        <w:t xml:space="preserve">- Paragraph 14: </w:t>
      </w:r>
      <w:hyperlink r:id="rId9">
        <w:r>
          <w:rPr>
            <w:color w:val="0000EE"/>
            <w:u w:val="single"/>
          </w:rPr>
          <w:t>[2]</w:t>
        </w:r>
      </w:hyperlink>
      <w:r>
        <w:t xml:space="preserve">, </w:t>
      </w:r>
      <w:hyperlink r:id="rId11">
        <w:r>
          <w:rPr>
            <w:color w:val="0000EE"/>
            <w:u w:val="single"/>
          </w:rPr>
          <w:t>[6]</w:t>
        </w:r>
      </w:hyperlink>
      <w:r>
        <w:t xml:space="preserve">- Paragraph 15: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https://atlantadailyworld.com/2026/09/16/atlanta-black-pride-weekend-celebrates-20-years-powered-by-gilead-sciences/</w:t>
        </w:r>
      </w:hyperlink>
      <w:r>
        <w:t xml:space="preserve"> - Please view link - unable to able to access data</w:t>
      </w:r>
      <w:r/>
    </w:p>
    <w:p>
      <w:pPr>
        <w:pStyle w:val="ListNumber"/>
        <w:spacing w:line="240" w:lineRule="auto"/>
        <w:ind w:left="720"/>
      </w:pPr>
      <w:r/>
      <w:hyperlink r:id="rId9">
        <w:r>
          <w:rPr>
            <w:color w:val="0000EE"/>
            <w:u w:val="single"/>
          </w:rPr>
          <w:t>https://atlantadailyworld.com/2026/09/16/atlanta-black-pride-weekend-celebrates-20-years-powered-by-gilead-sciences/</w:t>
        </w:r>
      </w:hyperlink>
      <w:r>
        <w:t xml:space="preserve"> - The article highlights Gilead Sciences' significant involvement in the 2026 Atlanta Black Pride Weekend, marking its 20th anniversary. Gilead's support encompassed key events such as Cultural Architects, the 7th Annual Mayor’s Black Pride Reception, Pride + PrEP at V12, the Influencers’ Gala, and the Pure Heat Community Festival. These initiatives aimed to promote Black LGBTQ+ culture, leadership, visibility, and wellness, while advancing discussions on HIV prevention, care, and health equity. The events featured performances by artists like Durand Bernarr, Saucy Santana, and Tamar Braxton, and honoured individuals contributing to the LGBTQ+ community.</w:t>
      </w:r>
      <w:r/>
    </w:p>
    <w:p>
      <w:pPr>
        <w:pStyle w:val="ListNumber"/>
        <w:spacing w:line="240" w:lineRule="auto"/>
        <w:ind w:left="720"/>
      </w:pPr>
      <w:r/>
      <w:hyperlink r:id="rId10">
        <w:r>
          <w:rPr>
            <w:color w:val="0000EE"/>
            <w:u w:val="single"/>
          </w:rPr>
          <w:t>https://blackatlanteans.com/post/atlanta-black-pride-weekend-2026</w:t>
        </w:r>
      </w:hyperlink>
      <w:r>
        <w:t xml:space="preserve"> - This article discusses the 20th anniversary of Atlanta Black Pride Weekend, themed 'Strength in Unity'. It outlines the six-day celebration from September 2–7, 2026, featuring parties, performances, community care, and the Pure Heat Community Festival in Piedmont Park. The piece reflects on the event's evolution from grassroots gatherings to a leading celebration of Black LGBTQIA+ life, emphasising the community's resilience and unity over two decades.</w:t>
      </w:r>
      <w:r/>
    </w:p>
    <w:p>
      <w:pPr>
        <w:pStyle w:val="ListNumber"/>
        <w:spacing w:line="240" w:lineRule="auto"/>
        <w:ind w:left="720"/>
      </w:pPr>
      <w:r/>
      <w:hyperlink r:id="rId12">
        <w:r>
          <w:rPr>
            <w:color w:val="0000EE"/>
            <w:u w:val="single"/>
          </w:rPr>
          <w:t>https://atlantapride.org/event/atlanta-black-pride-2026/</w:t>
        </w:r>
      </w:hyperlink>
      <w:r>
        <w:t xml:space="preserve"> - The Atlanta Black Pride 2026 event page provides details about the annual celebration scheduled from September 2–7, 2026. Organised by Atlanta Black Pride, Inc., the event aims to celebrate, empower, and advocate for BIPOC LGBTQ+ individuals and families. The page highlights the organisation's year-round programming that promotes community leadership, education, healthy living, self-empowerment, economic growth, and political involvement, with the annual Atlanta Black Pride Weekend being a significant part of their initiatives.</w:t>
      </w:r>
      <w:r/>
    </w:p>
    <w:p>
      <w:pPr>
        <w:pStyle w:val="ListNumber"/>
        <w:spacing w:line="240" w:lineRule="auto"/>
        <w:ind w:left="720"/>
      </w:pPr>
      <w:r/>
      <w:hyperlink r:id="rId14">
        <w:r>
          <w:rPr>
            <w:color w:val="0000EE"/>
            <w:u w:val="single"/>
          </w:rPr>
          <w:t>https://www.festivalsinamerica.com/festival/pure-heat-community-festival-atlanta</w:t>
        </w:r>
      </w:hyperlink>
      <w:r>
        <w:t xml:space="preserve"> - This page provides information about the Pure Heat Community Festival, the signature outdoor event of Atlanta Black Pride Weekend. Held in Piedmont Park, the festival draws tens of thousands for live music, drag performances, vendors, community resources, and pride festivities. The article highlights the festival's role as the heart of Atlanta Black Pride, emphasising its significance in celebrating Black LGBTQ+ life and community.</w:t>
      </w:r>
      <w:r/>
    </w:p>
    <w:p>
      <w:pPr>
        <w:pStyle w:val="ListNumber"/>
        <w:spacing w:line="240" w:lineRule="auto"/>
        <w:ind w:left="720"/>
      </w:pPr>
      <w:r/>
      <w:hyperlink r:id="rId11">
        <w:r>
          <w:rPr>
            <w:color w:val="0000EE"/>
            <w:u w:val="single"/>
          </w:rPr>
          <w:t>https://www.gafollowers.com/atlanta-black-pride-weekend-20-years-2026/</w:t>
        </w:r>
      </w:hyperlink>
      <w:r>
        <w:t xml:space="preserve"> - This article celebrates the 20th anniversary of Atlanta Black Pride Weekend, detailing a full slate of events across the city. The milestone weekend includes the Mayor’s Black Pride Reception at Atlanta City Hall, parties, galas, a drag brunch, and a closing-day barbecue and adult field day. The piece underscores the anniversary's focus on both celebration and continued support for Atlanta’s Black LGBTQ+ community, highlighting the event's growth and impact over two decades.</w:t>
      </w:r>
      <w:r/>
    </w:p>
    <w:p>
      <w:pPr>
        <w:pStyle w:val="ListNumber"/>
        <w:spacing w:line="240" w:lineRule="auto"/>
        <w:ind w:left="720"/>
      </w:pPr>
      <w:r/>
      <w:hyperlink r:id="rId13">
        <w:r>
          <w:rPr>
            <w:color w:val="0000EE"/>
            <w:u w:val="single"/>
          </w:rPr>
          <w:t>https://www.downtownatl.com/news/atlanta-black-pride-weekend-20-years-2026</w:t>
        </w:r>
      </w:hyperlink>
      <w:r>
        <w:t xml:space="preserve"> - This article announces the return of Atlanta Black Pride Weekend from September 2–7, 2026, marking its 20-year milestone. The celebration spans six days, featuring parties, brunches, a blood drive, a house ball, and its signature outdoor festival. Co-founders Melissa Scott and Julius James reflect on two decades of creating a space where the community can be 'seen, supported, empowered and celebrated,' crediting the artists, advocates, organisations, and allies who have contributed to its growth beyond a single weekend.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tlantadailyworld.com/2026/09/16/atlanta-black-pride-weekend-celebrates-20-years-powered-by-gilead-sciences/" TargetMode="External"/><Relationship Id="rId10" Type="http://schemas.openxmlformats.org/officeDocument/2006/relationships/hyperlink" Target="https://blackatlanteans.com/post/atlanta-black-pride-weekend-2026" TargetMode="External"/><Relationship Id="rId11" Type="http://schemas.openxmlformats.org/officeDocument/2006/relationships/hyperlink" Target="https://www.gafollowers.com/atlanta-black-pride-weekend-20-years-2026/" TargetMode="External"/><Relationship Id="rId12" Type="http://schemas.openxmlformats.org/officeDocument/2006/relationships/hyperlink" Target="https://atlantapride.org/event/atlanta-black-pride-2026/" TargetMode="External"/><Relationship Id="rId13" Type="http://schemas.openxmlformats.org/officeDocument/2006/relationships/hyperlink" Target="https://www.downtownatl.com/news/atlanta-black-pride-weekend-20-years-2026" TargetMode="External"/><Relationship Id="rId14" Type="http://schemas.openxmlformats.org/officeDocument/2006/relationships/hyperlink" Target="https://www.festivalsinamerica.com/festival/pure-heat-community-festival-atlan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