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Big Brother fans praise Frankie’s emotional bisexuality confession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Big Brother fans have been left in tears after Frankie shared a deeply personal confession in the Diary Room, even as a bitter clash between Rochelle and Johanne kept the ITV2 house on edge. The vulnerable moment has prompted warm support online and renewed discussion about why honest representation still matters on reality television.</w:t>
      </w:r>
      <w:r/>
    </w:p>
    <w:p>
      <w:pPr>
        <w:pStyle w:val="Heading2"/>
      </w:pPr>
      <w:r>
        <w:t>Essential Takeaways</w:t>
      </w:r>
      <w:r/>
      <w:r/>
    </w:p>
    <w:p>
      <w:pPr>
        <w:pStyle w:val="ListBullet"/>
        <w:spacing w:line="240" w:lineRule="auto"/>
        <w:ind w:left="720"/>
      </w:pPr>
      <w:r/>
      <w:r>
        <w:rPr>
          <w:b/>
        </w:rPr>
        <w:t>Frankie opened up:</w:t>
      </w:r>
      <w:r>
        <w:t xml:space="preserve"> The 23-year-old marketing manager spoke about the guilt and shame he had carried before coming out as bisexual.</w:t>
      </w:r>
      <w:r/>
    </w:p>
    <w:p>
      <w:pPr>
        <w:pStyle w:val="ListBullet"/>
        <w:spacing w:line="240" w:lineRule="auto"/>
        <w:ind w:left="720"/>
      </w:pPr>
      <w:r/>
      <w:r>
        <w:rPr>
          <w:b/>
        </w:rPr>
        <w:t>A tender moment:</w:t>
      </w:r>
      <w:r>
        <w:t xml:space="preserve"> Viewers praised the Diary Room conversation as powerful, brave and emotionally honest.</w:t>
      </w:r>
      <w:r/>
    </w:p>
    <w:p>
      <w:pPr>
        <w:pStyle w:val="ListBullet"/>
        <w:spacing w:line="240" w:lineRule="auto"/>
        <w:ind w:left="720"/>
      </w:pPr>
      <w:r/>
      <w:r>
        <w:rPr>
          <w:b/>
        </w:rPr>
        <w:t>Tensions remain high:</w:t>
      </w:r>
      <w:r>
        <w:t xml:space="preserve"> Rochelle and Johanne's feud continues to divide both the housemates and the audience.</w:t>
      </w:r>
      <w:r/>
    </w:p>
    <w:p>
      <w:pPr>
        <w:pStyle w:val="ListBullet"/>
        <w:spacing w:line="240" w:lineRule="auto"/>
        <w:ind w:left="720"/>
      </w:pPr>
      <w:r/>
      <w:r>
        <w:rPr>
          <w:b/>
        </w:rPr>
        <w:t>Support flooded in:</w:t>
      </w:r>
      <w:r>
        <w:t xml:space="preserve"> Fans shared messages of encouragement after seeing Frankie become visibly upset.</w:t>
      </w:r>
      <w:r/>
    </w:p>
    <w:p>
      <w:pPr>
        <w:pStyle w:val="ListBullet"/>
        <w:spacing w:line="240" w:lineRule="auto"/>
        <w:ind w:left="720"/>
      </w:pPr>
      <w:r/>
      <w:r>
        <w:rPr>
          <w:b/>
        </w:rPr>
        <w:t>The series continues:</w:t>
      </w:r>
      <w:r>
        <w:t xml:space="preserve"> Big Brother is airing on ITV2 and ITVX, with the housemates facing eight weeks under the spotlight.</w:t>
      </w:r>
      <w:r/>
      <w:r/>
    </w:p>
    <w:p>
      <w:pPr>
        <w:pStyle w:val="Heading2"/>
      </w:pPr>
      <w:r>
        <w:t>Frankie’s confession moved viewers</w:t>
      </w:r>
      <w:r/>
    </w:p>
    <w:p>
      <w:r/>
      <w:r>
        <w:t>One minute, the Big Brother house was filled with the usual strain of clashing personalities. The next, Frankie was alone in the Diary Room, visibly emotional as he explained why he had entered the show. According to Media Mole, the 23-year-old spoke about coming out as bisexual and the difficult feelings that had surrounded that decision.</w:t>
      </w:r>
      <w:r/>
    </w:p>
    <w:p>
      <w:r/>
      <w:r>
        <w:t>Frankie described carrying guilt and shame for around 18 months to two years, while worrying that people outside the house might reject him or no longer want to be close to him. It was a quiet scene, but it landed with considerable force. There was no dramatic music or crowd-pleasing twist, just someone trying to say something painful out loud.</w:t>
      </w:r>
      <w:r/>
    </w:p>
    <w:p>
      <w:r/>
      <w:r>
        <w:t>Big Brother responded with reassurance, telling Frankie that he hadn't let anyone down. That simple exchange appeared to strike a chord with viewers, many of whom said they had been crying while watching. AOL reported that fans described the moment as both heartbreaking and powerful.</w:t>
      </w:r>
      <w:r/>
    </w:p>
    <w:p>
      <w:pPr>
        <w:pStyle w:val="Heading2"/>
      </w:pPr>
      <w:r>
        <w:t>Why the Diary Room scene felt so powerful</w:t>
      </w:r>
      <w:r/>
    </w:p>
    <w:p>
      <w:r/>
      <w:r>
        <w:t>Reality television often thrives on noise: arguments, alliances, surprises and people talking over one another. Frankie's conversation offered the opposite. The room felt still, and that calm gave his words space to breathe.</w:t>
      </w:r>
      <w:r/>
    </w:p>
    <w:p>
      <w:r/>
      <w:r>
        <w:t>TV Zone's episode information places the emotional confession within an episode already shaped by rising tensions in the house. That contrast mattered. Viewers had been watching disagreements unfold, then suddenly found themselves sharing a far more intimate moment with a housemate who was clearly scared of what honesty might cost him.</w:t>
      </w:r>
      <w:r/>
    </w:p>
    <w:p>
      <w:r/>
      <w:r>
        <w:t>For many people watching, the scene will have felt familiar in one way or another. Coming out isn't a single, neat event, and Frankie's fear of losing friendships or being treated differently reflected the uncertainty that can accompany it. As Yahoo News reported, viewers responded with encouragement and admiration for his courage.</w:t>
      </w:r>
      <w:r/>
    </w:p>
    <w:p>
      <w:pPr>
        <w:pStyle w:val="Heading2"/>
      </w:pPr>
      <w:r>
        <w:t>Rochelle and Johanne’s feud keeps the house divided</w:t>
      </w:r>
      <w:r/>
    </w:p>
    <w:p>
      <w:r/>
      <w:r>
        <w:t>Away from Frankie's confession, the atmosphere remains decidedly less gentle. Rochelle and Johanne have made it clear that they don't get along, with their argument escalating enough for other housemates to intervene.</w:t>
      </w:r>
      <w:r/>
    </w:p>
    <w:p>
      <w:r/>
      <w:r>
        <w:t>The dispute has created an early fault line in the series. Some viewers are taking sides, while others appear more interested in how the wider group handles the pressure. Bintano's report highlights the clash as one of the main sources of tension in the house, where even small disagreements can quickly become communal drama.</w:t>
      </w:r>
      <w:r/>
    </w:p>
    <w:p>
      <w:r/>
      <w:r>
        <w:t>That is part of Big Brother's enduring appeal, of course. Put a group of strangers together for weeks, remove much of their usual privacy and add constant observation, and every relationship becomes a little louder. The challenge for the housemates is knowing when to step in, and when stepping in might make things worse.</w:t>
      </w:r>
      <w:r/>
    </w:p>
    <w:p>
      <w:pPr>
        <w:pStyle w:val="Heading2"/>
      </w:pPr>
      <w:r>
        <w:t>Fans rallied around Frankie online</w:t>
      </w:r>
      <w:r/>
    </w:p>
    <w:p>
      <w:r/>
      <w:r>
        <w:t>The response to Frankie's scene was overwhelmingly supportive. Viewers praised him for being open with himself, while others said they wished they could have offered him a hug through the screen.</w:t>
      </w:r>
      <w:r/>
    </w:p>
    <w:p>
      <w:r/>
      <w:r>
        <w:t>Reports from AOL and Yahoo News both point to the strength of the reaction, with fans describing the confession as tender and emotional. Several comments also focused on the fact that anyone should feel able to discuss their sexuality without shame, particularly in a programme watched by such a broad audience.</w:t>
      </w:r>
      <w:r/>
    </w:p>
    <w:p>
      <w:r/>
      <w:r>
        <w:t>That support won't erase the anxiety Frankie described, but it does show how quickly a television moment can become a shared act of reassurance. For viewers who have faced similar fears, seeing someone speak honestly in a national spotlight can feel surprisingly personal.</w:t>
      </w:r>
      <w:r/>
    </w:p>
    <w:p>
      <w:pPr>
        <w:pStyle w:val="Heading2"/>
      </w:pPr>
      <w:r>
        <w:t>What happens next in the Big Brother house?</w:t>
      </w:r>
      <w:r/>
    </w:p>
    <w:p>
      <w:r/>
      <w:r>
        <w:t>The emotional episode has given Frankie a strong connection with viewers, but the house won't pause for long. The Rochelle and Johanne dispute is still simmering, and the group must now work out whether the disagreement can be contained or becomes a defining storyline.</w:t>
      </w:r>
      <w:r/>
    </w:p>
    <w:p>
      <w:r/>
      <w:r>
        <w:t>Big Brother continues on ITV2 and ITVX, according to TV Zone. With several weeks still ahead, there should be plenty more arguments, alliances and unexpectedly sincere conversations. The best moments are often the ones nobody can plan, and Frankie's Diary Room confession is a reminder that the most affecting reality television can be the quietest.</w:t>
      </w:r>
      <w:r/>
    </w:p>
    <w:p>
      <w:r/>
      <w:r>
        <w:t>Frankie's honesty turned a tense episode into a moment many viewers won't forget.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1">
        <w:r>
          <w:rPr>
            <w:color w:val="0000EE"/>
            <w:u w:val="single"/>
          </w:rPr>
          <w:t>[3]</w:t>
        </w:r>
      </w:hyperlink>
      <w:r>
        <w:t xml:space="preserve">, </w:t>
      </w:r>
      <w:hyperlink r:id="rId13">
        <w:r>
          <w:rPr>
            <w:color w:val="0000EE"/>
            <w:u w:val="single"/>
          </w:rPr>
          <w:t>[6]</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1">
        <w:r>
          <w:rPr>
            <w:color w:val="0000EE"/>
            <w:u w:val="single"/>
          </w:rPr>
          <w:t>[3]</w:t>
        </w:r>
      </w:hyperlink>
      <w:r>
        <w:t xml:space="preserve">, </w:t>
      </w:r>
      <w:hyperlink r:id="rId13">
        <w:r>
          <w:rPr>
            <w:color w:val="0000EE"/>
            <w:u w:val="single"/>
          </w:rPr>
          <w:t>[6]</w:t>
        </w:r>
      </w:hyperlink>
      <w:r>
        <w:t xml:space="preserve">- Paragraph 8: </w:t>
      </w:r>
      <w:hyperlink r:id="rId12">
        <w:r>
          <w:rPr>
            <w:color w:val="0000EE"/>
            <w:u w:val="single"/>
          </w:rPr>
          <w:t>[4]</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https://www.ok.co.uk/tv/reality/big-brother-fans-left-sobbing-37667727</w:t>
        </w:r>
      </w:hyperlink>
      <w:r>
        <w:t xml:space="preserve"> - Please view link - unable to able to access data</w:t>
      </w:r>
      <w:r/>
    </w:p>
    <w:p>
      <w:pPr>
        <w:pStyle w:val="ListNumber"/>
        <w:spacing w:line="240" w:lineRule="auto"/>
        <w:ind w:left="720"/>
      </w:pPr>
      <w:r/>
      <w:hyperlink r:id="rId10">
        <w:r>
          <w:rPr>
            <w:color w:val="0000EE"/>
            <w:u w:val="single"/>
          </w:rPr>
          <w:t>https://mediamole.co.uk/tv/big-brother-frankie-admits-guilt-and-shame-as-he-comes-out-as-bisexual/36020/</w:t>
        </w:r>
      </w:hyperlink>
      <w:r>
        <w:t xml:space="preserve"> - Frankie Taber, a 23-year-old marketing manager from London, revealed his bisexuality on his first morning in the Big Brother house. He expressed feelings of guilt and shame, stating he had been in pain for over a year and a half. Frankie confided in fellow housemates Johanne Cade and Pauline Adeyemo before sharing his truth with Big Brother in the Diary Room. He expressed concerns about potential reactions from friends and the outside world, seeking comfort and understanding within the house. The episode aired on September 15, 2026.</w:t>
      </w:r>
      <w:r/>
    </w:p>
    <w:p>
      <w:pPr>
        <w:pStyle w:val="ListNumber"/>
        <w:spacing w:line="240" w:lineRule="auto"/>
        <w:ind w:left="720"/>
      </w:pPr>
      <w:r/>
      <w:hyperlink r:id="rId11">
        <w:r>
          <w:rPr>
            <w:color w:val="0000EE"/>
            <w:u w:val="single"/>
          </w:rPr>
          <w:t>https://www.aol.co.uk/articles/big-brother-fans-tears-frankie-214052000.html</w:t>
        </w:r>
      </w:hyperlink>
      <w:r>
        <w:t xml:space="preserve"> - During the September 15, 2026 episode of Big Brother, 23-year-old Frankie Taber opened up about his bisexuality in the Diary Room, leading to an emotional moment. He shared feelings of guilt and shame, expressing concerns about how his revelation might affect his relationships with friends and family. Viewers praised Frankie for his bravery and honesty, with many expressing support and admiration for his courage in sharing his truth on national television.</w:t>
      </w:r>
      <w:r/>
    </w:p>
    <w:p>
      <w:pPr>
        <w:pStyle w:val="ListNumber"/>
        <w:spacing w:line="240" w:lineRule="auto"/>
        <w:ind w:left="720"/>
      </w:pPr>
      <w:r/>
      <w:hyperlink r:id="rId12">
        <w:r>
          <w:rPr>
            <w:color w:val="0000EE"/>
            <w:u w:val="single"/>
          </w:rPr>
          <w:t>https://www.aol.co.uk/articles/big-brother-star-breaks-down-141829000.html</w:t>
        </w:r>
      </w:hyperlink>
      <w:r>
        <w:t xml:space="preserve"> - In the September 15, 2026 episode of Big Brother, Frankie Taber became visibly emotional while discussing his reasons for joining the show. He confided in housemates Johanne and Pauline, expressing feelings of guilt and shame related to his bisexuality. Frankie shared concerns about potential reactions from friends and the outside world, seeking comfort and understanding within the house. The episode highlighted the personal struggles and emotional challenges faced by contestants on the reality show.</w:t>
      </w:r>
      <w:r/>
    </w:p>
    <w:p>
      <w:pPr>
        <w:pStyle w:val="ListNumber"/>
        <w:spacing w:line="240" w:lineRule="auto"/>
        <w:ind w:left="720"/>
      </w:pPr>
      <w:r/>
      <w:hyperlink r:id="rId14">
        <w:r>
          <w:rPr>
            <w:color w:val="0000EE"/>
            <w:u w:val="single"/>
          </w:rPr>
          <w:t>https://www.tvzoneuk.com/post/bigbrother-tonight-tues15sept26</w:t>
        </w:r>
      </w:hyperlink>
      <w:r>
        <w:t xml:space="preserve"> - The September 15, 2026 episode of Big Brother featured significant emotional moments. Frankie Taber, 23, opened up about his bisexuality, expressing feelings of guilt and shame. He confided in housemates Johanne and Pauline, sharing concerns about potential reactions from friends and the outside world. The episode also showcased tensions between housemates Rochelle and Johanne, leading to a heated argument. The show continues to explore the personal struggles and dynamics among contestants in the Big Brother house.</w:t>
      </w:r>
      <w:r/>
    </w:p>
    <w:p>
      <w:pPr>
        <w:pStyle w:val="ListNumber"/>
        <w:spacing w:line="240" w:lineRule="auto"/>
        <w:ind w:left="720"/>
      </w:pPr>
      <w:r/>
      <w:hyperlink r:id="rId13">
        <w:r>
          <w:rPr>
            <w:color w:val="0000EE"/>
            <w:u w:val="single"/>
          </w:rPr>
          <w:t>https://nz.news.yahoo.com/big-brother-housemate-frankie-comes-065911555.html</w:t>
        </w:r>
      </w:hyperlink>
      <w:r>
        <w:t xml:space="preserve"> - Frankie Taber, a 23-year-old marketing manager from London, revealed his bisexuality on his first morning in the Big Brother house. He expressed feelings of guilt and shame, stating he had been in pain for over a year and a half. Frankie confided in fellow housemates Johanne Cade and Pauline Adeyemo before sharing his truth with Big Brother in the Diary Room. He expressed concerns about potential reactions from friends and the outside world, seeking comfort and understanding within the house. The episode aired on September 15, 2026.</w:t>
      </w:r>
      <w:r/>
    </w:p>
    <w:p>
      <w:pPr>
        <w:pStyle w:val="ListNumber"/>
        <w:spacing w:line="240" w:lineRule="auto"/>
        <w:ind w:left="720"/>
      </w:pPr>
      <w:r/>
      <w:hyperlink r:id="rId15">
        <w:r>
          <w:rPr>
            <w:color w:val="0000EE"/>
            <w:u w:val="single"/>
          </w:rPr>
          <w:t>https://bintano.com/big-brother-row-rochelle-and-johanne-clash</w:t>
        </w:r>
      </w:hyperlink>
      <w:r>
        <w:t xml:space="preserve"> - The September 15, 2026 episode of Big Brother featured a heated argument between housemates Rochelle and Johanne. The conflict began during a question game, escalating into a confrontation that required intervention from fellow housemates. The tension highlighted the challenges of cohabitation and the emergence of conflicts among contestants in the Big Brother house. The episode underscored the emotional dynamics and interpersonal relationships that develop among housemates during the course of the reality show.</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k.co.uk/tv/reality/big-brother-fans-left-sobbing-37667727" TargetMode="External"/><Relationship Id="rId10" Type="http://schemas.openxmlformats.org/officeDocument/2006/relationships/hyperlink" Target="https://mediamole.co.uk/tv/big-brother-frankie-admits-guilt-and-shame-as-he-comes-out-as-bisexual/36020/" TargetMode="External"/><Relationship Id="rId11" Type="http://schemas.openxmlformats.org/officeDocument/2006/relationships/hyperlink" Target="https://www.aol.co.uk/articles/big-brother-fans-tears-frankie-214052000.html" TargetMode="External"/><Relationship Id="rId12" Type="http://schemas.openxmlformats.org/officeDocument/2006/relationships/hyperlink" Target="https://www.aol.co.uk/articles/big-brother-star-breaks-down-141829000.html" TargetMode="External"/><Relationship Id="rId13" Type="http://schemas.openxmlformats.org/officeDocument/2006/relationships/hyperlink" Target="https://nz.news.yahoo.com/big-brother-housemate-frankie-comes-065911555.html" TargetMode="External"/><Relationship Id="rId14" Type="http://schemas.openxmlformats.org/officeDocument/2006/relationships/hyperlink" Target="https://www.tvzoneuk.com/post/bigbrother-tonight-tues15sept26" TargetMode="External"/><Relationship Id="rId15" Type="http://schemas.openxmlformats.org/officeDocument/2006/relationships/hyperlink" Target="https://bintano.com/big-brother-row-rochelle-and-johanne-clas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