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Reno Pride fashion trends for bold, expressive looks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turning Reno Pride into a moving fashion showcase, pairing glitter, feathers, pastel princess dresses and dramatic vintage glamour with the event’s celebration of LGBTQ+ identity. From handmade costumes to carefully styled drag looks, these eye-catching outfits show why Northern Nevada Pride has become as much a stage for personal expression as a community gathering.</w:t>
      </w:r>
      <w:r/>
    </w:p>
    <w:p>
      <w:pPr>
        <w:pStyle w:val="Heading2"/>
      </w:pPr>
      <w:r>
        <w:t>Reno Pride style goes far beyond rainbow accessories</w:t>
      </w:r>
      <w:r/>
      <w:r/>
    </w:p>
    <w:p>
      <w:pPr>
        <w:pStyle w:val="ListBullet"/>
        <w:spacing w:line="240" w:lineRule="auto"/>
        <w:ind w:left="720"/>
      </w:pPr>
      <w:r/>
      <w:r>
        <w:rPr>
          <w:b/>
        </w:rPr>
        <w:t>Handmade glamour:</w:t>
      </w:r>
      <w:r>
        <w:t xml:space="preserve"> One burlesque performer spent up to 20 hours covering a costume in rhinestones.</w:t>
      </w:r>
      <w:r/>
    </w:p>
    <w:p>
      <w:pPr>
        <w:pStyle w:val="ListBullet"/>
        <w:spacing w:line="240" w:lineRule="auto"/>
        <w:ind w:left="720"/>
      </w:pPr>
      <w:r/>
      <w:r>
        <w:rPr>
          <w:b/>
        </w:rPr>
        <w:t>Princess-inspired dressing:</w:t>
      </w:r>
      <w:r>
        <w:t xml:space="preserve"> Lolita fashion brings pastel colours, ruffles and tiaras to the celebration.</w:t>
      </w:r>
      <w:r/>
    </w:p>
    <w:p>
      <w:pPr>
        <w:pStyle w:val="ListBullet"/>
        <w:spacing w:line="240" w:lineRule="auto"/>
        <w:ind w:left="720"/>
      </w:pPr>
      <w:r/>
      <w:r>
        <w:rPr>
          <w:b/>
        </w:rPr>
        <w:t>Dark-and-light contrast:</w:t>
      </w:r>
      <w:r>
        <w:t xml:space="preserve"> One attendee used a chiaroscuro-inspired look to mix softness with sharper details.</w:t>
      </w:r>
      <w:r/>
    </w:p>
    <w:p>
      <w:pPr>
        <w:pStyle w:val="ListBullet"/>
        <w:spacing w:line="240" w:lineRule="auto"/>
        <w:ind w:left="720"/>
      </w:pPr>
      <w:r/>
      <w:r>
        <w:rPr>
          <w:b/>
        </w:rPr>
        <w:t>Drag-ready drama:</w:t>
      </w:r>
      <w:r>
        <w:t xml:space="preserve"> Feathers, glitter and oversized hair remain firm favourites for performers and spectators alike.</w:t>
      </w:r>
      <w:r/>
    </w:p>
    <w:p>
      <w:pPr>
        <w:pStyle w:val="ListBullet"/>
        <w:spacing w:line="240" w:lineRule="auto"/>
        <w:ind w:left="720"/>
      </w:pPr>
      <w:r/>
      <w:r>
        <w:rPr>
          <w:b/>
        </w:rPr>
        <w:t>A wider festival scene:</w:t>
      </w:r>
      <w:r>
        <w:t xml:space="preserve"> Reno Pride sits alongside parades, community events, punk showcases and themed nightlife.</w:t>
      </w:r>
      <w:r/>
      <w:r/>
    </w:p>
    <w:p>
      <w:pPr>
        <w:pStyle w:val="Heading2"/>
      </w:pPr>
      <w:r>
        <w:t>Handmade costumes bring old-school showgirl sparkle</w:t>
      </w:r>
      <w:r/>
    </w:p>
    <w:p>
      <w:r/>
      <w:r>
        <w:t>The strongest Reno Pride fashion moments often begin long before the parade. Burlesque dancer Betty Banshee created her own white, rhinestone-covered costume, drawing on vintage showgirl styling with a darker, more theatrical edge. The result sounds less like an outfit and more like a portable spotlight.</w:t>
      </w:r>
      <w:r/>
    </w:p>
    <w:p>
      <w:r/>
      <w:r>
        <w:t>That kind of effort gives Pride dressing a particular warmth. Every bead and reflective detail carries time, patience and intention, rather than simply being pulled from a party shop at the last minute. According to This Is Reno, Banshee said the look took between 15 and 20 hours to complete and connected her with generations of women and queer performers.</w:t>
      </w:r>
      <w:r/>
    </w:p>
    <w:p>
      <w:r/>
      <w:r>
        <w:t>It also points to a wider appeal of Pride fashion. The event gives people permission to be extravagant, sentimental and gloriously impractical for an afternoon. Comfortable shoes may still be sensible, but subtlety isn't compulsory.</w:t>
      </w:r>
      <w:r/>
    </w:p>
    <w:p>
      <w:pPr>
        <w:pStyle w:val="Heading2"/>
      </w:pPr>
      <w:r>
        <w:t>Pastel Lolita fashion adds a princess moment</w:t>
      </w:r>
      <w:r/>
    </w:p>
    <w:p>
      <w:r/>
      <w:r>
        <w:t>Not every statement look relies on sparkle. Craig Leonard, a 15-year-old attendee, embraced Lolita fashion, a Japanese style known for structured silhouettes, generous ruffles and carefully coordinated accessories. His princess-inspired interpretation leaned into pink, pastel shades and a distinctly storybook mood.</w:t>
      </w:r>
      <w:r/>
    </w:p>
    <w:p>
      <w:r/>
      <w:r>
        <w:t>The look demonstrates how Reno Pride welcomes fashion references from well beyond traditional parade dressing. Rather than treating personal style as a fixed category, attendees can borrow from street fashion, fantasy, theatre or historical dress and make it their own.</w:t>
      </w:r>
      <w:r/>
    </w:p>
    <w:p>
      <w:r/>
      <w:r>
        <w:t>For anyone exploring a similar outfit, proportion is the key detail. A fuller skirt works best with balanced accessories, while a tiara or statement headpiece can provide the finishing flourish without competing with every other element. In warm weather, breathable layers are also worth considering, especially if the day includes a parade and several hours outdoors.</w:t>
      </w:r>
      <w:r/>
    </w:p>
    <w:p>
      <w:pPr>
        <w:pStyle w:val="Heading2"/>
      </w:pPr>
      <w:r>
        <w:t>Chiaroscuro styling proves contrast can be powerful</w:t>
      </w:r>
      <w:r/>
    </w:p>
    <w:p>
      <w:r/>
      <w:r>
        <w:t>Avery Phoenix took a more art-led route, describing the outfit as chiaroscuro, the visual technique of setting dark and light against each other. Soft, fuzzy textures met sharper, edgier elements, creating a look with both sunset warmth and a little bite.</w:t>
      </w:r>
      <w:r/>
    </w:p>
    <w:p>
      <w:r/>
      <w:r>
        <w:t>This approach is useful inspiration for Pride guests who don't want a head-to-toe rainbow outfit. Try pairing a pale, tactile fabric with black tailoring, metallic jewellery or a more angular boot. The contrast keeps the outfit visually lively, while still feeling intentional rather than costume-like.</w:t>
      </w:r>
      <w:r/>
    </w:p>
    <w:p>
      <w:r/>
      <w:r>
        <w:t>Reno's Pride programme includes community gatherings and event-led celebrations across Northern Nevada, so versatility matters. A look that photographs well, handles movement and still feels comfortable after sunset is likely to earn more compliments than something spectacular but impossible to wear.</w:t>
      </w:r>
      <w:r/>
    </w:p>
    <w:p>
      <w:pPr>
        <w:pStyle w:val="Heading2"/>
      </w:pPr>
      <w:r>
        <w:t>Feathers, glitter and big hair still own the spotlight</w:t>
      </w:r>
      <w:r/>
    </w:p>
    <w:p>
      <w:r/>
      <w:r>
        <w:t>Drag performer Bella Noir brought the classic ingredients of high-impact stage dressing to Pride, with a love of feathers, glitter and towering hair. Noir also attended with The Selden, a Midtown Reno LGBTQ+ bar known for regular shows, underlining the close relationship between local nightlife and the parade atmosphere.</w:t>
      </w:r>
      <w:r/>
    </w:p>
    <w:p>
      <w:r/>
      <w:r>
        <w:t>For spectators, drag offers a useful lesson in styling: choose one strong idea, then commit to it. That might be a feathered sleeve, an exaggerated hairstyle or a glittering eye look rather than all three at once. Unless, of course, the brief is maximum drama. In that case, Reno Pride seems like an encouraging place to go all in.</w:t>
      </w:r>
      <w:r/>
    </w:p>
    <w:p>
      <w:r/>
      <w:r>
        <w:t>The wider event calendar reinforces that celebratory mood. Listings for Northern Nevada Pride highlight community activities and parades, while other local events bring punk energy, themed parties and drag-led nightlife into the same seasonal mix. The fashion naturally follows, becoming bolder and more varied as the programme expands.</w:t>
      </w:r>
      <w:r/>
    </w:p>
    <w:p>
      <w:pPr>
        <w:pStyle w:val="Heading2"/>
      </w:pPr>
      <w:r>
        <w:t>Why Reno Pride remains a natural runway</w:t>
      </w:r>
      <w:r/>
    </w:p>
    <w:p>
      <w:r/>
      <w:r>
        <w:t>The appeal of these looks isn't simply that they're colourful. Each one communicates something different: craftsmanship, fantasy, artistic contrast or performance. Together, they show how Pride can make room for the shy experimenter and the full-time fashion maximalist.</w:t>
      </w:r>
      <w:r/>
    </w:p>
    <w:p>
      <w:r/>
      <w:r>
        <w:t>That mix is also what makes the event visually memorable. One person may arrive in a carefully made gown, another in soft pastels, and someone else with enough feathers to create their own breeze. There's no single correct way to dress, which is precisely the point.</w:t>
      </w:r>
      <w:r/>
    </w:p>
    <w:p>
      <w:r/>
      <w:r>
        <w:t>If you're planning a future Reno Pride outfit, start with the feeling you want to create, then build around one memorable detail. Your nose, mirror and comfort level will usually tell you whether the look is working.</w:t>
      </w:r>
      <w:r/>
    </w:p>
    <w:p>
      <w:r/>
      <w:r>
        <w:t>It's a small act of self-expression, but on a Pride parade route, it can feel wonderfully enormous.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https://thisisreno.com/2026/09/reno-pride-fashionistas/</w:t>
        </w:r>
      </w:hyperlink>
      <w:r>
        <w:t xml:space="preserve"> - Please view link - unable to able to access data</w:t>
      </w:r>
      <w:r/>
    </w:p>
    <w:p>
      <w:pPr>
        <w:pStyle w:val="ListNumber"/>
        <w:spacing w:line="240" w:lineRule="auto"/>
        <w:ind w:left="720"/>
      </w:pPr>
      <w:r/>
      <w:hyperlink r:id="rId10">
        <w:r>
          <w:rPr>
            <w:color w:val="0000EE"/>
            <w:u w:val="single"/>
          </w:rPr>
          <w:t>https://www.laikapress.org/events/punk-rock-pride-2026</w:t>
        </w:r>
      </w:hyperlink>
      <w:r>
        <w:t xml:space="preserve"> - Laika Press is hosting the third annual Punk Rock Pride event on June 20, 2026, in Reno, Nevada. This family-friendly, all-day outdoor event features local vendors, food trucks, live music from queer artists, performances, drag shows by DogHaus, tarot readings, kids' crafts, a clothing exchange, and mutual aid groups. Quiet hours are scheduled from 12 pm to 2 pm. More details and tickets are available on the official website.</w:t>
      </w:r>
      <w:r/>
    </w:p>
    <w:p>
      <w:pPr>
        <w:pStyle w:val="ListNumber"/>
        <w:spacing w:line="240" w:lineRule="auto"/>
        <w:ind w:left="720"/>
      </w:pPr>
      <w:r/>
      <w:hyperlink r:id="rId12">
        <w:r>
          <w:rPr>
            <w:color w:val="0000EE"/>
            <w:u w:val="single"/>
          </w:rPr>
          <w:t>https://www.kolotv.com/2026/09/07/rupauls-drag-race-star-mirage-headline-y2k-pride-party-renos-newly-remodeled-otc-lounge/</w:t>
        </w:r>
      </w:hyperlink>
      <w:r>
        <w:t xml:space="preserve"> - The OTC Lounge in Reno is hosting a Y2K-themed Pride Party on September 11, 2026, featuring a performance by Mirage, a standout from Season 16 of 'RuPaul’s Drag Race.' The event marks the venue's reopening under new ownership and includes a high-energy drag show, local showcases, drag brunches, and special events. The OTC Lounge is located at 340 Kietzke Lane in Reno.</w:t>
      </w:r>
      <w:r/>
    </w:p>
    <w:p>
      <w:pPr>
        <w:pStyle w:val="ListNumber"/>
        <w:spacing w:line="240" w:lineRule="auto"/>
        <w:ind w:left="720"/>
      </w:pPr>
      <w:r/>
      <w:hyperlink r:id="rId11">
        <w:r>
          <w:rPr>
            <w:color w:val="0000EE"/>
            <w:u w:val="single"/>
          </w:rPr>
          <w:t>https://www.kvmr.org/kvmr-event/northern-nevada-pride-2026-in-reno/</w:t>
        </w:r>
      </w:hyperlink>
      <w:r>
        <w:t xml:space="preserve"> - Northern Nevada Pride 2026 is scheduled for September 12, 2026, in downtown Reno, Nevada. The event begins with the CommUNITY Pride Parade at 10:00 am on Virginia Street, followed by the Pride Festival at Wingfield Park from 11:00 am to 7:00 pm. The festival features over 100 vendor booths, food trucks, bars, and multiple stages of live entertainment. Entry fees are $5 at the gate or $10 for pre-purchased tickets, with free entry for those under 18 and volunteers.</w:t>
      </w:r>
      <w:r/>
    </w:p>
    <w:p>
      <w:pPr>
        <w:pStyle w:val="ListNumber"/>
        <w:spacing w:line="240" w:lineRule="auto"/>
        <w:ind w:left="720"/>
      </w:pPr>
      <w:r/>
      <w:hyperlink r:id="rId13">
        <w:r>
          <w:rPr>
            <w:color w:val="0000EE"/>
            <w:u w:val="single"/>
          </w:rPr>
          <w:t>https://www.moonshineink.com/event/northern-nevada-pride-2026/</w:t>
        </w:r>
      </w:hyperlink>
      <w:r>
        <w:t xml:space="preserve"> - Northern Nevada Pride 2026 is set for September 12, 2026, in downtown Reno, Nevada. The event includes the CommUNITY Pride Parade at 10:00 am on Virginia Street, followed by the Pride Festival at Wingfield Park from 11:00 am to 7:00 pm. The festival offers over 100 vendor booths, food trucks, bars, and multiple stages of live entertainment. Entry fees are $5 at the gate or $10 for pre-purchased tickets, with free entry for those under 18 and volunteers.</w:t>
      </w:r>
      <w:r/>
    </w:p>
    <w:p>
      <w:pPr>
        <w:pStyle w:val="ListNumber"/>
        <w:spacing w:line="240" w:lineRule="auto"/>
        <w:ind w:left="720"/>
      </w:pPr>
      <w:r/>
      <w:hyperlink r:id="rId14">
        <w:r>
          <w:rPr>
            <w:color w:val="0000EE"/>
            <w:u w:val="single"/>
          </w:rPr>
          <w:t>https://www.festivalsinamerica.com/festival/northern-nevada-pride-festival-and-community-parade-reno</w:t>
        </w:r>
      </w:hyperlink>
      <w:r>
        <w:t xml:space="preserve"> - Northern Nevada Pride is the region's largest LGBTQ+ celebration, drawing an estimated 15,000 people to Reno each September. The 2026 event is scheduled for September 12, featuring the CommUNITY Pride Parade in the morning, followed by a day-long festival with over 100 vendor booths, food trucks, bars, and multiple stages of live entertainment. The festival is free for those under 18, with a suggested donation of $5 at the gate for adults.</w:t>
      </w:r>
      <w:r/>
    </w:p>
    <w:p>
      <w:pPr>
        <w:pStyle w:val="ListNumber"/>
        <w:spacing w:line="240" w:lineRule="auto"/>
        <w:ind w:left="720"/>
      </w:pPr>
      <w:r/>
      <w:hyperlink r:id="rId15">
        <w:r>
          <w:rPr>
            <w:color w:val="0000EE"/>
            <w:u w:val="single"/>
          </w:rPr>
          <w:t>https://www.festivalsinamerica.com/festival/northern-nevada-pride-festival-and-community-parade-mogul</w:t>
        </w:r>
      </w:hyperlink>
      <w:r>
        <w:t xml:space="preserve"> - Northern Nevada Pride is the region's largest LGBTQ+ celebration, drawing roughly 15,000 people to Reno's vibrant MidTown district each September. The 2026 event is scheduled for September 12, featuring the CommUNITY Pride Parade in the morning, followed by a day-long festival with over 100 vendor booths, food trucks, bars, and multiple stages of live entertainment. The festival is free for those under 18, with a suggested donation of $5 at the gate for adults.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isisreno.com/2026/09/reno-pride-fashionistas/" TargetMode="External"/><Relationship Id="rId10" Type="http://schemas.openxmlformats.org/officeDocument/2006/relationships/hyperlink" Target="https://www.laikapress.org/events/punk-rock-pride-2026" TargetMode="External"/><Relationship Id="rId11" Type="http://schemas.openxmlformats.org/officeDocument/2006/relationships/hyperlink" Target="https://www.kvmr.org/kvmr-event/northern-nevada-pride-2026-in-reno/" TargetMode="External"/><Relationship Id="rId12" Type="http://schemas.openxmlformats.org/officeDocument/2006/relationships/hyperlink" Target="https://www.kolotv.com/2026/09/07/rupauls-drag-race-star-mirage-headline-y2k-pride-party-renos-newly-remodeled-otc-lounge/" TargetMode="External"/><Relationship Id="rId13" Type="http://schemas.openxmlformats.org/officeDocument/2006/relationships/hyperlink" Target="https://www.moonshineink.com/event/northern-nevada-pride-2026/" TargetMode="External"/><Relationship Id="rId14" Type="http://schemas.openxmlformats.org/officeDocument/2006/relationships/hyperlink" Target="https://www.festivalsinamerica.com/festival/northern-nevada-pride-festival-and-community-parade-reno" TargetMode="External"/><Relationship Id="rId15" Type="http://schemas.openxmlformats.org/officeDocument/2006/relationships/hyperlink" Target="https://www.festivalsinamerica.com/festival/northern-nevada-pride-festival-and-community-parade-mogu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